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Problèmes du quotidien (opérations mixtes)</w:t>
      </w:r>
    </w:p>
    <w:p>
      <w:pPr>
        <w:jc w:val="center"/>
      </w:pPr>
      <w:r>
        <w:t>Lis, choisis l’opération, calcule et rédige une phrase-réponse.</w:t>
      </w:r>
    </w:p>
    <w:p>
      <w:r>
        <w:t>1. Martin collectionne des autocollants : il en a 35 et en reçoit 12 de plus. Combien en a-t-il maintenant ?</w:t>
        <w:br/>
        <w:t xml:space="preserve">   Réponse : ______________________________</w:t>
      </w:r>
    </w:p>
    <w:p>
      <w:r>
        <w:t>2. Chloé collectionne des autocollants : il en a 26 et en reçoit 3 de plus. Combien en a-t-il maintenant ?</w:t>
        <w:br/>
        <w:t xml:space="preserve">   Réponse : ______________________________</w:t>
      </w:r>
    </w:p>
    <w:p>
      <w:r>
        <w:t>3. Camille collectionne des autocollants : il en a 10 et en reçoit 11 de plus. Combien en a-t-il maintenant ?</w:t>
        <w:br/>
        <w:t xml:space="preserve">   Réponse : ______________________________</w:t>
      </w:r>
    </w:p>
    <w:p>
      <w:r>
        <w:t>4. Paul collectionne des autocollants : il en a 32 et en reçoit 7 de plus. Combien en a-t-il maintenant ?</w:t>
        <w:br/>
        <w:t xml:space="preserve">   Réponse : ______________________________</w:t>
      </w:r>
    </w:p>
    <w:p>
      <w:r>
        <w:t>5. On a 25 crayons à partager également entre 5 élèves. Combien chaque élève reçoit-il ?</w:t>
        <w:br/>
        <w:t xml:space="preserve">   Réponse : ______________________________</w:t>
      </w:r>
    </w:p>
    <w:p>
      <w:r>
        <w:t>6. Arthur collectionne des autocollants : il en a 17 et en reçoit 4 de plus. Combien en a-t-il maintenant ?</w:t>
        <w:br/>
        <w:t xml:space="preserve">   Réponse : ______________________________</w:t>
      </w:r>
    </w:p>
    <w:p>
      <w:r>
        <w:t>7. On a 54 crayons à partager également entre 9 élèves. Combien chaque élève reçoit-il ?</w:t>
        <w:br/>
        <w:t xml:space="preserve">   Réponse : ______________________________</w:t>
      </w:r>
    </w:p>
    <w:p>
      <w:r>
        <w:t>8. Noah a 14 billes. Il en prête 3 à son ami. Combien lui en reste-t-il ?</w:t>
        <w:br/>
        <w:t xml:space="preserve">   Réponse : ______________________________</w:t>
      </w:r>
    </w:p>
    <w:p>
      <w:r>
        <w:t>9. On a 80 crayons à partager également entre 10 élèves. Combien chaque élève reçoit-il ?</w:t>
        <w:br/>
        <w:t xml:space="preserve">   Réponse : ______________________________</w:t>
      </w:r>
    </w:p>
    <w:p>
      <w:r>
        <w:t>10. On a 21 crayons à partager également entre 7 élèves. Combien chaque élève reçoit-il ?</w:t>
        <w:br/>
        <w:t xml:space="preserve">   Réponse : ______________________________</w:t>
      </w:r>
    </w:p>
    <w:p>
      <w:r>
        <w:t>11. On a 18 crayons à partager également entre 6 élèves. Combien chaque élève reçoit-il ?</w:t>
        <w:br/>
        <w:t xml:space="preserve">   Réponse : ______________________________</w:t>
      </w:r>
    </w:p>
    <w:p>
      <w:r>
        <w:t>12. On a 35 crayons à partager également entre 7 élèves. Combien chaque élève reçoit-il ?</w:t>
        <w:br/>
        <w:t xml:space="preserve">   Réponse : ______________________________</w:t>
      </w:r>
    </w:p>
    <w:p>
      <w:r>
        <w:br w:type="page"/>
      </w:r>
    </w:p>
    <w:p>
      <w:pPr>
        <w:jc w:val="center"/>
      </w:pPr>
      <w:r>
        <w:rPr>
          <w:b/>
          <w:sz w:val="40"/>
        </w:rPr>
        <w:t>Corrigé — Problèmes du quotidien</w:t>
      </w:r>
    </w:p>
    <w:p>
      <w:r>
        <w:t>1. 47</w:t>
      </w:r>
    </w:p>
    <w:p>
      <w:r>
        <w:t>2. 29</w:t>
      </w:r>
    </w:p>
    <w:p>
      <w:r>
        <w:t>3. 21</w:t>
      </w:r>
    </w:p>
    <w:p>
      <w:r>
        <w:t>4. 39</w:t>
      </w:r>
    </w:p>
    <w:p>
      <w:r>
        <w:t>5. 5</w:t>
      </w:r>
    </w:p>
    <w:p>
      <w:r>
        <w:t>6. 21</w:t>
      </w:r>
    </w:p>
    <w:p>
      <w:r>
        <w:t>7. 6</w:t>
      </w:r>
    </w:p>
    <w:p>
      <w:r>
        <w:t>8. 11</w:t>
      </w:r>
    </w:p>
    <w:p>
      <w:r>
        <w:t>9. 8</w:t>
      </w:r>
    </w:p>
    <w:p>
      <w:r>
        <w:t>10. 3</w:t>
      </w:r>
    </w:p>
    <w:p>
      <w:r>
        <w:t>11. 3</w:t>
      </w:r>
    </w:p>
    <w:p>
      <w:r>
        <w:t>12. 5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Feuilles de travail mathématiques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