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Monnaie — Faire l’appoint</w:t>
      </w:r>
    </w:p>
    <w:p>
      <w:pPr>
        <w:jc w:val="center"/>
      </w:pPr>
      <w:r>
        <w:t>Complète avec la somme exacte. Symboles : $, c.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t>Prix : 14$ 80c — Payé : 14$ 90c  →  Rendre : ______</w:t>
            </w:r>
          </w:p>
        </w:tc>
      </w:tr>
      <w:tr>
        <w:tc>
          <w:tcPr>
            <w:tcW w:type="dxa" w:w="10540"/>
          </w:tcPr>
          <w:p>
            <w:r>
              <w:t>Prix : 5$ 45c — Payé : 5$ 95c  →  Rendre : ______</w:t>
            </w:r>
          </w:p>
        </w:tc>
      </w:tr>
      <w:tr>
        <w:tc>
          <w:tcPr>
            <w:tcW w:type="dxa" w:w="10540"/>
          </w:tcPr>
          <w:p>
            <w:r>
              <w:t>Prix : 0$ 65c — Payé : 2$ 00c  →  Rendre : ______</w:t>
            </w:r>
          </w:p>
        </w:tc>
      </w:tr>
      <w:tr>
        <w:tc>
          <w:tcPr>
            <w:tcW w:type="dxa" w:w="10540"/>
          </w:tcPr>
          <w:p>
            <w:r>
              <w:t>Prix : 9$ 75c — Payé : 20$ 00c  →  Rendre : ______</w:t>
            </w:r>
          </w:p>
        </w:tc>
      </w:tr>
      <w:tr>
        <w:tc>
          <w:tcPr>
            <w:tcW w:type="dxa" w:w="10540"/>
          </w:tcPr>
          <w:p>
            <w:r>
              <w:t>Prix : 15$ 45c — Payé : 15$ 70c  →  Rendre : ______</w:t>
            </w:r>
          </w:p>
        </w:tc>
      </w:tr>
      <w:tr>
        <w:tc>
          <w:tcPr>
            <w:tcW w:type="dxa" w:w="10540"/>
          </w:tcPr>
          <w:p>
            <w:r>
              <w:t>Prix : 14$ 40c — Payé : 14$ 50c  →  Rendre : ______</w:t>
            </w:r>
          </w:p>
        </w:tc>
      </w:tr>
      <w:tr>
        <w:tc>
          <w:tcPr>
            <w:tcW w:type="dxa" w:w="10540"/>
          </w:tcPr>
          <w:p>
            <w:r>
              <w:t>Prix : 19$ 75c — Payé : 19$ 80c  →  Rendre : ______</w:t>
            </w:r>
          </w:p>
        </w:tc>
      </w:tr>
      <w:tr>
        <w:tc>
          <w:tcPr>
            <w:tcW w:type="dxa" w:w="10540"/>
          </w:tcPr>
          <w:p>
            <w:r>
              <w:t>Prix : 18$ 35c — Payé : 20$ 00c  →  Rendre : ______</w:t>
            </w:r>
          </w:p>
        </w:tc>
      </w:tr>
      <w:tr>
        <w:tc>
          <w:tcPr>
            <w:tcW w:type="dxa" w:w="10540"/>
          </w:tcPr>
          <w:p>
            <w:r>
              <w:t>Prix : 19$ 15c — Payé : 20$ 15c  →  Rendre : ______</w:t>
            </w:r>
          </w:p>
        </w:tc>
      </w:tr>
      <w:tr>
        <w:tc>
          <w:tcPr>
            <w:tcW w:type="dxa" w:w="10540"/>
          </w:tcPr>
          <w:p>
            <w:r>
              <w:t>Prix : 10$ 65c — Payé : 11$ 65c  →  Rendre : ______</w:t>
            </w:r>
          </w:p>
        </w:tc>
      </w:tr>
      <w:tr>
        <w:tc>
          <w:tcPr>
            <w:tcW w:type="dxa" w:w="10540"/>
          </w:tcPr>
          <w:p>
            <w:r>
              <w:t>Prix : 8$ 40c — Payé : 8$ 90c  →  Rendre : ______</w:t>
            </w:r>
          </w:p>
        </w:tc>
      </w:tr>
      <w:tr>
        <w:tc>
          <w:tcPr>
            <w:tcW w:type="dxa" w:w="10540"/>
          </w:tcPr>
          <w:p>
            <w:r>
              <w:t>Prix : 6$ 90c — Payé : 7$ 40c  →  Rendre : ______</w:t>
            </w:r>
          </w:p>
        </w:tc>
      </w:tr>
      <w:tr>
        <w:tc>
          <w:tcPr>
            <w:tcW w:type="dxa" w:w="10540"/>
          </w:tcPr>
          <w:p>
            <w:r>
              <w:t>Prix : 19$ 25c — Payé : 19$ 35c  →  Rendre : ______</w:t>
            </w:r>
          </w:p>
        </w:tc>
      </w:tr>
      <w:tr>
        <w:tc>
          <w:tcPr>
            <w:tcW w:type="dxa" w:w="10540"/>
          </w:tcPr>
          <w:p>
            <w:r>
              <w:t>Prix : 20$ 00c — Payé : 20$ 00c  →  Rendre : ______</w:t>
            </w:r>
          </w:p>
        </w:tc>
      </w:tr>
      <w:tr>
        <w:tc>
          <w:tcPr>
            <w:tcW w:type="dxa" w:w="10540"/>
          </w:tcPr>
          <w:p>
            <w:r>
              <w:t>Prix : 14$ 55c — Payé : 20$ 00c  →  Rendre : ______</w:t>
            </w:r>
          </w:p>
        </w:tc>
      </w:tr>
      <w:tr>
        <w:tc>
          <w:tcPr>
            <w:tcW w:type="dxa" w:w="10540"/>
          </w:tcPr>
          <w:p>
            <w:r>
              <w:t>Prix : 20$ 00c — Payé : 20$ 50c  →  Rendre : ______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Monnaie</w:t>
      </w:r>
    </w:p>
    <w:p>
      <w:r>
        <w:t>Prix 14$ 80c ; Payé 14$ 90c → Rendre 0$ 10c</w:t>
      </w:r>
    </w:p>
    <w:p>
      <w:r>
        <w:t>Prix 5$ 45c ; Payé 5$ 95c → Rendre 0$ 50c</w:t>
      </w:r>
    </w:p>
    <w:p>
      <w:r>
        <w:t>Prix 0$ 65c ; Payé 2$ 00c → Rendre 1$ 35c</w:t>
      </w:r>
    </w:p>
    <w:p>
      <w:r>
        <w:t>Prix 9$ 75c ; Payé 20$ 00c → Rendre 10$ 25c</w:t>
      </w:r>
    </w:p>
    <w:p>
      <w:r>
        <w:t>Prix 15$ 45c ; Payé 15$ 70c → Rendre 0$ 25c</w:t>
      </w:r>
    </w:p>
    <w:p>
      <w:r>
        <w:t>Prix 14$ 40c ; Payé 14$ 50c → Rendre 0$ 10c</w:t>
      </w:r>
    </w:p>
    <w:p>
      <w:r>
        <w:t>Prix 19$ 75c ; Payé 19$ 80c → Rendre 0$ 05c</w:t>
      </w:r>
    </w:p>
    <w:p>
      <w:r>
        <w:t>Prix 18$ 35c ; Payé 20$ 00c → Rendre 1$ 65c</w:t>
      </w:r>
    </w:p>
    <w:p>
      <w:r>
        <w:t>Prix 19$ 15c ; Payé 20$ 15c → Rendre 1$ 00c</w:t>
      </w:r>
    </w:p>
    <w:p>
      <w:r>
        <w:t>Prix 10$ 65c ; Payé 11$ 65c → Rendre 1$ 00c</w:t>
      </w:r>
    </w:p>
    <w:p>
      <w:r>
        <w:t>Prix 8$ 40c ; Payé 8$ 90c → Rendre 0$ 50c</w:t>
      </w:r>
    </w:p>
    <w:p>
      <w:r>
        <w:t>Prix 6$ 90c ; Payé 7$ 40c → Rendre 0$ 50c</w:t>
      </w:r>
    </w:p>
    <w:p>
      <w:r>
        <w:t>Prix 19$ 25c ; Payé 19$ 35c → Rendre 0$ 10c</w:t>
      </w:r>
    </w:p>
    <w:p>
      <w:r>
        <w:t>Prix 20$ 00c ; Payé 20$ 00c → Rendre 0$ 00c</w:t>
      </w:r>
    </w:p>
    <w:p>
      <w:r>
        <w:t>Prix 14$ 55c ; Payé 20$ 00c → Rendre 5$ 45c</w:t>
      </w:r>
    </w:p>
    <w:p>
      <w:r>
        <w:t>Prix 20$ 00c ; Payé 20$ 50c → Rendre 0$ 50c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