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Lire l’heure (format 24 h)</w:t>
      </w:r>
    </w:p>
    <w:p>
      <w:pPr>
        <w:jc w:val="center"/>
      </w:pPr>
      <w:r>
        <w:t>Écris l’heure indiquée.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t>Horloge n°1 : ______  (ex. 14:35)</w:t>
            </w:r>
          </w:p>
        </w:tc>
      </w:tr>
      <w:tr>
        <w:tc>
          <w:tcPr>
            <w:tcW w:type="dxa" w:w="10540"/>
          </w:tcPr>
          <w:p>
            <w:r>
              <w:t>Horloge n°2 : ______  (ex. 14:35)</w:t>
            </w:r>
          </w:p>
        </w:tc>
      </w:tr>
      <w:tr>
        <w:tc>
          <w:tcPr>
            <w:tcW w:type="dxa" w:w="10540"/>
          </w:tcPr>
          <w:p>
            <w:r>
              <w:t>Horloge n°3 : ______  (ex. 14:35)</w:t>
            </w:r>
          </w:p>
        </w:tc>
      </w:tr>
      <w:tr>
        <w:tc>
          <w:tcPr>
            <w:tcW w:type="dxa" w:w="10540"/>
          </w:tcPr>
          <w:p>
            <w:r>
              <w:t>Horloge n°4 : ______  (ex. 14:35)</w:t>
            </w:r>
          </w:p>
        </w:tc>
      </w:tr>
      <w:tr>
        <w:tc>
          <w:tcPr>
            <w:tcW w:type="dxa" w:w="10540"/>
          </w:tcPr>
          <w:p>
            <w:r>
              <w:t>Horloge n°5 : ______  (ex. 14:35)</w:t>
            </w:r>
          </w:p>
        </w:tc>
      </w:tr>
      <w:tr>
        <w:tc>
          <w:tcPr>
            <w:tcW w:type="dxa" w:w="10540"/>
          </w:tcPr>
          <w:p>
            <w:r>
              <w:t>Horloge n°6 : ______  (ex. 14:35)</w:t>
            </w:r>
          </w:p>
        </w:tc>
      </w:tr>
      <w:tr>
        <w:tc>
          <w:tcPr>
            <w:tcW w:type="dxa" w:w="10540"/>
          </w:tcPr>
          <w:p>
            <w:r>
              <w:t>Horloge n°7 : ______  (ex. 14:35)</w:t>
            </w:r>
          </w:p>
        </w:tc>
      </w:tr>
      <w:tr>
        <w:tc>
          <w:tcPr>
            <w:tcW w:type="dxa" w:w="10540"/>
          </w:tcPr>
          <w:p>
            <w:r>
              <w:t>Horloge n°8 : ______  (ex. 14:35)</w:t>
            </w:r>
          </w:p>
        </w:tc>
      </w:tr>
      <w:tr>
        <w:tc>
          <w:tcPr>
            <w:tcW w:type="dxa" w:w="10540"/>
          </w:tcPr>
          <w:p>
            <w:r>
              <w:t>Horloge n°9 : ______  (ex. 14:35)</w:t>
            </w:r>
          </w:p>
        </w:tc>
      </w:tr>
      <w:tr>
        <w:tc>
          <w:tcPr>
            <w:tcW w:type="dxa" w:w="10540"/>
          </w:tcPr>
          <w:p>
            <w:r>
              <w:t>Horloge n°10 : ______  (ex. 14:35)</w:t>
            </w:r>
          </w:p>
        </w:tc>
      </w:tr>
      <w:tr>
        <w:tc>
          <w:tcPr>
            <w:tcW w:type="dxa" w:w="10540"/>
          </w:tcPr>
          <w:p>
            <w:r>
              <w:t>Horloge n°11 : ______  (ex. 14:35)</w:t>
            </w:r>
          </w:p>
        </w:tc>
      </w:tr>
      <w:tr>
        <w:tc>
          <w:tcPr>
            <w:tcW w:type="dxa" w:w="10540"/>
          </w:tcPr>
          <w:p>
            <w:r>
              <w:t>Horloge n°12 : ______  (ex. 14:35)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Lire l’heure (24 h)</w:t>
      </w:r>
    </w:p>
    <w:p>
      <w:r>
        <w:t>Horloge n°1 → 21:20</w:t>
      </w:r>
    </w:p>
    <w:p>
      <w:r>
        <w:t>Horloge n°2 → 08:20</w:t>
      </w:r>
    </w:p>
    <w:p>
      <w:r>
        <w:t>Horloge n°3 → 16:05</w:t>
      </w:r>
    </w:p>
    <w:p>
      <w:r>
        <w:t>Horloge n°4 → 04:05</w:t>
      </w:r>
    </w:p>
    <w:p>
      <w:r>
        <w:t>Horloge n°5 → 12:10</w:t>
      </w:r>
    </w:p>
    <w:p>
      <w:r>
        <w:t>Horloge n°6 → 22:50</w:t>
      </w:r>
    </w:p>
    <w:p>
      <w:r>
        <w:t>Horloge n°7 → 02:25</w:t>
      </w:r>
    </w:p>
    <w:p>
      <w:r>
        <w:t>Horloge n°8 → 01:10</w:t>
      </w:r>
    </w:p>
    <w:p>
      <w:r>
        <w:t>Horloge n°9 → 08:10</w:t>
      </w:r>
    </w:p>
    <w:p>
      <w:r>
        <w:t>Horloge n°10 → 02:50</w:t>
      </w:r>
    </w:p>
    <w:p>
      <w:r>
        <w:t>Horloge n°11 → 10:15</w:t>
      </w:r>
    </w:p>
    <w:p>
      <w:r>
        <w:t>Horloge n°12 → 18:05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