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Jeu « Lance &amp; Couvre » / Roll &amp; Cover Game</w:t>
      </w:r>
    </w:p>
    <w:p>
      <w:pPr>
        <w:jc w:val="center"/>
      </w:pPr>
      <w:r>
        <w:rPr>
          <w:i/>
          <w:sz w:val="22"/>
        </w:rPr>
        <w:t>Lance deux dés, multiplie et couvre le produit. / Roll two dice, multiply, and cover the product.</w:t>
      </w:r>
    </w:p>
    <w:p>
      <w:r>
        <w:t>Matériel FR : 2 dés, pions. Règle : Lance, calcule, couvre. Premier à 4 en ligne gagne.</w:t>
      </w:r>
    </w:p>
    <w:p>
      <w:r>
        <w:t>EN Materials: 2 dice, counters. Rule: Roll, compute, cover. First to 4-in-a-row wins.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571"/>
        <w:gridCol w:w="1571"/>
        <w:gridCol w:w="1571"/>
        <w:gridCol w:w="1571"/>
        <w:gridCol w:w="1571"/>
        <w:gridCol w:w="1571"/>
        <w:gridCol w:w="1571"/>
        <w:gridCol w:w="1571"/>
        <w:gridCol w:w="1571"/>
      </w:tblGrid>
      <w:tr>
        <w:tc>
          <w:tcPr>
            <w:tcW w:type="dxa" w:w="1571"/>
          </w:tcPr>
          <w:p>
            <w:r>
              <w:t>30</w:t>
            </w:r>
          </w:p>
        </w:tc>
        <w:tc>
          <w:tcPr>
            <w:tcW w:type="dxa" w:w="1571"/>
          </w:tcPr>
          <w:p>
            <w:r>
              <w:t>55</w:t>
            </w:r>
          </w:p>
        </w:tc>
        <w:tc>
          <w:tcPr>
            <w:tcW w:type="dxa" w:w="1571"/>
          </w:tcPr>
          <w:p>
            <w:r>
              <w:t>44</w:t>
            </w:r>
          </w:p>
        </w:tc>
        <w:tc>
          <w:tcPr>
            <w:tcW w:type="dxa" w:w="1571"/>
          </w:tcPr>
          <w:p>
            <w:r>
              <w:t>81</w:t>
            </w:r>
          </w:p>
        </w:tc>
        <w:tc>
          <w:tcPr>
            <w:tcW w:type="dxa" w:w="1571"/>
          </w:tcPr>
          <w:p>
            <w:r>
              <w:t>54</w:t>
            </w:r>
          </w:p>
        </w:tc>
        <w:tc>
          <w:tcPr>
            <w:tcW w:type="dxa" w:w="1571"/>
          </w:tcPr>
          <w:p>
            <w:r>
              <w:t>90</w:t>
            </w:r>
          </w:p>
        </w:tc>
        <w:tc>
          <w:tcPr>
            <w:tcW w:type="dxa" w:w="1571"/>
          </w:tcPr>
          <w:p>
            <w:r>
              <w:t>120</w:t>
            </w:r>
          </w:p>
        </w:tc>
        <w:tc>
          <w:tcPr>
            <w:tcW w:type="dxa" w:w="1571"/>
          </w:tcPr>
          <w:p>
            <w:r>
              <w:t>110</w:t>
            </w:r>
          </w:p>
        </w:tc>
        <w:tc>
          <w:tcPr>
            <w:tcW w:type="dxa" w:w="1571"/>
          </w:tcPr>
          <w:p>
            <w:r>
              <w:t>25</w:t>
            </w:r>
          </w:p>
        </w:tc>
      </w:tr>
      <w:tr>
        <w:tc>
          <w:tcPr>
            <w:tcW w:type="dxa" w:w="1571"/>
          </w:tcPr>
          <w:p>
            <w:r>
              <w:t>54</w:t>
            </w:r>
          </w:p>
        </w:tc>
        <w:tc>
          <w:tcPr>
            <w:tcW w:type="dxa" w:w="1571"/>
          </w:tcPr>
          <w:p>
            <w:r>
              <w:t>45</w:t>
            </w:r>
          </w:p>
        </w:tc>
        <w:tc>
          <w:tcPr>
            <w:tcW w:type="dxa" w:w="1571"/>
          </w:tcPr>
          <w:p>
            <w:r>
              <w:t>40</w:t>
            </w:r>
          </w:p>
        </w:tc>
        <w:tc>
          <w:tcPr>
            <w:tcW w:type="dxa" w:w="1571"/>
          </w:tcPr>
          <w:p>
            <w:r>
              <w:t>66</w:t>
            </w:r>
          </w:p>
        </w:tc>
        <w:tc>
          <w:tcPr>
            <w:tcW w:type="dxa" w:w="1571"/>
          </w:tcPr>
          <w:p>
            <w:r>
              <w:t>40</w:t>
            </w:r>
          </w:p>
        </w:tc>
        <w:tc>
          <w:tcPr>
            <w:tcW w:type="dxa" w:w="1571"/>
          </w:tcPr>
          <w:p>
            <w:r>
              <w:t>10</w:t>
            </w:r>
          </w:p>
        </w:tc>
        <w:tc>
          <w:tcPr>
            <w:tcW w:type="dxa" w:w="1571"/>
          </w:tcPr>
          <w:p>
            <w:r>
              <w:t>32</w:t>
            </w:r>
          </w:p>
        </w:tc>
        <w:tc>
          <w:tcPr>
            <w:tcW w:type="dxa" w:w="1571"/>
          </w:tcPr>
          <w:p>
            <w:r>
              <w:t>60</w:t>
            </w:r>
          </w:p>
        </w:tc>
        <w:tc>
          <w:tcPr>
            <w:tcW w:type="dxa" w:w="1571"/>
          </w:tcPr>
          <w:p>
            <w:r>
              <w:t>56</w:t>
            </w:r>
          </w:p>
        </w:tc>
      </w:tr>
      <w:tr>
        <w:tc>
          <w:tcPr>
            <w:tcW w:type="dxa" w:w="1571"/>
          </w:tcPr>
          <w:p>
            <w:r>
              <w:t>33</w:t>
            </w:r>
          </w:p>
        </w:tc>
        <w:tc>
          <w:tcPr>
            <w:tcW w:type="dxa" w:w="1571"/>
          </w:tcPr>
          <w:p>
            <w:r>
              <w:t>14</w:t>
            </w:r>
          </w:p>
        </w:tc>
        <w:tc>
          <w:tcPr>
            <w:tcW w:type="dxa" w:w="1571"/>
          </w:tcPr>
          <w:p>
            <w:r>
              <w:t>77</w:t>
            </w:r>
          </w:p>
        </w:tc>
        <w:tc>
          <w:tcPr>
            <w:tcW w:type="dxa" w:w="1571"/>
          </w:tcPr>
          <w:p>
            <w:r>
              <w:t>27</w:t>
            </w:r>
          </w:p>
        </w:tc>
        <w:tc>
          <w:tcPr>
            <w:tcW w:type="dxa" w:w="1571"/>
          </w:tcPr>
          <w:p>
            <w:r>
              <w:t>36</w:t>
            </w:r>
          </w:p>
        </w:tc>
        <w:tc>
          <w:tcPr>
            <w:tcW w:type="dxa" w:w="1571"/>
          </w:tcPr>
          <w:p>
            <w:r>
              <w:t>14</w:t>
            </w:r>
          </w:p>
        </w:tc>
        <w:tc>
          <w:tcPr>
            <w:tcW w:type="dxa" w:w="1571"/>
          </w:tcPr>
          <w:p>
            <w:r>
              <w:t>36</w:t>
            </w:r>
          </w:p>
        </w:tc>
        <w:tc>
          <w:tcPr>
            <w:tcW w:type="dxa" w:w="1571"/>
          </w:tcPr>
          <w:p>
            <w:r>
              <w:t>66</w:t>
            </w:r>
          </w:p>
        </w:tc>
        <w:tc>
          <w:tcPr>
            <w:tcW w:type="dxa" w:w="1571"/>
          </w:tcPr>
          <w:p>
            <w:r>
              <w:t>28</w:t>
            </w:r>
          </w:p>
        </w:tc>
      </w:tr>
      <w:tr>
        <w:tc>
          <w:tcPr>
            <w:tcW w:type="dxa" w:w="1571"/>
          </w:tcPr>
          <w:p>
            <w:r>
              <w:t>72</w:t>
            </w:r>
          </w:p>
        </w:tc>
        <w:tc>
          <w:tcPr>
            <w:tcW w:type="dxa" w:w="1571"/>
          </w:tcPr>
          <w:p>
            <w:r>
              <w:t>99</w:t>
            </w:r>
          </w:p>
        </w:tc>
        <w:tc>
          <w:tcPr>
            <w:tcW w:type="dxa" w:w="1571"/>
          </w:tcPr>
          <w:p>
            <w:r>
              <w:t>12</w:t>
            </w:r>
          </w:p>
        </w:tc>
        <w:tc>
          <w:tcPr>
            <w:tcW w:type="dxa" w:w="1571"/>
          </w:tcPr>
          <w:p>
            <w:r>
              <w:t>70</w:t>
            </w:r>
          </w:p>
        </w:tc>
        <w:tc>
          <w:tcPr>
            <w:tcW w:type="dxa" w:w="1571"/>
          </w:tcPr>
          <w:p>
            <w:r>
              <w:t>8</w:t>
            </w:r>
          </w:p>
        </w:tc>
        <w:tc>
          <w:tcPr>
            <w:tcW w:type="dxa" w:w="1571"/>
          </w:tcPr>
          <w:p>
            <w:r>
              <w:t>44</w:t>
            </w:r>
          </w:p>
        </w:tc>
        <w:tc>
          <w:tcPr>
            <w:tcW w:type="dxa" w:w="1571"/>
          </w:tcPr>
          <w:p>
            <w:r>
              <w:t>72</w:t>
            </w:r>
          </w:p>
        </w:tc>
        <w:tc>
          <w:tcPr>
            <w:tcW w:type="dxa" w:w="1571"/>
          </w:tcPr>
          <w:p>
            <w:r>
              <w:t>108</w:t>
            </w:r>
          </w:p>
        </w:tc>
        <w:tc>
          <w:tcPr>
            <w:tcW w:type="dxa" w:w="1571"/>
          </w:tcPr>
          <w:p>
            <w:r>
              <w:t>84</w:t>
            </w:r>
          </w:p>
        </w:tc>
      </w:tr>
      <w:tr>
        <w:tc>
          <w:tcPr>
            <w:tcW w:type="dxa" w:w="1571"/>
          </w:tcPr>
          <w:p>
            <w:r>
              <w:t>45</w:t>
            </w:r>
          </w:p>
        </w:tc>
        <w:tc>
          <w:tcPr>
            <w:tcW w:type="dxa" w:w="1571"/>
          </w:tcPr>
          <w:p>
            <w:r>
              <w:t>22</w:t>
            </w:r>
          </w:p>
        </w:tc>
        <w:tc>
          <w:tcPr>
            <w:tcW w:type="dxa" w:w="1571"/>
          </w:tcPr>
          <w:p>
            <w:r>
              <w:t>50</w:t>
            </w:r>
          </w:p>
        </w:tc>
        <w:tc>
          <w:tcPr>
            <w:tcW w:type="dxa" w:w="1571"/>
          </w:tcPr>
          <w:p>
            <w:r>
              <w:t>9</w:t>
            </w:r>
          </w:p>
        </w:tc>
        <w:tc>
          <w:tcPr>
            <w:tcW w:type="dxa" w:w="1571"/>
          </w:tcPr>
          <w:p>
            <w:r>
              <w:t>36</w:t>
            </w:r>
          </w:p>
        </w:tc>
        <w:tc>
          <w:tcPr>
            <w:tcW w:type="dxa" w:w="1571"/>
          </w:tcPr>
          <w:p>
            <w:r>
              <w:t>42</w:t>
            </w:r>
          </w:p>
        </w:tc>
        <w:tc>
          <w:tcPr>
            <w:tcW w:type="dxa" w:w="1571"/>
          </w:tcPr>
          <w:p>
            <w:r>
              <w:t>33</w:t>
            </w:r>
          </w:p>
        </w:tc>
        <w:tc>
          <w:tcPr>
            <w:tcW w:type="dxa" w:w="1571"/>
          </w:tcPr>
          <w:p>
            <w:r>
              <w:t>6</w:t>
            </w:r>
          </w:p>
        </w:tc>
        <w:tc>
          <w:tcPr>
            <w:tcW w:type="dxa" w:w="1571"/>
          </w:tcPr>
          <w:p>
            <w:r>
              <w:t>132</w:t>
            </w:r>
          </w:p>
        </w:tc>
      </w:tr>
      <w:tr>
        <w:tc>
          <w:tcPr>
            <w:tcW w:type="dxa" w:w="1571"/>
          </w:tcPr>
          <w:p>
            <w:r>
              <w:t>12</w:t>
            </w:r>
          </w:p>
        </w:tc>
        <w:tc>
          <w:tcPr>
            <w:tcW w:type="dxa" w:w="1571"/>
          </w:tcPr>
          <w:p>
            <w:r>
              <w:t>24</w:t>
            </w:r>
          </w:p>
        </w:tc>
        <w:tc>
          <w:tcPr>
            <w:tcW w:type="dxa" w:w="1571"/>
          </w:tcPr>
          <w:p>
            <w:r>
              <w:t>60</w:t>
            </w:r>
          </w:p>
        </w:tc>
        <w:tc>
          <w:tcPr>
            <w:tcW w:type="dxa" w:w="1571"/>
          </w:tcPr>
          <w:p>
            <w:r>
              <w:t>24</w:t>
            </w:r>
          </w:p>
        </w:tc>
        <w:tc>
          <w:tcPr>
            <w:tcW w:type="dxa" w:w="1571"/>
          </w:tcPr>
          <w:p>
            <w:r>
              <w:t>21</w:t>
            </w:r>
          </w:p>
        </w:tc>
        <w:tc>
          <w:tcPr>
            <w:tcW w:type="dxa" w:w="1571"/>
          </w:tcPr>
          <w:p>
            <w:r>
              <w:t>120</w:t>
            </w:r>
          </w:p>
        </w:tc>
        <w:tc>
          <w:tcPr>
            <w:tcW w:type="dxa" w:w="1571"/>
          </w:tcPr>
          <w:p>
            <w:r>
              <w:t>63</w:t>
            </w:r>
          </w:p>
        </w:tc>
        <w:tc>
          <w:tcPr>
            <w:tcW w:type="dxa" w:w="1571"/>
          </w:tcPr>
          <w:p>
            <w:r>
              <w:t>15</w:t>
            </w:r>
          </w:p>
        </w:tc>
        <w:tc>
          <w:tcPr>
            <w:tcW w:type="dxa" w:w="1571"/>
          </w:tcPr>
          <w:p>
            <w:r>
              <w:t>21</w:t>
            </w:r>
          </w:p>
        </w:tc>
      </w:tr>
    </w:tbl>
    <w:sectPr w:rsidR="00FC693F" w:rsidRPr="0006063C" w:rsidSect="00034616">
      <w:footerReference w:type="default" r:id="rId9"/>
      <w:pgSz w:w="15840" w:h="12240" w:orient="landscape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>lecoursgratuit.com – Pack gamifié FR/EN (Canada)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365F91" w:themeColor="accent1" w:themeShade="BF"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