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Aire &amp; périmètre — Rectangles</w:t>
      </w:r>
    </w:p>
    <w:p>
      <w:pPr>
        <w:jc w:val="center"/>
      </w:pPr>
      <w:r>
        <w:t>Calcule l’aire (A) et le périmètre (P). Unités : cm ou m.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r>
              <w:t>l = 23 cm ; L = 9 cm  →  A = ______ ;  P = ______</w:t>
            </w:r>
          </w:p>
        </w:tc>
      </w:tr>
      <w:tr>
        <w:tc>
          <w:tcPr>
            <w:tcW w:type="dxa" w:w="10540"/>
          </w:tcPr>
          <w:p>
            <w:r>
              <w:t>l = 3 cm ; L = 23 cm  →  A = ______ ;  P = ______</w:t>
            </w:r>
          </w:p>
        </w:tc>
      </w:tr>
      <w:tr>
        <w:tc>
          <w:tcPr>
            <w:tcW w:type="dxa" w:w="10540"/>
          </w:tcPr>
          <w:p>
            <w:r>
              <w:t>l = 3 m ; L = 12 m  →  A = ______ ;  P = ______</w:t>
            </w:r>
          </w:p>
        </w:tc>
      </w:tr>
      <w:tr>
        <w:tc>
          <w:tcPr>
            <w:tcW w:type="dxa" w:w="10540"/>
          </w:tcPr>
          <w:p>
            <w:r>
              <w:t>l = 6 m ; L = 22 m  →  A = ______ ;  P = ______</w:t>
            </w:r>
          </w:p>
        </w:tc>
      </w:tr>
      <w:tr>
        <w:tc>
          <w:tcPr>
            <w:tcW w:type="dxa" w:w="10540"/>
          </w:tcPr>
          <w:p>
            <w:r>
              <w:t>l = 3 m ; L = 5 m  →  A = ______ ;  P = ______</w:t>
            </w:r>
          </w:p>
        </w:tc>
      </w:tr>
      <w:tr>
        <w:tc>
          <w:tcPr>
            <w:tcW w:type="dxa" w:w="10540"/>
          </w:tcPr>
          <w:p>
            <w:r>
              <w:t>l = 18 m ; L = 17 m  →  A = ______ ;  P = ______</w:t>
            </w:r>
          </w:p>
        </w:tc>
      </w:tr>
      <w:tr>
        <w:tc>
          <w:tcPr>
            <w:tcW w:type="dxa" w:w="10540"/>
          </w:tcPr>
          <w:p>
            <w:r>
              <w:t>l = 3 cm ; L = 11 cm  →  A = ______ ;  P = ______</w:t>
            </w:r>
          </w:p>
        </w:tc>
      </w:tr>
      <w:tr>
        <w:tc>
          <w:tcPr>
            <w:tcW w:type="dxa" w:w="10540"/>
          </w:tcPr>
          <w:p>
            <w:r>
              <w:t>l = 18 cm ; L = 18 cm  →  A = ______ ;  P = ______</w:t>
            </w:r>
          </w:p>
        </w:tc>
      </w:tr>
      <w:tr>
        <w:tc>
          <w:tcPr>
            <w:tcW w:type="dxa" w:w="10540"/>
          </w:tcPr>
          <w:p>
            <w:r>
              <w:t>l = 23 cm ; L = 5 cm  →  A = ______ ;  P = ______</w:t>
            </w:r>
          </w:p>
        </w:tc>
      </w:tr>
      <w:tr>
        <w:tc>
          <w:tcPr>
            <w:tcW w:type="dxa" w:w="10540"/>
          </w:tcPr>
          <w:p>
            <w:r>
              <w:t>l = 11 m ; L = 23 m  →  A = ______ ;  P = ______</w:t>
            </w:r>
          </w:p>
        </w:tc>
      </w:tr>
      <w:tr>
        <w:tc>
          <w:tcPr>
            <w:tcW w:type="dxa" w:w="10540"/>
          </w:tcPr>
          <w:p>
            <w:r>
              <w:t>l = 20 m ; L = 25 m  →  A = ______ ;  P = ______</w:t>
            </w:r>
          </w:p>
        </w:tc>
      </w:tr>
      <w:tr>
        <w:tc>
          <w:tcPr>
            <w:tcW w:type="dxa" w:w="10540"/>
          </w:tcPr>
          <w:p>
            <w:r>
              <w:t>l = 23 m ; L = 25 m  →  A = ______ ;  P = ______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40"/>
        </w:rPr>
        <w:t>Corrigé — Aire &amp; périmètre (rectangles)</w:t>
      </w:r>
    </w:p>
    <w:p>
      <w:r>
        <w:t>23cm×9cm → A=207cm², P=64cm</w:t>
      </w:r>
    </w:p>
    <w:p>
      <w:r>
        <w:t>3cm×23cm → A=69cm², P=52cm</w:t>
      </w:r>
    </w:p>
    <w:p>
      <w:r>
        <w:t>3m×12m → A=36m², P=30m</w:t>
      </w:r>
    </w:p>
    <w:p>
      <w:r>
        <w:t>6m×22m → A=132m², P=56m</w:t>
      </w:r>
    </w:p>
    <w:p>
      <w:r>
        <w:t>3m×5m → A=15m², P=16m</w:t>
      </w:r>
    </w:p>
    <w:p>
      <w:r>
        <w:t>18m×17m → A=306m², P=70m</w:t>
      </w:r>
    </w:p>
    <w:p>
      <w:r>
        <w:t>3cm×11cm → A=33cm², P=28cm</w:t>
      </w:r>
    </w:p>
    <w:p>
      <w:r>
        <w:t>18cm×18cm → A=324cm², P=72cm</w:t>
      </w:r>
    </w:p>
    <w:p>
      <w:r>
        <w:t>23cm×5cm → A=115cm², P=56cm</w:t>
      </w:r>
    </w:p>
    <w:p>
      <w:r>
        <w:t>11m×23m → A=253m², P=68m</w:t>
      </w:r>
    </w:p>
    <w:p>
      <w:r>
        <w:t>20m×25m → A=500m², P=90m</w:t>
      </w:r>
    </w:p>
    <w:p>
      <w:r>
        <w:t>23m×25m → A=575m², P=96m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— Feuilles de travail mathématiques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