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Défi 1 minute — Multiplications / One-Minute Multiplication Drill</w:t>
      </w:r>
    </w:p>
    <w:p>
      <w:pPr>
        <w:jc w:val="center"/>
      </w:pPr>
      <w:r>
        <w:rPr>
          <w:i/>
          <w:sz w:val="22"/>
        </w:rPr>
        <w:t>Objectif : 60 secondes, le plus de réponses correctes possible. / Goal: 60 seconds, as many correct as you can.</w:t>
      </w:r>
    </w:p>
    <w:p>
      <w:r>
        <w:t>Nom/Name: __________   Date: __________   Score: ____/____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4"/>
        <w:gridCol w:w="1054"/>
        <w:gridCol w:w="1054"/>
        <w:gridCol w:w="1054"/>
        <w:gridCol w:w="1054"/>
        <w:gridCol w:w="1054"/>
        <w:gridCol w:w="1054"/>
        <w:gridCol w:w="1054"/>
        <w:gridCol w:w="1054"/>
        <w:gridCol w:w="1054"/>
      </w:tblGrid>
      <w:tr>
        <w:tc>
          <w:tcPr>
            <w:tcW w:type="dxa" w:w="1054"/>
          </w:tcPr>
          <w:p>
            <w:r>
              <w:t>8×9=__</w:t>
            </w:r>
          </w:p>
        </w:tc>
        <w:tc>
          <w:tcPr>
            <w:tcW w:type="dxa" w:w="1054"/>
          </w:tcPr>
          <w:p>
            <w:r>
              <w:t>9×8=__</w:t>
            </w:r>
          </w:p>
        </w:tc>
        <w:tc>
          <w:tcPr>
            <w:tcW w:type="dxa" w:w="1054"/>
          </w:tcPr>
          <w:p>
            <w:r>
              <w:t>7×4=__</w:t>
            </w:r>
          </w:p>
        </w:tc>
        <w:tc>
          <w:tcPr>
            <w:tcW w:type="dxa" w:w="1054"/>
          </w:tcPr>
          <w:p>
            <w:r>
              <w:t>2×4=__</w:t>
            </w:r>
          </w:p>
        </w:tc>
        <w:tc>
          <w:tcPr>
            <w:tcW w:type="dxa" w:w="1054"/>
          </w:tcPr>
          <w:p>
            <w:r>
              <w:t>3×5=__</w:t>
            </w:r>
          </w:p>
        </w:tc>
        <w:tc>
          <w:tcPr>
            <w:tcW w:type="dxa" w:w="1054"/>
          </w:tcPr>
          <w:p>
            <w:r>
              <w:t>6×3=__</w:t>
            </w:r>
          </w:p>
        </w:tc>
        <w:tc>
          <w:tcPr>
            <w:tcW w:type="dxa" w:w="1054"/>
          </w:tcPr>
          <w:p>
            <w:r>
              <w:t>5×5=__</w:t>
            </w:r>
          </w:p>
        </w:tc>
        <w:tc>
          <w:tcPr>
            <w:tcW w:type="dxa" w:w="1054"/>
          </w:tcPr>
          <w:p>
            <w:r>
              <w:t>11×11=__</w:t>
            </w:r>
          </w:p>
        </w:tc>
        <w:tc>
          <w:tcPr>
            <w:tcW w:type="dxa" w:w="1054"/>
          </w:tcPr>
          <w:p>
            <w:r>
              <w:t>6×11=__</w:t>
            </w:r>
          </w:p>
        </w:tc>
        <w:tc>
          <w:tcPr>
            <w:tcW w:type="dxa" w:w="1054"/>
          </w:tcPr>
          <w:p>
            <w:r>
              <w:t>6×6=__</w:t>
            </w:r>
          </w:p>
        </w:tc>
      </w:tr>
      <w:tr>
        <w:tc>
          <w:tcPr>
            <w:tcW w:type="dxa" w:w="1054"/>
          </w:tcPr>
          <w:p>
            <w:r>
              <w:t>5×12=__</w:t>
            </w:r>
          </w:p>
        </w:tc>
        <w:tc>
          <w:tcPr>
            <w:tcW w:type="dxa" w:w="1054"/>
          </w:tcPr>
          <w:p>
            <w:r>
              <w:t>11×4=__</w:t>
            </w:r>
          </w:p>
        </w:tc>
        <w:tc>
          <w:tcPr>
            <w:tcW w:type="dxa" w:w="1054"/>
          </w:tcPr>
          <w:p>
            <w:r>
              <w:t>4×7=__</w:t>
            </w:r>
          </w:p>
        </w:tc>
        <w:tc>
          <w:tcPr>
            <w:tcW w:type="dxa" w:w="1054"/>
          </w:tcPr>
          <w:p>
            <w:r>
              <w:t>5×3=__</w:t>
            </w:r>
          </w:p>
        </w:tc>
        <w:tc>
          <w:tcPr>
            <w:tcW w:type="dxa" w:w="1054"/>
          </w:tcPr>
          <w:p>
            <w:r>
              <w:t>5×4=__</w:t>
            </w:r>
          </w:p>
        </w:tc>
        <w:tc>
          <w:tcPr>
            <w:tcW w:type="dxa" w:w="1054"/>
          </w:tcPr>
          <w:p>
            <w:r>
              <w:t>11×5=__</w:t>
            </w:r>
          </w:p>
        </w:tc>
        <w:tc>
          <w:tcPr>
            <w:tcW w:type="dxa" w:w="1054"/>
          </w:tcPr>
          <w:p>
            <w:r>
              <w:t>5×7=__</w:t>
            </w:r>
          </w:p>
        </w:tc>
        <w:tc>
          <w:tcPr>
            <w:tcW w:type="dxa" w:w="1054"/>
          </w:tcPr>
          <w:p>
            <w:r>
              <w:t>7×11=__</w:t>
            </w:r>
          </w:p>
        </w:tc>
        <w:tc>
          <w:tcPr>
            <w:tcW w:type="dxa" w:w="1054"/>
          </w:tcPr>
          <w:p>
            <w:r>
              <w:t>4×6=__</w:t>
            </w:r>
          </w:p>
        </w:tc>
        <w:tc>
          <w:tcPr>
            <w:tcW w:type="dxa" w:w="1054"/>
          </w:tcPr>
          <w:p>
            <w:r>
              <w:t>6×12=__</w:t>
            </w:r>
          </w:p>
        </w:tc>
      </w:tr>
      <w:tr>
        <w:tc>
          <w:tcPr>
            <w:tcW w:type="dxa" w:w="1054"/>
          </w:tcPr>
          <w:p>
            <w:r>
              <w:t>4×4=__</w:t>
            </w:r>
          </w:p>
        </w:tc>
        <w:tc>
          <w:tcPr>
            <w:tcW w:type="dxa" w:w="1054"/>
          </w:tcPr>
          <w:p>
            <w:r>
              <w:t>8×6=__</w:t>
            </w:r>
          </w:p>
        </w:tc>
        <w:tc>
          <w:tcPr>
            <w:tcW w:type="dxa" w:w="1054"/>
          </w:tcPr>
          <w:p>
            <w:r>
              <w:t>8×10=__</w:t>
            </w:r>
          </w:p>
        </w:tc>
        <w:tc>
          <w:tcPr>
            <w:tcW w:type="dxa" w:w="1054"/>
          </w:tcPr>
          <w:p>
            <w:r>
              <w:t>9×5=__</w:t>
            </w:r>
          </w:p>
        </w:tc>
        <w:tc>
          <w:tcPr>
            <w:tcW w:type="dxa" w:w="1054"/>
          </w:tcPr>
          <w:p>
            <w:r>
              <w:t>12×8=__</w:t>
            </w:r>
          </w:p>
        </w:tc>
        <w:tc>
          <w:tcPr>
            <w:tcW w:type="dxa" w:w="1054"/>
          </w:tcPr>
          <w:p>
            <w:r>
              <w:t>12×6=__</w:t>
            </w:r>
          </w:p>
        </w:tc>
        <w:tc>
          <w:tcPr>
            <w:tcW w:type="dxa" w:w="1054"/>
          </w:tcPr>
          <w:p>
            <w:r>
              <w:t>3×7=__</w:t>
            </w:r>
          </w:p>
        </w:tc>
        <w:tc>
          <w:tcPr>
            <w:tcW w:type="dxa" w:w="1054"/>
          </w:tcPr>
          <w:p>
            <w:r>
              <w:t>3×2=__</w:t>
            </w:r>
          </w:p>
        </w:tc>
        <w:tc>
          <w:tcPr>
            <w:tcW w:type="dxa" w:w="1054"/>
          </w:tcPr>
          <w:p>
            <w:r>
              <w:t>2×2=__</w:t>
            </w:r>
          </w:p>
        </w:tc>
        <w:tc>
          <w:tcPr>
            <w:tcW w:type="dxa" w:w="1054"/>
          </w:tcPr>
          <w:p>
            <w:r>
              <w:t>7×3=__</w:t>
            </w:r>
          </w:p>
        </w:tc>
      </w:tr>
      <w:tr>
        <w:tc>
          <w:tcPr>
            <w:tcW w:type="dxa" w:w="1054"/>
          </w:tcPr>
          <w:p>
            <w:r>
              <w:t>12×5=__</w:t>
            </w:r>
          </w:p>
        </w:tc>
        <w:tc>
          <w:tcPr>
            <w:tcW w:type="dxa" w:w="1054"/>
          </w:tcPr>
          <w:p>
            <w:r>
              <w:t>10×7=__</w:t>
            </w:r>
          </w:p>
        </w:tc>
        <w:tc>
          <w:tcPr>
            <w:tcW w:type="dxa" w:w="1054"/>
          </w:tcPr>
          <w:p>
            <w:r>
              <w:t>2×10=__</w:t>
            </w:r>
          </w:p>
        </w:tc>
        <w:tc>
          <w:tcPr>
            <w:tcW w:type="dxa" w:w="1054"/>
          </w:tcPr>
          <w:p>
            <w:r>
              <w:t>4×9=__</w:t>
            </w:r>
          </w:p>
        </w:tc>
        <w:tc>
          <w:tcPr>
            <w:tcW w:type="dxa" w:w="1054"/>
          </w:tcPr>
          <w:p>
            <w:r>
              <w:t>11×8=__</w:t>
            </w:r>
          </w:p>
        </w:tc>
        <w:tc>
          <w:tcPr>
            <w:tcW w:type="dxa" w:w="1054"/>
          </w:tcPr>
          <w:p>
            <w:r>
              <w:t>11×2=__</w:t>
            </w:r>
          </w:p>
        </w:tc>
        <w:tc>
          <w:tcPr>
            <w:tcW w:type="dxa" w:w="1054"/>
          </w:tcPr>
          <w:p>
            <w:r>
              <w:t>5×2=__</w:t>
            </w:r>
          </w:p>
        </w:tc>
        <w:tc>
          <w:tcPr>
            <w:tcW w:type="dxa" w:w="1054"/>
          </w:tcPr>
          <w:p>
            <w:r>
              <w:t>8×2=__</w:t>
            </w:r>
          </w:p>
        </w:tc>
        <w:tc>
          <w:tcPr>
            <w:tcW w:type="dxa" w:w="1054"/>
          </w:tcPr>
          <w:p>
            <w:r>
              <w:t>2×7=__</w:t>
            </w:r>
          </w:p>
        </w:tc>
        <w:tc>
          <w:tcPr>
            <w:tcW w:type="dxa" w:w="1054"/>
          </w:tcPr>
          <w:p>
            <w:r>
              <w:t>9×11=__</w:t>
            </w:r>
          </w:p>
        </w:tc>
      </w:tr>
      <w:tr>
        <w:tc>
          <w:tcPr>
            <w:tcW w:type="dxa" w:w="1054"/>
          </w:tcPr>
          <w:p>
            <w:r>
              <w:t>2×8=__</w:t>
            </w:r>
          </w:p>
        </w:tc>
        <w:tc>
          <w:tcPr>
            <w:tcW w:type="dxa" w:w="1054"/>
          </w:tcPr>
          <w:p>
            <w:r>
              <w:t>3×9=__</w:t>
            </w:r>
          </w:p>
        </w:tc>
        <w:tc>
          <w:tcPr>
            <w:tcW w:type="dxa" w:w="1054"/>
          </w:tcPr>
          <w:p>
            <w:r>
              <w:t>8×4=__</w:t>
            </w:r>
          </w:p>
        </w:tc>
        <w:tc>
          <w:tcPr>
            <w:tcW w:type="dxa" w:w="1054"/>
          </w:tcPr>
          <w:p>
            <w:r>
              <w:t>4×8=__</w:t>
            </w:r>
          </w:p>
        </w:tc>
        <w:tc>
          <w:tcPr>
            <w:tcW w:type="dxa" w:w="1054"/>
          </w:tcPr>
          <w:p>
            <w:r>
              <w:t>12×3=__</w:t>
            </w:r>
          </w:p>
        </w:tc>
        <w:tc>
          <w:tcPr>
            <w:tcW w:type="dxa" w:w="1054"/>
          </w:tcPr>
          <w:p>
            <w:r>
              <w:t>4×2=__</w:t>
            </w:r>
          </w:p>
        </w:tc>
        <w:tc>
          <w:tcPr>
            <w:tcW w:type="dxa" w:w="1054"/>
          </w:tcPr>
          <w:p>
            <w:r>
              <w:t>4×10=__</w:t>
            </w:r>
          </w:p>
        </w:tc>
        <w:tc>
          <w:tcPr>
            <w:tcW w:type="dxa" w:w="1054"/>
          </w:tcPr>
          <w:p>
            <w:r>
              <w:t>9×3=__</w:t>
            </w:r>
          </w:p>
        </w:tc>
        <w:tc>
          <w:tcPr>
            <w:tcW w:type="dxa" w:w="1054"/>
          </w:tcPr>
          <w:p>
            <w:r>
              <w:t>11×9=__</w:t>
            </w:r>
          </w:p>
        </w:tc>
        <w:tc>
          <w:tcPr>
            <w:tcW w:type="dxa" w:w="1054"/>
          </w:tcPr>
          <w:p>
            <w:r>
              <w:t>10×8=__</w:t>
            </w:r>
          </w:p>
        </w:tc>
      </w:tr>
      <w:tr>
        <w:tc>
          <w:tcPr>
            <w:tcW w:type="dxa" w:w="1054"/>
          </w:tcPr>
          <w:p>
            <w:r>
              <w:t>7×2=__</w:t>
            </w:r>
          </w:p>
        </w:tc>
        <w:tc>
          <w:tcPr>
            <w:tcW w:type="dxa" w:w="1054"/>
          </w:tcPr>
          <w:p>
            <w:r>
              <w:t>6×8=__</w:t>
            </w:r>
          </w:p>
        </w:tc>
        <w:tc>
          <w:tcPr>
            <w:tcW w:type="dxa" w:w="1054"/>
          </w:tcPr>
          <w:p>
            <w:r>
              <w:t>9×7=__</w:t>
            </w:r>
          </w:p>
        </w:tc>
        <w:tc>
          <w:tcPr>
            <w:tcW w:type="dxa" w:w="1054"/>
          </w:tcPr>
          <w:p>
            <w:r>
              <w:t>5×6=__</w:t>
            </w:r>
          </w:p>
        </w:tc>
        <w:tc>
          <w:tcPr>
            <w:tcW w:type="dxa" w:w="1054"/>
          </w:tcPr>
          <w:p>
            <w:r>
              <w:t>10×4=__</w:t>
            </w:r>
          </w:p>
        </w:tc>
        <w:tc>
          <w:tcPr>
            <w:tcW w:type="dxa" w:w="1054"/>
          </w:tcPr>
          <w:p>
            <w:r>
              <w:t>12×10=__</w:t>
            </w:r>
          </w:p>
        </w:tc>
        <w:tc>
          <w:tcPr>
            <w:tcW w:type="dxa" w:w="1054"/>
          </w:tcPr>
          <w:p>
            <w:r>
              <w:t>6×10=__</w:t>
            </w:r>
          </w:p>
        </w:tc>
        <w:tc>
          <w:tcPr>
            <w:tcW w:type="dxa" w:w="1054"/>
          </w:tcPr>
          <w:p>
            <w:r>
              <w:t>8×5=__</w:t>
            </w:r>
          </w:p>
        </w:tc>
        <w:tc>
          <w:tcPr>
            <w:tcW w:type="dxa" w:w="1054"/>
          </w:tcPr>
          <w:p>
            <w:r>
              <w:t>10×10=__</w:t>
            </w:r>
          </w:p>
        </w:tc>
        <w:tc>
          <w:tcPr>
            <w:tcW w:type="dxa" w:w="1054"/>
          </w:tcPr>
          <w:p>
            <w:r>
              <w:t>3×12=__</w:t>
            </w:r>
          </w:p>
        </w:tc>
      </w:tr>
      <w:tr>
        <w:tc>
          <w:tcPr>
            <w:tcW w:type="dxa" w:w="1054"/>
          </w:tcPr>
          <w:p>
            <w:r>
              <w:t>6×9=__</w:t>
            </w:r>
          </w:p>
        </w:tc>
        <w:tc>
          <w:tcPr>
            <w:tcW w:type="dxa" w:w="1054"/>
          </w:tcPr>
          <w:p>
            <w:r>
              <w:t>3×4=__</w:t>
            </w:r>
          </w:p>
        </w:tc>
        <w:tc>
          <w:tcPr>
            <w:tcW w:type="dxa" w:w="1054"/>
          </w:tcPr>
          <w:p>
            <w:r>
              <w:t>5×11=__</w:t>
            </w:r>
          </w:p>
        </w:tc>
        <w:tc>
          <w:tcPr>
            <w:tcW w:type="dxa" w:w="1054"/>
          </w:tcPr>
          <w:p>
            <w:r>
              <w:t>9×10=__</w:t>
            </w:r>
          </w:p>
        </w:tc>
        <w:tc>
          <w:tcPr>
            <w:tcW w:type="dxa" w:w="1054"/>
          </w:tcPr>
          <w:p>
            <w:r>
              <w:t>8×11=__</w:t>
            </w:r>
          </w:p>
        </w:tc>
        <w:tc>
          <w:tcPr>
            <w:tcW w:type="dxa" w:w="1054"/>
          </w:tcPr>
          <w:p>
            <w:r>
              <w:t>11×12=__</w:t>
            </w:r>
          </w:p>
        </w:tc>
        <w:tc>
          <w:tcPr>
            <w:tcW w:type="dxa" w:w="1054"/>
          </w:tcPr>
          <w:p>
            <w:r>
              <w:t>2×6=__</w:t>
            </w:r>
          </w:p>
        </w:tc>
        <w:tc>
          <w:tcPr>
            <w:tcW w:type="dxa" w:w="1054"/>
          </w:tcPr>
          <w:p>
            <w:r>
              <w:t>7×12=__</w:t>
            </w:r>
          </w:p>
        </w:tc>
        <w:tc>
          <w:tcPr>
            <w:tcW w:type="dxa" w:w="1054"/>
          </w:tcPr>
          <w:p>
            <w:r>
              <w:t>6×7=__</w:t>
            </w:r>
          </w:p>
        </w:tc>
        <w:tc>
          <w:tcPr>
            <w:tcW w:type="dxa" w:w="1054"/>
          </w:tcPr>
          <w:p>
            <w:r>
              <w:t>3×3=__</w:t>
            </w:r>
          </w:p>
        </w:tc>
      </w:tr>
      <w:tr>
        <w:tc>
          <w:tcPr>
            <w:tcW w:type="dxa" w:w="1054"/>
          </w:tcPr>
          <w:p>
            <w:r>
              <w:t>10×2=__</w:t>
            </w:r>
          </w:p>
        </w:tc>
        <w:tc>
          <w:tcPr>
            <w:tcW w:type="dxa" w:w="1054"/>
          </w:tcPr>
          <w:p>
            <w:r>
              <w:t>7×7=__</w:t>
            </w:r>
          </w:p>
        </w:tc>
        <w:tc>
          <w:tcPr>
            <w:tcW w:type="dxa" w:w="1054"/>
          </w:tcPr>
          <w:p>
            <w:r>
              <w:t>2×11=__</w:t>
            </w:r>
          </w:p>
        </w:tc>
        <w:tc>
          <w:tcPr>
            <w:tcW w:type="dxa" w:w="1054"/>
          </w:tcPr>
          <w:p>
            <w:r>
              <w:t>2×3=__</w:t>
            </w:r>
          </w:p>
        </w:tc>
        <w:tc>
          <w:tcPr>
            <w:tcW w:type="dxa" w:w="1054"/>
          </w:tcPr>
          <w:p>
            <w:r>
              <w:t>2×9=__</w:t>
            </w:r>
          </w:p>
        </w:tc>
        <w:tc>
          <w:tcPr>
            <w:tcW w:type="dxa" w:w="1054"/>
          </w:tcPr>
          <w:p>
            <w:r>
              <w:t>11×10=__</w:t>
            </w:r>
          </w:p>
        </w:tc>
        <w:tc>
          <w:tcPr>
            <w:tcW w:type="dxa" w:w="1054"/>
          </w:tcPr>
          <w:p>
            <w:r>
              <w:t>11×6=__</w:t>
            </w:r>
          </w:p>
        </w:tc>
        <w:tc>
          <w:tcPr>
            <w:tcW w:type="dxa" w:w="1054"/>
          </w:tcPr>
          <w:p>
            <w:r>
              <w:t>10×6=__</w:t>
            </w:r>
          </w:p>
        </w:tc>
        <w:tc>
          <w:tcPr>
            <w:tcW w:type="dxa" w:w="1054"/>
          </w:tcPr>
          <w:p>
            <w:r>
              <w:t>9×4=__</w:t>
            </w:r>
          </w:p>
        </w:tc>
        <w:tc>
          <w:tcPr>
            <w:tcW w:type="dxa" w:w="1054"/>
          </w:tcPr>
          <w:p>
            <w:r>
              <w:t>7×5=__</w:t>
            </w:r>
          </w:p>
        </w:tc>
      </w:tr>
      <w:tr>
        <w:tc>
          <w:tcPr>
            <w:tcW w:type="dxa" w:w="1054"/>
          </w:tcPr>
          <w:p>
            <w:r>
              <w:t>12×4=__</w:t>
            </w:r>
          </w:p>
        </w:tc>
        <w:tc>
          <w:tcPr>
            <w:tcW w:type="dxa" w:w="1054"/>
          </w:tcPr>
          <w:p>
            <w:r>
              <w:t>3×11=__</w:t>
            </w:r>
          </w:p>
        </w:tc>
        <w:tc>
          <w:tcPr>
            <w:tcW w:type="dxa" w:w="1054"/>
          </w:tcPr>
          <w:p>
            <w:r>
              <w:t>3×6=__</w:t>
            </w:r>
          </w:p>
        </w:tc>
        <w:tc>
          <w:tcPr>
            <w:tcW w:type="dxa" w:w="1054"/>
          </w:tcPr>
          <w:p>
            <w:r>
              <w:t>3×8=__</w:t>
            </w:r>
          </w:p>
        </w:tc>
        <w:tc>
          <w:tcPr>
            <w:tcW w:type="dxa" w:w="1054"/>
          </w:tcPr>
          <w:p>
            <w:r>
              <w:t>7×9=__</w:t>
            </w:r>
          </w:p>
        </w:tc>
        <w:tc>
          <w:tcPr>
            <w:tcW w:type="dxa" w:w="1054"/>
          </w:tcPr>
          <w:p>
            <w:r>
              <w:t>12×12=__</w:t>
            </w:r>
          </w:p>
        </w:tc>
        <w:tc>
          <w:tcPr>
            <w:tcW w:type="dxa" w:w="1054"/>
          </w:tcPr>
          <w:p>
            <w:r>
              <w:t>9×9=__</w:t>
            </w:r>
          </w:p>
        </w:tc>
        <w:tc>
          <w:tcPr>
            <w:tcW w:type="dxa" w:w="1054"/>
          </w:tcPr>
          <w:p>
            <w:r>
              <w:t>4×11=__</w:t>
            </w:r>
          </w:p>
        </w:tc>
        <w:tc>
          <w:tcPr>
            <w:tcW w:type="dxa" w:w="1054"/>
          </w:tcPr>
          <w:p>
            <w:r>
              <w:t>8×8=__</w:t>
            </w:r>
          </w:p>
        </w:tc>
        <w:tc>
          <w:tcPr>
            <w:tcW w:type="dxa" w:w="1054"/>
          </w:tcPr>
          <w:p>
            <w:r>
              <w:t>8×12=__</w:t>
            </w:r>
          </w:p>
        </w:tc>
      </w:tr>
      <w:tr>
        <w:tc>
          <w:tcPr>
            <w:tcW w:type="dxa" w:w="1054"/>
          </w:tcPr>
          <w:p>
            <w:r>
              <w:t>12×11=__</w:t>
            </w:r>
          </w:p>
        </w:tc>
        <w:tc>
          <w:tcPr>
            <w:tcW w:type="dxa" w:w="1054"/>
          </w:tcPr>
          <w:p>
            <w:r>
              <w:t>3×10=__</w:t>
            </w:r>
          </w:p>
        </w:tc>
        <w:tc>
          <w:tcPr>
            <w:tcW w:type="dxa" w:w="1054"/>
          </w:tcPr>
          <w:p>
            <w:r>
              <w:t>12×9=__</w:t>
            </w:r>
          </w:p>
        </w:tc>
        <w:tc>
          <w:tcPr>
            <w:tcW w:type="dxa" w:w="1054"/>
          </w:tcPr>
          <w:p>
            <w:r>
              <w:t>12×7=__</w:t>
            </w:r>
          </w:p>
        </w:tc>
        <w:tc>
          <w:tcPr>
            <w:tcW w:type="dxa" w:w="1054"/>
          </w:tcPr>
          <w:p>
            <w:r>
              <w:t>5×10=__</w:t>
            </w:r>
          </w:p>
        </w:tc>
        <w:tc>
          <w:tcPr>
            <w:tcW w:type="dxa" w:w="1054"/>
          </w:tcPr>
          <w:p>
            <w:r>
              <w:t>4×5=__</w:t>
            </w:r>
          </w:p>
        </w:tc>
        <w:tc>
          <w:tcPr>
            <w:tcW w:type="dxa" w:w="1054"/>
          </w:tcPr>
          <w:p>
            <w:r>
              <w:t>7×10=__</w:t>
            </w:r>
          </w:p>
        </w:tc>
        <w:tc>
          <w:tcPr>
            <w:tcW w:type="dxa" w:w="1054"/>
          </w:tcPr>
          <w:p>
            <w:r>
              <w:t>6×4=__</w:t>
            </w:r>
          </w:p>
        </w:tc>
        <w:tc>
          <w:tcPr>
            <w:tcW w:type="dxa" w:w="1054"/>
          </w:tcPr>
          <w:p>
            <w:r>
              <w:t>10×3=__</w:t>
            </w:r>
          </w:p>
        </w:tc>
        <w:tc>
          <w:tcPr>
            <w:tcW w:type="dxa" w:w="1054"/>
          </w:tcPr>
          <w:p>
            <w:r>
              <w:t>7×6=__</w:t>
            </w:r>
          </w:p>
        </w:tc>
      </w:tr>
      <w:tr>
        <w:tc>
          <w:tcPr>
            <w:tcW w:type="dxa" w:w="1054"/>
          </w:tcPr>
          <w:p>
            <w:r>
              <w:t>8×7=__</w:t>
            </w:r>
          </w:p>
        </w:tc>
        <w:tc>
          <w:tcPr>
            <w:tcW w:type="dxa" w:w="1054"/>
          </w:tcPr>
          <w:p>
            <w:r>
              <w:t>4×3=__</w:t>
            </w:r>
          </w:p>
        </w:tc>
        <w:tc>
          <w:tcPr>
            <w:tcW w:type="dxa" w:w="1054"/>
          </w:tcPr>
          <w:p>
            <w:r>
              <w:t>10×12=__</w:t>
            </w:r>
          </w:p>
        </w:tc>
        <w:tc>
          <w:tcPr>
            <w:tcW w:type="dxa" w:w="1054"/>
          </w:tcPr>
          <w:p>
            <w:r>
              <w:t>11×7=__</w:t>
            </w:r>
          </w:p>
        </w:tc>
        <w:tc>
          <w:tcPr>
            <w:tcW w:type="dxa" w:w="1054"/>
          </w:tcPr>
          <w:p>
            <w:r>
              <w:t>11×3=__</w:t>
            </w:r>
          </w:p>
        </w:tc>
        <w:tc>
          <w:tcPr>
            <w:tcW w:type="dxa" w:w="1054"/>
          </w:tcPr>
          <w:p>
            <w:r>
              <w:t>10×5=__</w:t>
            </w:r>
          </w:p>
        </w:tc>
        <w:tc>
          <w:tcPr>
            <w:tcW w:type="dxa" w:w="1054"/>
          </w:tcPr>
          <w:p>
            <w:r>
              <w:t>8×3=__</w:t>
            </w:r>
          </w:p>
        </w:tc>
        <w:tc>
          <w:tcPr>
            <w:tcW w:type="dxa" w:w="1054"/>
          </w:tcPr>
          <w:p>
            <w:r>
              <w:t>9×12=__</w:t>
            </w:r>
          </w:p>
        </w:tc>
        <w:tc>
          <w:tcPr>
            <w:tcW w:type="dxa" w:w="1054"/>
          </w:tcPr>
          <w:p>
            <w:r>
              <w:t>2×5=__</w:t>
            </w:r>
          </w:p>
        </w:tc>
        <w:tc>
          <w:tcPr>
            <w:tcW w:type="dxa" w:w="1054"/>
          </w:tcPr>
          <w:p>
            <w:r>
              <w:t>5×8=__</w:t>
            </w:r>
          </w:p>
        </w:tc>
      </w:tr>
      <w:tr>
        <w:tc>
          <w:tcPr>
            <w:tcW w:type="dxa" w:w="1054"/>
          </w:tcPr>
          <w:p>
            <w:r>
              <w:t>10×11=__</w:t>
            </w:r>
          </w:p>
        </w:tc>
        <w:tc>
          <w:tcPr>
            <w:tcW w:type="dxa" w:w="1054"/>
          </w:tcPr>
          <w:p>
            <w:r>
              <w:t>6×2=__</w:t>
            </w:r>
          </w:p>
        </w:tc>
        <w:tc>
          <w:tcPr>
            <w:tcW w:type="dxa" w:w="1054"/>
          </w:tcPr>
          <w:p>
            <w:r>
              <w:t>9×6=__</w:t>
            </w:r>
          </w:p>
        </w:tc>
        <w:tc>
          <w:tcPr>
            <w:tcW w:type="dxa" w:w="1054"/>
          </w:tcPr>
          <w:p>
            <w:r>
              <w:t>7×8=__</w:t>
            </w:r>
          </w:p>
        </w:tc>
        <w:tc>
          <w:tcPr>
            <w:tcW w:type="dxa" w:w="1054"/>
          </w:tcPr>
          <w:p>
            <w:r>
              <w:t>9×2=__</w:t>
            </w:r>
          </w:p>
        </w:tc>
        <w:tc>
          <w:tcPr>
            <w:tcW w:type="dxa" w:w="1054"/>
          </w:tcPr>
          <w:p>
            <w:r>
              <w:t>12×2=__</w:t>
            </w:r>
          </w:p>
        </w:tc>
        <w:tc>
          <w:tcPr>
            <w:tcW w:type="dxa" w:w="1054"/>
          </w:tcPr>
          <w:p>
            <w:r>
              <w:t>6×5=__</w:t>
            </w:r>
          </w:p>
        </w:tc>
        <w:tc>
          <w:tcPr>
            <w:tcW w:type="dxa" w:w="1054"/>
          </w:tcPr>
          <w:p>
            <w:r>
              <w:t>4×12=__</w:t>
            </w:r>
          </w:p>
        </w:tc>
        <w:tc>
          <w:tcPr>
            <w:tcW w:type="dxa" w:w="1054"/>
          </w:tcPr>
          <w:p>
            <w:r>
              <w:t>5×9=__</w:t>
            </w:r>
          </w:p>
        </w:tc>
        <w:tc>
          <w:tcPr>
            <w:tcW w:type="dxa" w:w="1054"/>
          </w:tcPr>
          <w:p>
            <w:r>
              <w:t>10×9=__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– Pack gamifié FR/EN (Canada)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