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Conversions de mesures (m, cm, km, L, mL, g, kg)</w:t>
      </w:r>
    </w:p>
    <w:p>
      <w:pPr>
        <w:jc w:val="center"/>
      </w:pPr>
      <w:r>
        <w:t>Complète les conversions.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t>25 cm = ______ m</w:t>
            </w:r>
          </w:p>
        </w:tc>
      </w:tr>
      <w:tr>
        <w:tc>
          <w:tcPr>
            <w:tcW w:type="dxa" w:w="10540"/>
          </w:tcPr>
          <w:p>
            <w:r>
              <w:t>7 g = ______ kg</w:t>
            </w:r>
          </w:p>
        </w:tc>
      </w:tr>
      <w:tr>
        <w:tc>
          <w:tcPr>
            <w:tcW w:type="dxa" w:w="10540"/>
          </w:tcPr>
          <w:p>
            <w:r>
              <w:t>500 mL = ______ L</w:t>
            </w:r>
          </w:p>
        </w:tc>
      </w:tr>
      <w:tr>
        <w:tc>
          <w:tcPr>
            <w:tcW w:type="dxa" w:w="10540"/>
          </w:tcPr>
          <w:p>
            <w:r>
              <w:t>1200 kg = ______ g</w:t>
            </w:r>
          </w:p>
        </w:tc>
      </w:tr>
      <w:tr>
        <w:tc>
          <w:tcPr>
            <w:tcW w:type="dxa" w:w="10540"/>
          </w:tcPr>
          <w:p>
            <w:r>
              <w:t>1200 g = ______ kg</w:t>
            </w:r>
          </w:p>
        </w:tc>
      </w:tr>
      <w:tr>
        <w:tc>
          <w:tcPr>
            <w:tcW w:type="dxa" w:w="10540"/>
          </w:tcPr>
          <w:p>
            <w:r>
              <w:t>250 m = ______ cm</w:t>
            </w:r>
          </w:p>
        </w:tc>
      </w:tr>
      <w:tr>
        <w:tc>
          <w:tcPr>
            <w:tcW w:type="dxa" w:w="10540"/>
          </w:tcPr>
          <w:p>
            <w:r>
              <w:t>2 m = ______ cm</w:t>
            </w:r>
          </w:p>
        </w:tc>
      </w:tr>
      <w:tr>
        <w:tc>
          <w:tcPr>
            <w:tcW w:type="dxa" w:w="10540"/>
          </w:tcPr>
          <w:p>
            <w:r>
              <w:t>2 g = ______ kg</w:t>
            </w:r>
          </w:p>
        </w:tc>
      </w:tr>
      <w:tr>
        <w:tc>
          <w:tcPr>
            <w:tcW w:type="dxa" w:w="10540"/>
          </w:tcPr>
          <w:p>
            <w:r>
              <w:t>25 km = ______ m</w:t>
            </w:r>
          </w:p>
        </w:tc>
      </w:tr>
      <w:tr>
        <w:tc>
          <w:tcPr>
            <w:tcW w:type="dxa" w:w="10540"/>
          </w:tcPr>
          <w:p>
            <w:r>
              <w:t>750 mL = ______ L</w:t>
            </w:r>
          </w:p>
        </w:tc>
      </w:tr>
      <w:tr>
        <w:tc>
          <w:tcPr>
            <w:tcW w:type="dxa" w:w="10540"/>
          </w:tcPr>
          <w:p>
            <w:r>
              <w:t>0.25 km = ______ m</w:t>
            </w:r>
          </w:p>
        </w:tc>
      </w:tr>
      <w:tr>
        <w:tc>
          <w:tcPr>
            <w:tcW w:type="dxa" w:w="10540"/>
          </w:tcPr>
          <w:p>
            <w:r>
              <w:t>1 cm = ______ m</w:t>
            </w:r>
          </w:p>
        </w:tc>
      </w:tr>
      <w:tr>
        <w:tc>
          <w:tcPr>
            <w:tcW w:type="dxa" w:w="10540"/>
          </w:tcPr>
          <w:p>
            <w:r>
              <w:t>3.5 L = ______ mL</w:t>
            </w:r>
          </w:p>
        </w:tc>
      </w:tr>
      <w:tr>
        <w:tc>
          <w:tcPr>
            <w:tcW w:type="dxa" w:w="10540"/>
          </w:tcPr>
          <w:p>
            <w:r>
              <w:t>12 kg = ______ g</w:t>
            </w:r>
          </w:p>
        </w:tc>
      </w:tr>
      <w:tr>
        <w:tc>
          <w:tcPr>
            <w:tcW w:type="dxa" w:w="10540"/>
          </w:tcPr>
          <w:p>
            <w:r>
              <w:t>750 kg = ______ g</w:t>
            </w:r>
          </w:p>
        </w:tc>
      </w:tr>
      <w:tr>
        <w:tc>
          <w:tcPr>
            <w:tcW w:type="dxa" w:w="10540"/>
          </w:tcPr>
          <w:p>
            <w:r>
              <w:t>0.5 L = ______ mL</w:t>
            </w:r>
          </w:p>
        </w:tc>
      </w:tr>
      <w:tr>
        <w:tc>
          <w:tcPr>
            <w:tcW w:type="dxa" w:w="10540"/>
          </w:tcPr>
          <w:p>
            <w:r>
              <w:t>0.25 kg = ______ g</w:t>
            </w:r>
          </w:p>
        </w:tc>
      </w:tr>
      <w:tr>
        <w:tc>
          <w:tcPr>
            <w:tcW w:type="dxa" w:w="10540"/>
          </w:tcPr>
          <w:p>
            <w:r>
              <w:t>500 km = ______ m</w:t>
            </w:r>
          </w:p>
        </w:tc>
      </w:tr>
      <w:tr>
        <w:tc>
          <w:tcPr>
            <w:tcW w:type="dxa" w:w="10540"/>
          </w:tcPr>
          <w:p>
            <w:r>
              <w:t>0.25 cm = ______ m</w:t>
            </w:r>
          </w:p>
        </w:tc>
      </w:tr>
      <w:tr>
        <w:tc>
          <w:tcPr>
            <w:tcW w:type="dxa" w:w="10540"/>
          </w:tcPr>
          <w:p>
            <w:r>
              <w:t>1.2 cm = ______ m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Conversions de mesures</w:t>
      </w:r>
    </w:p>
    <w:p>
      <w:r>
        <w:t>25 cm = 0.25 m</w:t>
      </w:r>
    </w:p>
    <w:p>
      <w:r>
        <w:t>7 g = 0.007 kg</w:t>
      </w:r>
    </w:p>
    <w:p>
      <w:r>
        <w:t>500 mL = 0.5 L</w:t>
      </w:r>
    </w:p>
    <w:p>
      <w:r>
        <w:t>1200 kg = 1200000 g</w:t>
      </w:r>
    </w:p>
    <w:p>
      <w:r>
        <w:t>1200 g = 1.2 kg</w:t>
      </w:r>
    </w:p>
    <w:p>
      <w:r>
        <w:t>250 m = 25000 cm</w:t>
      </w:r>
    </w:p>
    <w:p>
      <w:r>
        <w:t>2 m = 200 cm</w:t>
      </w:r>
    </w:p>
    <w:p>
      <w:r>
        <w:t>2 g = 0.002 kg</w:t>
      </w:r>
    </w:p>
    <w:p>
      <w:r>
        <w:t>25 km = 25000 m</w:t>
      </w:r>
    </w:p>
    <w:p>
      <w:r>
        <w:t>750 mL = 0.75 L</w:t>
      </w:r>
    </w:p>
    <w:p>
      <w:r>
        <w:t>0.25 km = 250.0 m</w:t>
      </w:r>
    </w:p>
    <w:p>
      <w:r>
        <w:t>1 cm = 0.01 m</w:t>
      </w:r>
    </w:p>
    <w:p>
      <w:r>
        <w:t>3.5 L = 3500.0 mL</w:t>
      </w:r>
    </w:p>
    <w:p>
      <w:r>
        <w:t>12 kg = 12000 g</w:t>
      </w:r>
    </w:p>
    <w:p>
      <w:r>
        <w:t>750 kg = 750000 g</w:t>
      </w:r>
    </w:p>
    <w:p>
      <w:r>
        <w:t>0.5 L = 500.0 mL</w:t>
      </w:r>
    </w:p>
    <w:p>
      <w:r>
        <w:t>0.25 kg = 250.0 g</w:t>
      </w:r>
    </w:p>
    <w:p>
      <w:r>
        <w:t>500 km = 500000 m</w:t>
      </w:r>
    </w:p>
    <w:p>
      <w:r>
        <w:t>0.25 cm = 0.0025 m</w:t>
      </w:r>
    </w:p>
    <w:p>
      <w:r>
        <w:t>1.2 cm = 0.012 m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