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Saut par comptage — Lignes numériques / Skip-Counting Number Lines</w:t>
      </w:r>
    </w:p>
    <w:p>
      <w:pPr>
        <w:jc w:val="center"/>
      </w:pPr>
      <w:r>
        <w:rPr>
          <w:i/>
          <w:sz w:val="22"/>
        </w:rPr>
        <w:t>Compte de f en f et relie les multiples. / Skip by f and connect the multiples.</w:t>
      </w:r>
    </w:p>
    <w:p>
      <w:r>
        <w:t>FR : Trace un point à chaque multiple et relie-les. EN: Mark each multiple and connect them.</w:t>
      </w:r>
    </w:p>
    <w:p>
      <w:r>
        <w:t>Facteur/Factor: 2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</w:tblGrid>
      <w:tr>
        <w:tc>
          <w:tcPr>
            <w:tcW w:type="dxa" w:w="811"/>
          </w:tcPr>
          <w:p>
            <w:r>
              <w:t>0</w:t>
            </w:r>
          </w:p>
        </w:tc>
        <w:tc>
          <w:tcPr>
            <w:tcW w:type="dxa" w:w="811"/>
          </w:tcPr>
          <w:p>
            <w:r>
              <w:t>2</w:t>
            </w:r>
          </w:p>
        </w:tc>
        <w:tc>
          <w:tcPr>
            <w:tcW w:type="dxa" w:w="811"/>
          </w:tcPr>
          <w:p>
            <w:r>
              <w:t>4</w:t>
            </w:r>
          </w:p>
        </w:tc>
        <w:tc>
          <w:tcPr>
            <w:tcW w:type="dxa" w:w="811"/>
          </w:tcPr>
          <w:p>
            <w:r>
              <w:t>6</w:t>
            </w:r>
          </w:p>
        </w:tc>
        <w:tc>
          <w:tcPr>
            <w:tcW w:type="dxa" w:w="811"/>
          </w:tcPr>
          <w:p>
            <w:r>
              <w:t>8</w:t>
            </w:r>
          </w:p>
        </w:tc>
        <w:tc>
          <w:tcPr>
            <w:tcW w:type="dxa" w:w="811"/>
          </w:tcPr>
          <w:p>
            <w:r>
              <w:t>10</w:t>
            </w:r>
          </w:p>
        </w:tc>
        <w:tc>
          <w:tcPr>
            <w:tcW w:type="dxa" w:w="811"/>
          </w:tcPr>
          <w:p>
            <w:r>
              <w:t>12</w:t>
            </w:r>
          </w:p>
        </w:tc>
        <w:tc>
          <w:tcPr>
            <w:tcW w:type="dxa" w:w="811"/>
          </w:tcPr>
          <w:p>
            <w:r>
              <w:t>14</w:t>
            </w:r>
          </w:p>
        </w:tc>
        <w:tc>
          <w:tcPr>
            <w:tcW w:type="dxa" w:w="811"/>
          </w:tcPr>
          <w:p>
            <w:r>
              <w:t>16</w:t>
            </w:r>
          </w:p>
        </w:tc>
        <w:tc>
          <w:tcPr>
            <w:tcW w:type="dxa" w:w="811"/>
          </w:tcPr>
          <w:p>
            <w:r>
              <w:t>18</w:t>
            </w:r>
          </w:p>
        </w:tc>
        <w:tc>
          <w:tcPr>
            <w:tcW w:type="dxa" w:w="811"/>
          </w:tcPr>
          <w:p>
            <w:r>
              <w:t>20</w:t>
            </w:r>
          </w:p>
        </w:tc>
        <w:tc>
          <w:tcPr>
            <w:tcW w:type="dxa" w:w="811"/>
          </w:tcPr>
          <w:p>
            <w:r>
              <w:t>22</w:t>
            </w:r>
          </w:p>
        </w:tc>
        <w:tc>
          <w:tcPr>
            <w:tcW w:type="dxa" w:w="811"/>
          </w:tcPr>
          <w:p>
            <w:r>
              <w:t>24</w:t>
            </w:r>
          </w:p>
        </w:tc>
      </w:tr>
    </w:tbl>
    <w:p/>
    <w:p>
      <w:r>
        <w:t>Facteur/Factor: 3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</w:tblGrid>
      <w:tr>
        <w:tc>
          <w:tcPr>
            <w:tcW w:type="dxa" w:w="811"/>
          </w:tcPr>
          <w:p>
            <w:r>
              <w:t>0</w:t>
            </w:r>
          </w:p>
        </w:tc>
        <w:tc>
          <w:tcPr>
            <w:tcW w:type="dxa" w:w="811"/>
          </w:tcPr>
          <w:p>
            <w:r>
              <w:t>3</w:t>
            </w:r>
          </w:p>
        </w:tc>
        <w:tc>
          <w:tcPr>
            <w:tcW w:type="dxa" w:w="811"/>
          </w:tcPr>
          <w:p>
            <w:r>
              <w:t>6</w:t>
            </w:r>
          </w:p>
        </w:tc>
        <w:tc>
          <w:tcPr>
            <w:tcW w:type="dxa" w:w="811"/>
          </w:tcPr>
          <w:p>
            <w:r>
              <w:t>9</w:t>
            </w:r>
          </w:p>
        </w:tc>
        <w:tc>
          <w:tcPr>
            <w:tcW w:type="dxa" w:w="811"/>
          </w:tcPr>
          <w:p>
            <w:r>
              <w:t>12</w:t>
            </w:r>
          </w:p>
        </w:tc>
        <w:tc>
          <w:tcPr>
            <w:tcW w:type="dxa" w:w="811"/>
          </w:tcPr>
          <w:p>
            <w:r>
              <w:t>15</w:t>
            </w:r>
          </w:p>
        </w:tc>
        <w:tc>
          <w:tcPr>
            <w:tcW w:type="dxa" w:w="811"/>
          </w:tcPr>
          <w:p>
            <w:r>
              <w:t>18</w:t>
            </w:r>
          </w:p>
        </w:tc>
        <w:tc>
          <w:tcPr>
            <w:tcW w:type="dxa" w:w="811"/>
          </w:tcPr>
          <w:p>
            <w:r>
              <w:t>21</w:t>
            </w:r>
          </w:p>
        </w:tc>
        <w:tc>
          <w:tcPr>
            <w:tcW w:type="dxa" w:w="811"/>
          </w:tcPr>
          <w:p>
            <w:r>
              <w:t>24</w:t>
            </w:r>
          </w:p>
        </w:tc>
        <w:tc>
          <w:tcPr>
            <w:tcW w:type="dxa" w:w="811"/>
          </w:tcPr>
          <w:p>
            <w:r>
              <w:t>27</w:t>
            </w:r>
          </w:p>
        </w:tc>
        <w:tc>
          <w:tcPr>
            <w:tcW w:type="dxa" w:w="811"/>
          </w:tcPr>
          <w:p>
            <w:r>
              <w:t>30</w:t>
            </w:r>
          </w:p>
        </w:tc>
        <w:tc>
          <w:tcPr>
            <w:tcW w:type="dxa" w:w="811"/>
          </w:tcPr>
          <w:p>
            <w:r>
              <w:t>33</w:t>
            </w:r>
          </w:p>
        </w:tc>
        <w:tc>
          <w:tcPr>
            <w:tcW w:type="dxa" w:w="811"/>
          </w:tcPr>
          <w:p>
            <w:r>
              <w:t>36</w:t>
            </w:r>
          </w:p>
        </w:tc>
      </w:tr>
    </w:tbl>
    <w:p/>
    <w:p>
      <w:r>
        <w:t>Facteur/Factor: 4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</w:tblGrid>
      <w:tr>
        <w:tc>
          <w:tcPr>
            <w:tcW w:type="dxa" w:w="811"/>
          </w:tcPr>
          <w:p>
            <w:r>
              <w:t>0</w:t>
            </w:r>
          </w:p>
        </w:tc>
        <w:tc>
          <w:tcPr>
            <w:tcW w:type="dxa" w:w="811"/>
          </w:tcPr>
          <w:p>
            <w:r>
              <w:t>4</w:t>
            </w:r>
          </w:p>
        </w:tc>
        <w:tc>
          <w:tcPr>
            <w:tcW w:type="dxa" w:w="811"/>
          </w:tcPr>
          <w:p>
            <w:r>
              <w:t>8</w:t>
            </w:r>
          </w:p>
        </w:tc>
        <w:tc>
          <w:tcPr>
            <w:tcW w:type="dxa" w:w="811"/>
          </w:tcPr>
          <w:p>
            <w:r>
              <w:t>12</w:t>
            </w:r>
          </w:p>
        </w:tc>
        <w:tc>
          <w:tcPr>
            <w:tcW w:type="dxa" w:w="811"/>
          </w:tcPr>
          <w:p>
            <w:r>
              <w:t>16</w:t>
            </w:r>
          </w:p>
        </w:tc>
        <w:tc>
          <w:tcPr>
            <w:tcW w:type="dxa" w:w="811"/>
          </w:tcPr>
          <w:p>
            <w:r>
              <w:t>20</w:t>
            </w:r>
          </w:p>
        </w:tc>
        <w:tc>
          <w:tcPr>
            <w:tcW w:type="dxa" w:w="811"/>
          </w:tcPr>
          <w:p>
            <w:r>
              <w:t>24</w:t>
            </w:r>
          </w:p>
        </w:tc>
        <w:tc>
          <w:tcPr>
            <w:tcW w:type="dxa" w:w="811"/>
          </w:tcPr>
          <w:p>
            <w:r>
              <w:t>28</w:t>
            </w:r>
          </w:p>
        </w:tc>
        <w:tc>
          <w:tcPr>
            <w:tcW w:type="dxa" w:w="811"/>
          </w:tcPr>
          <w:p>
            <w:r>
              <w:t>32</w:t>
            </w:r>
          </w:p>
        </w:tc>
        <w:tc>
          <w:tcPr>
            <w:tcW w:type="dxa" w:w="811"/>
          </w:tcPr>
          <w:p>
            <w:r>
              <w:t>36</w:t>
            </w:r>
          </w:p>
        </w:tc>
        <w:tc>
          <w:tcPr>
            <w:tcW w:type="dxa" w:w="811"/>
          </w:tcPr>
          <w:p>
            <w:r>
              <w:t>40</w:t>
            </w:r>
          </w:p>
        </w:tc>
        <w:tc>
          <w:tcPr>
            <w:tcW w:type="dxa" w:w="811"/>
          </w:tcPr>
          <w:p>
            <w:r>
              <w:t>44</w:t>
            </w:r>
          </w:p>
        </w:tc>
        <w:tc>
          <w:tcPr>
            <w:tcW w:type="dxa" w:w="811"/>
          </w:tcPr>
          <w:p>
            <w:r>
              <w:t>48</w:t>
            </w:r>
          </w:p>
        </w:tc>
      </w:tr>
    </w:tbl>
    <w:p/>
    <w:p>
      <w:r>
        <w:t>Facteur/Factor: 5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</w:tblGrid>
      <w:tr>
        <w:tc>
          <w:tcPr>
            <w:tcW w:type="dxa" w:w="811"/>
          </w:tcPr>
          <w:p>
            <w:r>
              <w:t>0</w:t>
            </w:r>
          </w:p>
        </w:tc>
        <w:tc>
          <w:tcPr>
            <w:tcW w:type="dxa" w:w="811"/>
          </w:tcPr>
          <w:p>
            <w:r>
              <w:t>5</w:t>
            </w:r>
          </w:p>
        </w:tc>
        <w:tc>
          <w:tcPr>
            <w:tcW w:type="dxa" w:w="811"/>
          </w:tcPr>
          <w:p>
            <w:r>
              <w:t>10</w:t>
            </w:r>
          </w:p>
        </w:tc>
        <w:tc>
          <w:tcPr>
            <w:tcW w:type="dxa" w:w="811"/>
          </w:tcPr>
          <w:p>
            <w:r>
              <w:t>15</w:t>
            </w:r>
          </w:p>
        </w:tc>
        <w:tc>
          <w:tcPr>
            <w:tcW w:type="dxa" w:w="811"/>
          </w:tcPr>
          <w:p>
            <w:r>
              <w:t>20</w:t>
            </w:r>
          </w:p>
        </w:tc>
        <w:tc>
          <w:tcPr>
            <w:tcW w:type="dxa" w:w="811"/>
          </w:tcPr>
          <w:p>
            <w:r>
              <w:t>25</w:t>
            </w:r>
          </w:p>
        </w:tc>
        <w:tc>
          <w:tcPr>
            <w:tcW w:type="dxa" w:w="811"/>
          </w:tcPr>
          <w:p>
            <w:r>
              <w:t>30</w:t>
            </w:r>
          </w:p>
        </w:tc>
        <w:tc>
          <w:tcPr>
            <w:tcW w:type="dxa" w:w="811"/>
          </w:tcPr>
          <w:p>
            <w:r>
              <w:t>35</w:t>
            </w:r>
          </w:p>
        </w:tc>
        <w:tc>
          <w:tcPr>
            <w:tcW w:type="dxa" w:w="811"/>
          </w:tcPr>
          <w:p>
            <w:r>
              <w:t>40</w:t>
            </w:r>
          </w:p>
        </w:tc>
        <w:tc>
          <w:tcPr>
            <w:tcW w:type="dxa" w:w="811"/>
          </w:tcPr>
          <w:p>
            <w:r>
              <w:t>45</w:t>
            </w:r>
          </w:p>
        </w:tc>
        <w:tc>
          <w:tcPr>
            <w:tcW w:type="dxa" w:w="811"/>
          </w:tcPr>
          <w:p>
            <w:r>
              <w:t>50</w:t>
            </w:r>
          </w:p>
        </w:tc>
        <w:tc>
          <w:tcPr>
            <w:tcW w:type="dxa" w:w="811"/>
          </w:tcPr>
          <w:p>
            <w:r>
              <w:t>55</w:t>
            </w:r>
          </w:p>
        </w:tc>
        <w:tc>
          <w:tcPr>
            <w:tcW w:type="dxa" w:w="811"/>
          </w:tcPr>
          <w:p>
            <w:r>
              <w:t>60</w:t>
            </w:r>
          </w:p>
        </w:tc>
      </w:tr>
    </w:tbl>
    <w:p/>
    <w:p>
      <w:r>
        <w:t>Facteur/Factor: 6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</w:tblGrid>
      <w:tr>
        <w:tc>
          <w:tcPr>
            <w:tcW w:type="dxa" w:w="811"/>
          </w:tcPr>
          <w:p>
            <w:r>
              <w:t>0</w:t>
            </w:r>
          </w:p>
        </w:tc>
        <w:tc>
          <w:tcPr>
            <w:tcW w:type="dxa" w:w="811"/>
          </w:tcPr>
          <w:p>
            <w:r>
              <w:t>6</w:t>
            </w:r>
          </w:p>
        </w:tc>
        <w:tc>
          <w:tcPr>
            <w:tcW w:type="dxa" w:w="811"/>
          </w:tcPr>
          <w:p>
            <w:r>
              <w:t>12</w:t>
            </w:r>
          </w:p>
        </w:tc>
        <w:tc>
          <w:tcPr>
            <w:tcW w:type="dxa" w:w="811"/>
          </w:tcPr>
          <w:p>
            <w:r>
              <w:t>18</w:t>
            </w:r>
          </w:p>
        </w:tc>
        <w:tc>
          <w:tcPr>
            <w:tcW w:type="dxa" w:w="811"/>
          </w:tcPr>
          <w:p>
            <w:r>
              <w:t>24</w:t>
            </w:r>
          </w:p>
        </w:tc>
        <w:tc>
          <w:tcPr>
            <w:tcW w:type="dxa" w:w="811"/>
          </w:tcPr>
          <w:p>
            <w:r>
              <w:t>30</w:t>
            </w:r>
          </w:p>
        </w:tc>
        <w:tc>
          <w:tcPr>
            <w:tcW w:type="dxa" w:w="811"/>
          </w:tcPr>
          <w:p>
            <w:r>
              <w:t>36</w:t>
            </w:r>
          </w:p>
        </w:tc>
        <w:tc>
          <w:tcPr>
            <w:tcW w:type="dxa" w:w="811"/>
          </w:tcPr>
          <w:p>
            <w:r>
              <w:t>42</w:t>
            </w:r>
          </w:p>
        </w:tc>
        <w:tc>
          <w:tcPr>
            <w:tcW w:type="dxa" w:w="811"/>
          </w:tcPr>
          <w:p>
            <w:r>
              <w:t>48</w:t>
            </w:r>
          </w:p>
        </w:tc>
        <w:tc>
          <w:tcPr>
            <w:tcW w:type="dxa" w:w="811"/>
          </w:tcPr>
          <w:p>
            <w:r>
              <w:t>54</w:t>
            </w:r>
          </w:p>
        </w:tc>
        <w:tc>
          <w:tcPr>
            <w:tcW w:type="dxa" w:w="811"/>
          </w:tcPr>
          <w:p>
            <w:r>
              <w:t>60</w:t>
            </w:r>
          </w:p>
        </w:tc>
        <w:tc>
          <w:tcPr>
            <w:tcW w:type="dxa" w:w="811"/>
          </w:tcPr>
          <w:p>
            <w:r>
              <w:t>66</w:t>
            </w:r>
          </w:p>
        </w:tc>
        <w:tc>
          <w:tcPr>
            <w:tcW w:type="dxa" w:w="811"/>
          </w:tcPr>
          <w:p>
            <w:r>
              <w:t>72</w:t>
            </w:r>
          </w:p>
        </w:tc>
      </w:tr>
    </w:tbl>
    <w:p/>
    <w:p>
      <w:r>
        <w:t>Facteur/Factor: 7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</w:tblGrid>
      <w:tr>
        <w:tc>
          <w:tcPr>
            <w:tcW w:type="dxa" w:w="811"/>
          </w:tcPr>
          <w:p>
            <w:r>
              <w:t>0</w:t>
            </w:r>
          </w:p>
        </w:tc>
        <w:tc>
          <w:tcPr>
            <w:tcW w:type="dxa" w:w="811"/>
          </w:tcPr>
          <w:p>
            <w:r>
              <w:t>7</w:t>
            </w:r>
          </w:p>
        </w:tc>
        <w:tc>
          <w:tcPr>
            <w:tcW w:type="dxa" w:w="811"/>
          </w:tcPr>
          <w:p>
            <w:r>
              <w:t>14</w:t>
            </w:r>
          </w:p>
        </w:tc>
        <w:tc>
          <w:tcPr>
            <w:tcW w:type="dxa" w:w="811"/>
          </w:tcPr>
          <w:p>
            <w:r>
              <w:t>21</w:t>
            </w:r>
          </w:p>
        </w:tc>
        <w:tc>
          <w:tcPr>
            <w:tcW w:type="dxa" w:w="811"/>
          </w:tcPr>
          <w:p>
            <w:r>
              <w:t>28</w:t>
            </w:r>
          </w:p>
        </w:tc>
        <w:tc>
          <w:tcPr>
            <w:tcW w:type="dxa" w:w="811"/>
          </w:tcPr>
          <w:p>
            <w:r>
              <w:t>35</w:t>
            </w:r>
          </w:p>
        </w:tc>
        <w:tc>
          <w:tcPr>
            <w:tcW w:type="dxa" w:w="811"/>
          </w:tcPr>
          <w:p>
            <w:r>
              <w:t>42</w:t>
            </w:r>
          </w:p>
        </w:tc>
        <w:tc>
          <w:tcPr>
            <w:tcW w:type="dxa" w:w="811"/>
          </w:tcPr>
          <w:p>
            <w:r>
              <w:t>49</w:t>
            </w:r>
          </w:p>
        </w:tc>
        <w:tc>
          <w:tcPr>
            <w:tcW w:type="dxa" w:w="811"/>
          </w:tcPr>
          <w:p>
            <w:r>
              <w:t>56</w:t>
            </w:r>
          </w:p>
        </w:tc>
        <w:tc>
          <w:tcPr>
            <w:tcW w:type="dxa" w:w="811"/>
          </w:tcPr>
          <w:p>
            <w:r>
              <w:t>63</w:t>
            </w:r>
          </w:p>
        </w:tc>
        <w:tc>
          <w:tcPr>
            <w:tcW w:type="dxa" w:w="811"/>
          </w:tcPr>
          <w:p>
            <w:r>
              <w:t>70</w:t>
            </w:r>
          </w:p>
        </w:tc>
        <w:tc>
          <w:tcPr>
            <w:tcW w:type="dxa" w:w="811"/>
          </w:tcPr>
          <w:p>
            <w:r>
              <w:t>77</w:t>
            </w:r>
          </w:p>
        </w:tc>
        <w:tc>
          <w:tcPr>
            <w:tcW w:type="dxa" w:w="811"/>
          </w:tcPr>
          <w:p>
            <w:r>
              <w:t>84</w:t>
            </w:r>
          </w:p>
        </w:tc>
      </w:tr>
    </w:tbl>
    <w:p/>
    <w:p>
      <w:r>
        <w:t>Facteur/Factor: 8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</w:tblGrid>
      <w:tr>
        <w:tc>
          <w:tcPr>
            <w:tcW w:type="dxa" w:w="811"/>
          </w:tcPr>
          <w:p>
            <w:r>
              <w:t>0</w:t>
            </w:r>
          </w:p>
        </w:tc>
        <w:tc>
          <w:tcPr>
            <w:tcW w:type="dxa" w:w="811"/>
          </w:tcPr>
          <w:p>
            <w:r>
              <w:t>8</w:t>
            </w:r>
          </w:p>
        </w:tc>
        <w:tc>
          <w:tcPr>
            <w:tcW w:type="dxa" w:w="811"/>
          </w:tcPr>
          <w:p>
            <w:r>
              <w:t>16</w:t>
            </w:r>
          </w:p>
        </w:tc>
        <w:tc>
          <w:tcPr>
            <w:tcW w:type="dxa" w:w="811"/>
          </w:tcPr>
          <w:p>
            <w:r>
              <w:t>24</w:t>
            </w:r>
          </w:p>
        </w:tc>
        <w:tc>
          <w:tcPr>
            <w:tcW w:type="dxa" w:w="811"/>
          </w:tcPr>
          <w:p>
            <w:r>
              <w:t>32</w:t>
            </w:r>
          </w:p>
        </w:tc>
        <w:tc>
          <w:tcPr>
            <w:tcW w:type="dxa" w:w="811"/>
          </w:tcPr>
          <w:p>
            <w:r>
              <w:t>40</w:t>
            </w:r>
          </w:p>
        </w:tc>
        <w:tc>
          <w:tcPr>
            <w:tcW w:type="dxa" w:w="811"/>
          </w:tcPr>
          <w:p>
            <w:r>
              <w:t>48</w:t>
            </w:r>
          </w:p>
        </w:tc>
        <w:tc>
          <w:tcPr>
            <w:tcW w:type="dxa" w:w="811"/>
          </w:tcPr>
          <w:p>
            <w:r>
              <w:t>56</w:t>
            </w:r>
          </w:p>
        </w:tc>
        <w:tc>
          <w:tcPr>
            <w:tcW w:type="dxa" w:w="811"/>
          </w:tcPr>
          <w:p>
            <w:r>
              <w:t>64</w:t>
            </w:r>
          </w:p>
        </w:tc>
        <w:tc>
          <w:tcPr>
            <w:tcW w:type="dxa" w:w="811"/>
          </w:tcPr>
          <w:p>
            <w:r>
              <w:t>72</w:t>
            </w:r>
          </w:p>
        </w:tc>
        <w:tc>
          <w:tcPr>
            <w:tcW w:type="dxa" w:w="811"/>
          </w:tcPr>
          <w:p>
            <w:r>
              <w:t>80</w:t>
            </w:r>
          </w:p>
        </w:tc>
        <w:tc>
          <w:tcPr>
            <w:tcW w:type="dxa" w:w="811"/>
          </w:tcPr>
          <w:p>
            <w:r>
              <w:t>88</w:t>
            </w:r>
          </w:p>
        </w:tc>
        <w:tc>
          <w:tcPr>
            <w:tcW w:type="dxa" w:w="811"/>
          </w:tcPr>
          <w:p>
            <w:r>
              <w:t>96</w:t>
            </w:r>
          </w:p>
        </w:tc>
      </w:tr>
    </w:tbl>
    <w:p/>
    <w:p>
      <w:r>
        <w:t>Facteur/Factor: 9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</w:tblGrid>
      <w:tr>
        <w:tc>
          <w:tcPr>
            <w:tcW w:type="dxa" w:w="811"/>
          </w:tcPr>
          <w:p>
            <w:r>
              <w:t>0</w:t>
            </w:r>
          </w:p>
        </w:tc>
        <w:tc>
          <w:tcPr>
            <w:tcW w:type="dxa" w:w="811"/>
          </w:tcPr>
          <w:p>
            <w:r>
              <w:t>9</w:t>
            </w:r>
          </w:p>
        </w:tc>
        <w:tc>
          <w:tcPr>
            <w:tcW w:type="dxa" w:w="811"/>
          </w:tcPr>
          <w:p>
            <w:r>
              <w:t>18</w:t>
            </w:r>
          </w:p>
        </w:tc>
        <w:tc>
          <w:tcPr>
            <w:tcW w:type="dxa" w:w="811"/>
          </w:tcPr>
          <w:p>
            <w:r>
              <w:t>27</w:t>
            </w:r>
          </w:p>
        </w:tc>
        <w:tc>
          <w:tcPr>
            <w:tcW w:type="dxa" w:w="811"/>
          </w:tcPr>
          <w:p>
            <w:r>
              <w:t>36</w:t>
            </w:r>
          </w:p>
        </w:tc>
        <w:tc>
          <w:tcPr>
            <w:tcW w:type="dxa" w:w="811"/>
          </w:tcPr>
          <w:p>
            <w:r>
              <w:t>45</w:t>
            </w:r>
          </w:p>
        </w:tc>
        <w:tc>
          <w:tcPr>
            <w:tcW w:type="dxa" w:w="811"/>
          </w:tcPr>
          <w:p>
            <w:r>
              <w:t>54</w:t>
            </w:r>
          </w:p>
        </w:tc>
        <w:tc>
          <w:tcPr>
            <w:tcW w:type="dxa" w:w="811"/>
          </w:tcPr>
          <w:p>
            <w:r>
              <w:t>63</w:t>
            </w:r>
          </w:p>
        </w:tc>
        <w:tc>
          <w:tcPr>
            <w:tcW w:type="dxa" w:w="811"/>
          </w:tcPr>
          <w:p>
            <w:r>
              <w:t>72</w:t>
            </w:r>
          </w:p>
        </w:tc>
        <w:tc>
          <w:tcPr>
            <w:tcW w:type="dxa" w:w="811"/>
          </w:tcPr>
          <w:p>
            <w:r>
              <w:t>81</w:t>
            </w:r>
          </w:p>
        </w:tc>
        <w:tc>
          <w:tcPr>
            <w:tcW w:type="dxa" w:w="811"/>
          </w:tcPr>
          <w:p>
            <w:r>
              <w:t>90</w:t>
            </w:r>
          </w:p>
        </w:tc>
        <w:tc>
          <w:tcPr>
            <w:tcW w:type="dxa" w:w="811"/>
          </w:tcPr>
          <w:p>
            <w:r>
              <w:t>99</w:t>
            </w:r>
          </w:p>
        </w:tc>
        <w:tc>
          <w:tcPr>
            <w:tcW w:type="dxa" w:w="811"/>
          </w:tcPr>
          <w:p>
            <w:r>
              <w:t>108</w:t>
            </w:r>
          </w:p>
        </w:tc>
      </w:tr>
    </w:tbl>
    <w:p/>
    <w:p>
      <w:r>
        <w:t>Facteur/Factor: 10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</w:tblGrid>
      <w:tr>
        <w:tc>
          <w:tcPr>
            <w:tcW w:type="dxa" w:w="811"/>
          </w:tcPr>
          <w:p>
            <w:r>
              <w:t>0</w:t>
            </w:r>
          </w:p>
        </w:tc>
        <w:tc>
          <w:tcPr>
            <w:tcW w:type="dxa" w:w="811"/>
          </w:tcPr>
          <w:p>
            <w:r>
              <w:t>10</w:t>
            </w:r>
          </w:p>
        </w:tc>
        <w:tc>
          <w:tcPr>
            <w:tcW w:type="dxa" w:w="811"/>
          </w:tcPr>
          <w:p>
            <w:r>
              <w:t>20</w:t>
            </w:r>
          </w:p>
        </w:tc>
        <w:tc>
          <w:tcPr>
            <w:tcW w:type="dxa" w:w="811"/>
          </w:tcPr>
          <w:p>
            <w:r>
              <w:t>30</w:t>
            </w:r>
          </w:p>
        </w:tc>
        <w:tc>
          <w:tcPr>
            <w:tcW w:type="dxa" w:w="811"/>
          </w:tcPr>
          <w:p>
            <w:r>
              <w:t>40</w:t>
            </w:r>
          </w:p>
        </w:tc>
        <w:tc>
          <w:tcPr>
            <w:tcW w:type="dxa" w:w="811"/>
          </w:tcPr>
          <w:p>
            <w:r>
              <w:t>50</w:t>
            </w:r>
          </w:p>
        </w:tc>
        <w:tc>
          <w:tcPr>
            <w:tcW w:type="dxa" w:w="811"/>
          </w:tcPr>
          <w:p>
            <w:r>
              <w:t>60</w:t>
            </w:r>
          </w:p>
        </w:tc>
        <w:tc>
          <w:tcPr>
            <w:tcW w:type="dxa" w:w="811"/>
          </w:tcPr>
          <w:p>
            <w:r>
              <w:t>70</w:t>
            </w:r>
          </w:p>
        </w:tc>
        <w:tc>
          <w:tcPr>
            <w:tcW w:type="dxa" w:w="811"/>
          </w:tcPr>
          <w:p>
            <w:r>
              <w:t>80</w:t>
            </w:r>
          </w:p>
        </w:tc>
        <w:tc>
          <w:tcPr>
            <w:tcW w:type="dxa" w:w="811"/>
          </w:tcPr>
          <w:p>
            <w:r>
              <w:t>90</w:t>
            </w:r>
          </w:p>
        </w:tc>
        <w:tc>
          <w:tcPr>
            <w:tcW w:type="dxa" w:w="811"/>
          </w:tcPr>
          <w:p>
            <w:r>
              <w:t>100</w:t>
            </w:r>
          </w:p>
        </w:tc>
        <w:tc>
          <w:tcPr>
            <w:tcW w:type="dxa" w:w="811"/>
          </w:tcPr>
          <w:p>
            <w:r>
              <w:t>110</w:t>
            </w:r>
          </w:p>
        </w:tc>
        <w:tc>
          <w:tcPr>
            <w:tcW w:type="dxa" w:w="811"/>
          </w:tcPr>
          <w:p>
            <w:r>
              <w:t>120</w:t>
            </w:r>
          </w:p>
        </w:tc>
      </w:tr>
    </w:tbl>
    <w:p/>
    <w:p>
      <w:r>
        <w:t>Facteur/Factor: 11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</w:tblGrid>
      <w:tr>
        <w:tc>
          <w:tcPr>
            <w:tcW w:type="dxa" w:w="811"/>
          </w:tcPr>
          <w:p>
            <w:r>
              <w:t>0</w:t>
            </w:r>
          </w:p>
        </w:tc>
        <w:tc>
          <w:tcPr>
            <w:tcW w:type="dxa" w:w="811"/>
          </w:tcPr>
          <w:p>
            <w:r>
              <w:t>11</w:t>
            </w:r>
          </w:p>
        </w:tc>
        <w:tc>
          <w:tcPr>
            <w:tcW w:type="dxa" w:w="811"/>
          </w:tcPr>
          <w:p>
            <w:r>
              <w:t>22</w:t>
            </w:r>
          </w:p>
        </w:tc>
        <w:tc>
          <w:tcPr>
            <w:tcW w:type="dxa" w:w="811"/>
          </w:tcPr>
          <w:p>
            <w:r>
              <w:t>33</w:t>
            </w:r>
          </w:p>
        </w:tc>
        <w:tc>
          <w:tcPr>
            <w:tcW w:type="dxa" w:w="811"/>
          </w:tcPr>
          <w:p>
            <w:r>
              <w:t>44</w:t>
            </w:r>
          </w:p>
        </w:tc>
        <w:tc>
          <w:tcPr>
            <w:tcW w:type="dxa" w:w="811"/>
          </w:tcPr>
          <w:p>
            <w:r>
              <w:t>55</w:t>
            </w:r>
          </w:p>
        </w:tc>
        <w:tc>
          <w:tcPr>
            <w:tcW w:type="dxa" w:w="811"/>
          </w:tcPr>
          <w:p>
            <w:r>
              <w:t>66</w:t>
            </w:r>
          </w:p>
        </w:tc>
        <w:tc>
          <w:tcPr>
            <w:tcW w:type="dxa" w:w="811"/>
          </w:tcPr>
          <w:p>
            <w:r>
              <w:t>77</w:t>
            </w:r>
          </w:p>
        </w:tc>
        <w:tc>
          <w:tcPr>
            <w:tcW w:type="dxa" w:w="811"/>
          </w:tcPr>
          <w:p>
            <w:r>
              <w:t>88</w:t>
            </w:r>
          </w:p>
        </w:tc>
        <w:tc>
          <w:tcPr>
            <w:tcW w:type="dxa" w:w="811"/>
          </w:tcPr>
          <w:p>
            <w:r>
              <w:t>99</w:t>
            </w:r>
          </w:p>
        </w:tc>
        <w:tc>
          <w:tcPr>
            <w:tcW w:type="dxa" w:w="811"/>
          </w:tcPr>
          <w:p>
            <w:r>
              <w:t>110</w:t>
            </w:r>
          </w:p>
        </w:tc>
        <w:tc>
          <w:tcPr>
            <w:tcW w:type="dxa" w:w="811"/>
          </w:tcPr>
          <w:p>
            <w:r>
              <w:t>121</w:t>
            </w:r>
          </w:p>
        </w:tc>
        <w:tc>
          <w:tcPr>
            <w:tcW w:type="dxa" w:w="811"/>
          </w:tcPr>
          <w:p>
            <w:r>
              <w:t>132</w:t>
            </w:r>
          </w:p>
        </w:tc>
      </w:tr>
    </w:tbl>
    <w:p/>
    <w:p>
      <w:r>
        <w:t>Facteur/Factor: 12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</w:tblGrid>
      <w:tr>
        <w:tc>
          <w:tcPr>
            <w:tcW w:type="dxa" w:w="811"/>
          </w:tcPr>
          <w:p>
            <w:r>
              <w:t>0</w:t>
            </w:r>
          </w:p>
        </w:tc>
        <w:tc>
          <w:tcPr>
            <w:tcW w:type="dxa" w:w="811"/>
          </w:tcPr>
          <w:p>
            <w:r>
              <w:t>12</w:t>
            </w:r>
          </w:p>
        </w:tc>
        <w:tc>
          <w:tcPr>
            <w:tcW w:type="dxa" w:w="811"/>
          </w:tcPr>
          <w:p>
            <w:r>
              <w:t>24</w:t>
            </w:r>
          </w:p>
        </w:tc>
        <w:tc>
          <w:tcPr>
            <w:tcW w:type="dxa" w:w="811"/>
          </w:tcPr>
          <w:p>
            <w:r>
              <w:t>36</w:t>
            </w:r>
          </w:p>
        </w:tc>
        <w:tc>
          <w:tcPr>
            <w:tcW w:type="dxa" w:w="811"/>
          </w:tcPr>
          <w:p>
            <w:r>
              <w:t>48</w:t>
            </w:r>
          </w:p>
        </w:tc>
        <w:tc>
          <w:tcPr>
            <w:tcW w:type="dxa" w:w="811"/>
          </w:tcPr>
          <w:p>
            <w:r>
              <w:t>60</w:t>
            </w:r>
          </w:p>
        </w:tc>
        <w:tc>
          <w:tcPr>
            <w:tcW w:type="dxa" w:w="811"/>
          </w:tcPr>
          <w:p>
            <w:r>
              <w:t>72</w:t>
            </w:r>
          </w:p>
        </w:tc>
        <w:tc>
          <w:tcPr>
            <w:tcW w:type="dxa" w:w="811"/>
          </w:tcPr>
          <w:p>
            <w:r>
              <w:t>84</w:t>
            </w:r>
          </w:p>
        </w:tc>
        <w:tc>
          <w:tcPr>
            <w:tcW w:type="dxa" w:w="811"/>
          </w:tcPr>
          <w:p>
            <w:r>
              <w:t>96</w:t>
            </w:r>
          </w:p>
        </w:tc>
        <w:tc>
          <w:tcPr>
            <w:tcW w:type="dxa" w:w="811"/>
          </w:tcPr>
          <w:p>
            <w:r>
              <w:t>108</w:t>
            </w:r>
          </w:p>
        </w:tc>
        <w:tc>
          <w:tcPr>
            <w:tcW w:type="dxa" w:w="811"/>
          </w:tcPr>
          <w:p>
            <w:r>
              <w:t>120</w:t>
            </w:r>
          </w:p>
        </w:tc>
        <w:tc>
          <w:tcPr>
            <w:tcW w:type="dxa" w:w="811"/>
          </w:tcPr>
          <w:p>
            <w:r>
              <w:t>132</w:t>
            </w:r>
          </w:p>
        </w:tc>
        <w:tc>
          <w:tcPr>
            <w:tcW w:type="dxa" w:w="811"/>
          </w:tcPr>
          <w:p>
            <w:r>
              <w:t>144</w:t>
            </w:r>
          </w:p>
        </w:tc>
      </w:tr>
    </w:tbl>
    <w:p/>
    <w:sectPr w:rsidR="00FC693F" w:rsidRPr="0006063C" w:rsidSect="00034616">
      <w:footerReference w:type="default" r:id="rId9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46464"/>
        <w:sz w:val="18"/>
      </w:rPr>
      <w:t>lecoursgratuit.com – Pack gamifié FR/EN (Canada)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/>
      <w:b/>
      <w:bCs/>
      <w:color w:val="365F91" w:themeColor="accent1" w:themeShade="BF"/>
      <w:sz w:val="40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libri" w:hAnsi="Calibri"/>
      <w:b/>
      <w:bCs/>
      <w:color w:val="4F81BD" w:themeColor="accent1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Calibri" w:hAnsi="Calibri"/>
      <w:b/>
      <w:bCs/>
      <w:color w:val="4F81BD" w:themeColor="accent1"/>
      <w:sz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