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Fractions équivalentes</w:t>
      </w:r>
    </w:p>
    <w:p>
      <w:pPr>
        <w:jc w:val="center"/>
      </w:pPr>
      <w:r>
        <w:t>Complète pour obtenir des fractions équivalentes.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</w:tcPr>
          <w:p>
            <w:r>
              <w:t>9/5 = __/25   et   9/5 = 45/__</w:t>
            </w:r>
          </w:p>
        </w:tc>
      </w:tr>
      <w:tr>
        <w:tc>
          <w:tcPr>
            <w:tcW w:type="dxa" w:w="10540"/>
          </w:tcPr>
          <w:p>
            <w:r>
              <w:t>3/5 = __/45   et   3/5 = 27/__</w:t>
            </w:r>
          </w:p>
        </w:tc>
      </w:tr>
      <w:tr>
        <w:tc>
          <w:tcPr>
            <w:tcW w:type="dxa" w:w="10540"/>
          </w:tcPr>
          <w:p>
            <w:r>
              <w:t>3/3 = __/15   et   3/3 = 15/__</w:t>
            </w:r>
          </w:p>
        </w:tc>
      </w:tr>
      <w:tr>
        <w:tc>
          <w:tcPr>
            <w:tcW w:type="dxa" w:w="10540"/>
          </w:tcPr>
          <w:p>
            <w:r>
              <w:t>3/4 = __/36   et   3/4 = 27/__</w:t>
            </w:r>
          </w:p>
        </w:tc>
      </w:tr>
      <w:tr>
        <w:tc>
          <w:tcPr>
            <w:tcW w:type="dxa" w:w="10540"/>
          </w:tcPr>
          <w:p>
            <w:r>
              <w:t>9/5 = __/35   et   9/5 = 63/__</w:t>
            </w:r>
          </w:p>
        </w:tc>
      </w:tr>
      <w:tr>
        <w:tc>
          <w:tcPr>
            <w:tcW w:type="dxa" w:w="10540"/>
          </w:tcPr>
          <w:p>
            <w:r>
              <w:t>5/8 = __/72   et   5/8 = 45/__</w:t>
            </w:r>
          </w:p>
        </w:tc>
      </w:tr>
      <w:tr>
        <w:tc>
          <w:tcPr>
            <w:tcW w:type="dxa" w:w="10540"/>
          </w:tcPr>
          <w:p>
            <w:r>
              <w:t>9/2 = __/18   et   9/2 = 81/__</w:t>
            </w:r>
          </w:p>
        </w:tc>
      </w:tr>
      <w:tr>
        <w:tc>
          <w:tcPr>
            <w:tcW w:type="dxa" w:w="10540"/>
          </w:tcPr>
          <w:p>
            <w:r>
              <w:t>3/7 = __/14   et   3/7 = 6/__</w:t>
            </w:r>
          </w:p>
        </w:tc>
      </w:tr>
      <w:tr>
        <w:tc>
          <w:tcPr>
            <w:tcW w:type="dxa" w:w="10540"/>
          </w:tcPr>
          <w:p>
            <w:r>
              <w:t>1/7 = __/28   et   1/7 = 4/__</w:t>
            </w:r>
          </w:p>
        </w:tc>
      </w:tr>
      <w:tr>
        <w:tc>
          <w:tcPr>
            <w:tcW w:type="dxa" w:w="10540"/>
          </w:tcPr>
          <w:p>
            <w:r>
              <w:t>5/4 = __/20   et   5/4 = 25/__</w:t>
            </w:r>
          </w:p>
        </w:tc>
      </w:tr>
      <w:tr>
        <w:tc>
          <w:tcPr>
            <w:tcW w:type="dxa" w:w="10540"/>
          </w:tcPr>
          <w:p>
            <w:r>
              <w:t>8/4 = __/12   et   8/4 = 24/__</w:t>
            </w:r>
          </w:p>
        </w:tc>
      </w:tr>
      <w:tr>
        <w:tc>
          <w:tcPr>
            <w:tcW w:type="dxa" w:w="10540"/>
          </w:tcPr>
          <w:p>
            <w:r>
              <w:t>1/6 = __/36   et   1/6 = 6/__</w:t>
            </w:r>
          </w:p>
        </w:tc>
      </w:tr>
      <w:tr>
        <w:tc>
          <w:tcPr>
            <w:tcW w:type="dxa" w:w="10540"/>
          </w:tcPr>
          <w:p>
            <w:r>
              <w:t>8/5 = __/45   et   8/5 = 72/__</w:t>
            </w:r>
          </w:p>
        </w:tc>
      </w:tr>
      <w:tr>
        <w:tc>
          <w:tcPr>
            <w:tcW w:type="dxa" w:w="10540"/>
          </w:tcPr>
          <w:p>
            <w:r>
              <w:t>3/2 = __/6   et   3/2 = 9/__</w:t>
            </w:r>
          </w:p>
        </w:tc>
      </w:tr>
      <w:tr>
        <w:tc>
          <w:tcPr>
            <w:tcW w:type="dxa" w:w="10540"/>
          </w:tcPr>
          <w:p>
            <w:r>
              <w:t>9/10 = __/40   et   9/10 = 36/__</w:t>
            </w:r>
          </w:p>
        </w:tc>
      </w:tr>
      <w:tr>
        <w:tc>
          <w:tcPr>
            <w:tcW w:type="dxa" w:w="10540"/>
          </w:tcPr>
          <w:p>
            <w:r>
              <w:t>9/6 = __/42   et   9/6 = 63/__</w:t>
            </w:r>
          </w:p>
        </w:tc>
      </w:tr>
      <w:tr>
        <w:tc>
          <w:tcPr>
            <w:tcW w:type="dxa" w:w="10540"/>
          </w:tcPr>
          <w:p>
            <w:r>
              <w:t>9/6 = __/48   et   9/6 = 72/__</w:t>
            </w:r>
          </w:p>
        </w:tc>
      </w:tr>
      <w:tr>
        <w:tc>
          <w:tcPr>
            <w:tcW w:type="dxa" w:w="10540"/>
          </w:tcPr>
          <w:p>
            <w:r>
              <w:t>4/8 = __/64   et   4/8 = 32/__</w:t>
            </w:r>
          </w:p>
        </w:tc>
      </w:tr>
      <w:tr>
        <w:tc>
          <w:tcPr>
            <w:tcW w:type="dxa" w:w="10540"/>
          </w:tcPr>
          <w:p>
            <w:r>
              <w:t>1/2 = __/14   et   1/2 = 7/__</w:t>
            </w:r>
          </w:p>
        </w:tc>
      </w:tr>
      <w:tr>
        <w:tc>
          <w:tcPr>
            <w:tcW w:type="dxa" w:w="10540"/>
          </w:tcPr>
          <w:p>
            <w:r>
              <w:t>3/10 = __/40   et   3/10 = 12/__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40"/>
        </w:rPr>
        <w:t>Corrigé — Fractions équivalentes</w:t>
      </w:r>
    </w:p>
    <w:p>
      <w:r>
        <w:t>9/5 = 45/25</w:t>
      </w:r>
    </w:p>
    <w:p>
      <w:r>
        <w:t>3/5 = 27/45</w:t>
      </w:r>
    </w:p>
    <w:p>
      <w:r>
        <w:t>3/3 = 15/15</w:t>
      </w:r>
    </w:p>
    <w:p>
      <w:r>
        <w:t>3/4 = 27/36</w:t>
      </w:r>
    </w:p>
    <w:p>
      <w:r>
        <w:t>9/5 = 63/35</w:t>
      </w:r>
    </w:p>
    <w:p>
      <w:r>
        <w:t>5/8 = 45/72</w:t>
      </w:r>
    </w:p>
    <w:p>
      <w:r>
        <w:t>9/2 = 81/18</w:t>
      </w:r>
    </w:p>
    <w:p>
      <w:r>
        <w:t>3/7 = 6/14</w:t>
      </w:r>
    </w:p>
    <w:p>
      <w:r>
        <w:t>1/7 = 4/28</w:t>
      </w:r>
    </w:p>
    <w:p>
      <w:r>
        <w:t>5/4 = 25/20</w:t>
      </w:r>
    </w:p>
    <w:p>
      <w:r>
        <w:t>8/4 = 24/12</w:t>
      </w:r>
    </w:p>
    <w:p>
      <w:r>
        <w:t>1/6 = 6/36</w:t>
      </w:r>
    </w:p>
    <w:p>
      <w:r>
        <w:t>8/5 = 72/45</w:t>
      </w:r>
    </w:p>
    <w:p>
      <w:r>
        <w:t>3/2 = 9/6</w:t>
      </w:r>
    </w:p>
    <w:p>
      <w:r>
        <w:t>9/10 = 36/40</w:t>
      </w:r>
    </w:p>
    <w:p>
      <w:r>
        <w:t>9/6 = 63/42</w:t>
      </w:r>
    </w:p>
    <w:p>
      <w:r>
        <w:t>9/6 = 72/48</w:t>
      </w:r>
    </w:p>
    <w:p>
      <w:r>
        <w:t>4/8 = 32/64</w:t>
      </w:r>
    </w:p>
    <w:p>
      <w:r>
        <w:t>1/2 = 7/14</w:t>
      </w:r>
    </w:p>
    <w:p>
      <w:r>
        <w:t>3/10 = 12/40</w:t>
      </w:r>
    </w:p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>lecoursgratuit.com — Feuilles de travail mathématiques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365F91" w:themeColor="accent1" w:themeShade="BF"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