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Divisions euclidiennes</w:t>
      </w:r>
    </w:p>
    <w:p>
      <w:pPr>
        <w:jc w:val="center"/>
      </w:pPr>
      <w:r>
        <w:t>Calcule le quotient et le reste.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t>129 ÷ 5 = ______ (reste ______)</w:t>
            </w:r>
          </w:p>
        </w:tc>
        <w:tc>
          <w:tcPr>
            <w:tcW w:type="dxa" w:w="5270"/>
          </w:tcPr>
          <w:p>
            <w:r>
              <w:t>566 ÷ 12 = ______ (reste ______)</w:t>
            </w:r>
          </w:p>
        </w:tc>
      </w:tr>
      <w:tr>
        <w:tc>
          <w:tcPr>
            <w:tcW w:type="dxa" w:w="5270"/>
          </w:tcPr>
          <w:p>
            <w:r>
              <w:t>312 ÷ 11 = ______ (reste ______)</w:t>
            </w:r>
          </w:p>
        </w:tc>
        <w:tc>
          <w:tcPr>
            <w:tcW w:type="dxa" w:w="5270"/>
          </w:tcPr>
          <w:p>
            <w:r>
              <w:t>158 ÷ 4 = ______ (reste ______)</w:t>
            </w:r>
          </w:p>
        </w:tc>
      </w:tr>
      <w:tr>
        <w:tc>
          <w:tcPr>
            <w:tcW w:type="dxa" w:w="5270"/>
          </w:tcPr>
          <w:p>
            <w:r>
              <w:t>202 ÷ 3 = ______ (reste ______)</w:t>
            </w:r>
          </w:p>
        </w:tc>
        <w:tc>
          <w:tcPr>
            <w:tcW w:type="dxa" w:w="5270"/>
          </w:tcPr>
          <w:p>
            <w:r>
              <w:t>195 ÷ 9 = ______ (reste ______)</w:t>
            </w:r>
          </w:p>
        </w:tc>
      </w:tr>
      <w:tr>
        <w:tc>
          <w:tcPr>
            <w:tcW w:type="dxa" w:w="5270"/>
          </w:tcPr>
          <w:p>
            <w:r>
              <w:t>615 ÷ 12 = ______ (reste ______)</w:t>
            </w:r>
          </w:p>
        </w:tc>
        <w:tc>
          <w:tcPr>
            <w:tcW w:type="dxa" w:w="5270"/>
          </w:tcPr>
          <w:p>
            <w:r>
              <w:t>32 ÷ 3 = ______ (reste ______)</w:t>
            </w:r>
          </w:p>
        </w:tc>
      </w:tr>
      <w:tr>
        <w:tc>
          <w:tcPr>
            <w:tcW w:type="dxa" w:w="5270"/>
          </w:tcPr>
          <w:p>
            <w:r>
              <w:t>336 ÷ 7 = ______ (reste ______)</w:t>
            </w:r>
          </w:p>
        </w:tc>
        <w:tc>
          <w:tcPr>
            <w:tcW w:type="dxa" w:w="5270"/>
          </w:tcPr>
          <w:p>
            <w:r>
              <w:t>703 ÷ 12 = ______ (reste ______)</w:t>
            </w:r>
          </w:p>
        </w:tc>
      </w:tr>
      <w:tr>
        <w:tc>
          <w:tcPr>
            <w:tcW w:type="dxa" w:w="5270"/>
          </w:tcPr>
          <w:p>
            <w:r>
              <w:t>628 ÷ 10 = ______ (reste ______)</w:t>
            </w:r>
          </w:p>
        </w:tc>
        <w:tc>
          <w:tcPr>
            <w:tcW w:type="dxa" w:w="5270"/>
          </w:tcPr>
          <w:p>
            <w:r>
              <w:t>647 ÷ 10 = ______ (reste ______)</w:t>
            </w:r>
          </w:p>
        </w:tc>
      </w:tr>
      <w:tr>
        <w:tc>
          <w:tcPr>
            <w:tcW w:type="dxa" w:w="5270"/>
          </w:tcPr>
          <w:p>
            <w:r>
              <w:t>173 ÷ 4 = ______ (reste ______)</w:t>
            </w:r>
          </w:p>
        </w:tc>
        <w:tc>
          <w:tcPr>
            <w:tcW w:type="dxa" w:w="5270"/>
          </w:tcPr>
          <w:p>
            <w:r>
              <w:t>568 ÷ 10 = ______ (reste ______)</w:t>
            </w:r>
          </w:p>
        </w:tc>
      </w:tr>
      <w:tr>
        <w:tc>
          <w:tcPr>
            <w:tcW w:type="dxa" w:w="5270"/>
          </w:tcPr>
          <w:p>
            <w:r>
              <w:t>54 ÷ 4 = ______ (reste ______)</w:t>
            </w:r>
          </w:p>
        </w:tc>
        <w:tc>
          <w:tcPr>
            <w:tcW w:type="dxa" w:w="5270"/>
          </w:tcPr>
          <w:p>
            <w:r>
              <w:t>61 ÷ 5 = ______ (reste ______)</w:t>
            </w:r>
          </w:p>
        </w:tc>
      </w:tr>
      <w:tr>
        <w:tc>
          <w:tcPr>
            <w:tcW w:type="dxa" w:w="5270"/>
          </w:tcPr>
          <w:p>
            <w:r>
              <w:t>150 ÷ 4 = ______ (reste ______)</w:t>
            </w:r>
          </w:p>
        </w:tc>
        <w:tc>
          <w:tcPr>
            <w:tcW w:type="dxa" w:w="5270"/>
          </w:tcPr>
          <w:p>
            <w:r>
              <w:t>197 ÷ 7 = ______ (reste ______)</w:t>
            </w:r>
          </w:p>
        </w:tc>
      </w:tr>
      <w:tr>
        <w:tc>
          <w:tcPr>
            <w:tcW w:type="dxa" w:w="5270"/>
          </w:tcPr>
          <w:p>
            <w:r>
              <w:t>368 ÷ 8 = ______ (reste ______)</w:t>
            </w:r>
          </w:p>
        </w:tc>
        <w:tc>
          <w:tcPr>
            <w:tcW w:type="dxa" w:w="5270"/>
          </w:tcPr>
          <w:p>
            <w:r>
              <w:t>219 ÷ 9 = ______ (reste ______)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40"/>
        </w:rPr>
        <w:t>Corrigé — Divisions euclidiennes</w:t>
      </w:r>
    </w:p>
    <w:p>
      <w:r>
        <w:t>129÷5 = 25 (reste 4)</w:t>
      </w:r>
    </w:p>
    <w:p>
      <w:r>
        <w:t>566÷12 = 47 (reste 2)</w:t>
      </w:r>
    </w:p>
    <w:p>
      <w:r>
        <w:t>312÷11 = 28 (reste 4)</w:t>
      </w:r>
    </w:p>
    <w:p>
      <w:r>
        <w:t>158÷4 = 39 (reste 2)</w:t>
      </w:r>
    </w:p>
    <w:p>
      <w:r>
        <w:t>202÷3 = 67 (reste 1)</w:t>
      </w:r>
    </w:p>
    <w:p>
      <w:r>
        <w:t>195÷9 = 21 (reste 6)</w:t>
      </w:r>
    </w:p>
    <w:p>
      <w:r>
        <w:t>615÷12 = 51 (reste 3)</w:t>
      </w:r>
    </w:p>
    <w:p>
      <w:r>
        <w:t>32÷3 = 10 (reste 2)</w:t>
      </w:r>
    </w:p>
    <w:p>
      <w:r>
        <w:t>336÷7 = 48 (reste 0)</w:t>
      </w:r>
    </w:p>
    <w:p>
      <w:r>
        <w:t>703÷12 = 58 (reste 7)</w:t>
      </w:r>
    </w:p>
    <w:p>
      <w:r>
        <w:t>628÷10 = 62 (reste 8)</w:t>
      </w:r>
    </w:p>
    <w:p>
      <w:r>
        <w:t>647÷10 = 64 (reste 7)</w:t>
      </w:r>
    </w:p>
    <w:p>
      <w:r>
        <w:t>173÷4 = 43 (reste 1)</w:t>
      </w:r>
    </w:p>
    <w:p>
      <w:r>
        <w:t>568÷10 = 56 (reste 8)</w:t>
      </w:r>
    </w:p>
    <w:p>
      <w:r>
        <w:t>54÷4 = 13 (reste 2)</w:t>
      </w:r>
    </w:p>
    <w:p>
      <w:r>
        <w:t>61÷5 = 12 (reste 1)</w:t>
      </w:r>
    </w:p>
    <w:p>
      <w:r>
        <w:t>150÷4 = 37 (reste 2)</w:t>
      </w:r>
    </w:p>
    <w:p>
      <w:r>
        <w:t>197÷7 = 28 (reste 1)</w:t>
      </w:r>
    </w:p>
    <w:p>
      <w:r>
        <w:t>368÷8 = 46 (reste 0)</w:t>
      </w:r>
    </w:p>
    <w:p>
      <w:r>
        <w:t>219÷9 = 24 (reste 3)</w:t>
      </w:r>
    </w:p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lecoursgratuit.com — Feuilles de travail mathématiques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