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Multiplications (2×2 chiffres)</w:t>
      </w:r>
    </w:p>
    <w:p>
      <w:pPr>
        <w:jc w:val="center"/>
      </w:pPr>
      <w:r>
        <w:t>Calcule en posant l’opération.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>76 × 72 = ______</w:t>
            </w:r>
          </w:p>
        </w:tc>
        <w:tc>
          <w:tcPr>
            <w:tcW w:type="dxa" w:w="5270"/>
          </w:tcPr>
          <w:p>
            <w:r>
              <w:t>46 × 66 = ______</w:t>
            </w:r>
          </w:p>
        </w:tc>
      </w:tr>
      <w:tr>
        <w:tc>
          <w:tcPr>
            <w:tcW w:type="dxa" w:w="5270"/>
          </w:tcPr>
          <w:p>
            <w:r>
              <w:t>40 × 50 = ______</w:t>
            </w:r>
          </w:p>
        </w:tc>
        <w:tc>
          <w:tcPr>
            <w:tcW w:type="dxa" w:w="5270"/>
          </w:tcPr>
          <w:p>
            <w:r>
              <w:t>16 × 99 = ______</w:t>
            </w:r>
          </w:p>
        </w:tc>
      </w:tr>
      <w:tr>
        <w:tc>
          <w:tcPr>
            <w:tcW w:type="dxa" w:w="5270"/>
          </w:tcPr>
          <w:p>
            <w:r>
              <w:t>85 × 67 = ______</w:t>
            </w:r>
          </w:p>
        </w:tc>
        <w:tc>
          <w:tcPr>
            <w:tcW w:type="dxa" w:w="5270"/>
          </w:tcPr>
          <w:p>
            <w:r>
              <w:t>44 × 19 = ______</w:t>
            </w:r>
          </w:p>
        </w:tc>
      </w:tr>
      <w:tr>
        <w:tc>
          <w:tcPr>
            <w:tcW w:type="dxa" w:w="5270"/>
          </w:tcPr>
          <w:p>
            <w:r>
              <w:t>16 × 35 = ______</w:t>
            </w:r>
          </w:p>
        </w:tc>
        <w:tc>
          <w:tcPr>
            <w:tcW w:type="dxa" w:w="5270"/>
          </w:tcPr>
          <w:p>
            <w:r>
              <w:t>37 × 88 = ______</w:t>
            </w:r>
          </w:p>
        </w:tc>
      </w:tr>
      <w:tr>
        <w:tc>
          <w:tcPr>
            <w:tcW w:type="dxa" w:w="5270"/>
          </w:tcPr>
          <w:p>
            <w:r>
              <w:t>90 × 76 = ______</w:t>
            </w:r>
          </w:p>
        </w:tc>
        <w:tc>
          <w:tcPr>
            <w:tcW w:type="dxa" w:w="5270"/>
          </w:tcPr>
          <w:p>
            <w:r>
              <w:t>22 × 20 = ______</w:t>
            </w:r>
          </w:p>
        </w:tc>
      </w:tr>
      <w:tr>
        <w:tc>
          <w:tcPr>
            <w:tcW w:type="dxa" w:w="5270"/>
          </w:tcPr>
          <w:p>
            <w:r>
              <w:t>62 × 39 = ______</w:t>
            </w:r>
          </w:p>
        </w:tc>
        <w:tc>
          <w:tcPr>
            <w:tcW w:type="dxa" w:w="5270"/>
          </w:tcPr>
          <w:p>
            <w:r>
              <w:t>60 × 45 = ______</w:t>
            </w:r>
          </w:p>
        </w:tc>
      </w:tr>
      <w:tr>
        <w:tc>
          <w:tcPr>
            <w:tcW w:type="dxa" w:w="5270"/>
          </w:tcPr>
          <w:p>
            <w:r>
              <w:t>51 × 55 = ______</w:t>
            </w:r>
          </w:p>
        </w:tc>
        <w:tc>
          <w:tcPr>
            <w:tcW w:type="dxa" w:w="5270"/>
          </w:tcPr>
          <w:p>
            <w:r>
              <w:t>82 × 76 = ______</w:t>
            </w:r>
          </w:p>
        </w:tc>
      </w:tr>
      <w:tr>
        <w:tc>
          <w:tcPr>
            <w:tcW w:type="dxa" w:w="5270"/>
          </w:tcPr>
          <w:p>
            <w:r>
              <w:t>72 × 94 = ______</w:t>
            </w:r>
          </w:p>
        </w:tc>
        <w:tc>
          <w:tcPr>
            <w:tcW w:type="dxa" w:w="5270"/>
          </w:tcPr>
          <w:p>
            <w:r>
              <w:t>49 × 76 = ______</w:t>
            </w:r>
          </w:p>
        </w:tc>
      </w:tr>
      <w:tr>
        <w:tc>
          <w:tcPr>
            <w:tcW w:type="dxa" w:w="5270"/>
          </w:tcPr>
          <w:p>
            <w:r>
              <w:t>62 × 31 = ______</w:t>
            </w:r>
          </w:p>
        </w:tc>
        <w:tc>
          <w:tcPr>
            <w:tcW w:type="dxa" w:w="5270"/>
          </w:tcPr>
          <w:p>
            <w:r>
              <w:t>85 × 85 = ______</w:t>
            </w:r>
          </w:p>
        </w:tc>
      </w:tr>
      <w:tr>
        <w:tc>
          <w:tcPr>
            <w:tcW w:type="dxa" w:w="5270"/>
          </w:tcPr>
          <w:p>
            <w:r>
              <w:t>91 × 55 = ______</w:t>
            </w:r>
          </w:p>
        </w:tc>
        <w:tc>
          <w:tcPr>
            <w:tcW w:type="dxa" w:w="5270"/>
          </w:tcPr>
          <w:p>
            <w:r>
              <w:t>97 × 25 = ______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Multiplications 2×2</w:t>
      </w:r>
    </w:p>
    <w:p>
      <w:r>
        <w:t>76×72=5472</w:t>
      </w:r>
    </w:p>
    <w:p>
      <w:r>
        <w:t>46×66=3036</w:t>
      </w:r>
    </w:p>
    <w:p>
      <w:r>
        <w:t>40×50=2000</w:t>
      </w:r>
    </w:p>
    <w:p>
      <w:r>
        <w:t>16×99=1584</w:t>
      </w:r>
    </w:p>
    <w:p>
      <w:r>
        <w:t>85×67=5695</w:t>
      </w:r>
    </w:p>
    <w:p>
      <w:r>
        <w:t>44×19=836</w:t>
      </w:r>
    </w:p>
    <w:p>
      <w:r>
        <w:t>16×35=560</w:t>
      </w:r>
    </w:p>
    <w:p>
      <w:r>
        <w:t>37×88=3256</w:t>
      </w:r>
    </w:p>
    <w:p>
      <w:r>
        <w:t>90×76=6840</w:t>
      </w:r>
    </w:p>
    <w:p>
      <w:r>
        <w:t>22×20=440</w:t>
      </w:r>
    </w:p>
    <w:p>
      <w:r>
        <w:t>62×39=2418</w:t>
      </w:r>
    </w:p>
    <w:p>
      <w:r>
        <w:t>60×45=2700</w:t>
      </w:r>
    </w:p>
    <w:p>
      <w:r>
        <w:t>51×55=2805</w:t>
      </w:r>
    </w:p>
    <w:p>
      <w:r>
        <w:t>82×76=6232</w:t>
      </w:r>
    </w:p>
    <w:p>
      <w:r>
        <w:t>72×94=6768</w:t>
      </w:r>
    </w:p>
    <w:p>
      <w:r>
        <w:t>49×76=3724</w:t>
      </w:r>
    </w:p>
    <w:p>
      <w:r>
        <w:t>62×31=1922</w:t>
      </w:r>
    </w:p>
    <w:p>
      <w:r>
        <w:t>85×85=7225</w:t>
      </w:r>
    </w:p>
    <w:p>
      <w:r>
        <w:t>91×55=5005</w:t>
      </w:r>
    </w:p>
    <w:p>
      <w:r>
        <w:t>97×25=2425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