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Bingo des produits (5×5) / Product Bingo (5×5)</w:t>
      </w:r>
    </w:p>
    <w:p>
      <w:pPr>
        <w:jc w:val="center"/>
      </w:pPr>
      <w:r>
        <w:rPr>
          <w:i/>
          <w:sz w:val="22"/>
        </w:rPr>
        <w:t>Lis l’opération, couvre le produit ! / Hear the fact, cover the product!</w:t>
      </w:r>
    </w:p>
    <w:p>
      <w:r>
        <w:t>Règle FR : L’enseignant lit des multiplications. Si tu as le produit, couvre la case. Première ligne/colonne/diagonale gagnante !</w:t>
      </w:r>
    </w:p>
    <w:p>
      <w:r>
        <w:t>EN Rule: Teacher calls facts. If you have the product, cover the square. First line/column/diagonal wins!</w:t>
      </w:r>
    </w:p>
    <w:p>
      <w:r>
        <w:t>Carte/Card 1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25</w:t>
            </w:r>
          </w:p>
        </w:tc>
        <w:tc>
          <w:tcPr>
            <w:tcW w:type="dxa" w:w="2108"/>
          </w:tcPr>
          <w:p>
            <w:r>
              <w:t>4</w:t>
            </w:r>
          </w:p>
        </w:tc>
        <w:tc>
          <w:tcPr>
            <w:tcW w:type="dxa" w:w="2108"/>
          </w:tcPr>
          <w:p>
            <w:r>
              <w:t>40</w:t>
            </w:r>
          </w:p>
        </w:tc>
        <w:tc>
          <w:tcPr>
            <w:tcW w:type="dxa" w:w="2108"/>
          </w:tcPr>
          <w:p>
            <w:r>
              <w:t>144</w:t>
            </w:r>
          </w:p>
        </w:tc>
        <w:tc>
          <w:tcPr>
            <w:tcW w:type="dxa" w:w="2108"/>
          </w:tcPr>
          <w:p>
            <w:r>
              <w:t>36</w:t>
            </w:r>
          </w:p>
        </w:tc>
      </w:tr>
      <w:tr>
        <w:tc>
          <w:tcPr>
            <w:tcW w:type="dxa" w:w="2108"/>
          </w:tcPr>
          <w:p>
            <w:r>
              <w:t>44</w:t>
            </w:r>
          </w:p>
        </w:tc>
        <w:tc>
          <w:tcPr>
            <w:tcW w:type="dxa" w:w="2108"/>
          </w:tcPr>
          <w:p>
            <w:r>
              <w:t>50</w:t>
            </w:r>
          </w:p>
        </w:tc>
        <w:tc>
          <w:tcPr>
            <w:tcW w:type="dxa" w:w="2108"/>
          </w:tcPr>
          <w:p>
            <w:r>
              <w:t>100</w:t>
            </w:r>
          </w:p>
        </w:tc>
        <w:tc>
          <w:tcPr>
            <w:tcW w:type="dxa" w:w="2108"/>
          </w:tcPr>
          <w:p>
            <w:r>
              <w:t>64</w:t>
            </w:r>
          </w:p>
        </w:tc>
        <w:tc>
          <w:tcPr>
            <w:tcW w:type="dxa" w:w="2108"/>
          </w:tcPr>
          <w:p>
            <w:r>
              <w:t>80</w:t>
            </w:r>
          </w:p>
        </w:tc>
      </w:tr>
      <w:tr>
        <w:tc>
          <w:tcPr>
            <w:tcW w:type="dxa" w:w="2108"/>
          </w:tcPr>
          <w:p>
            <w:r>
              <w:t>35</w:t>
            </w:r>
          </w:p>
        </w:tc>
        <w:tc>
          <w:tcPr>
            <w:tcW w:type="dxa" w:w="2108"/>
          </w:tcPr>
          <w:p>
            <w:r>
              <w:t>90</w:t>
            </w:r>
          </w:p>
        </w:tc>
        <w:tc>
          <w:tcPr>
            <w:tcW w:type="dxa" w:w="2108"/>
            <w:shd w:fill="FFF2CC"/>
          </w:tcPr>
          <w:p>
            <w:r>
              <w:t>FREE</w:t>
            </w:r>
          </w:p>
        </w:tc>
        <w:tc>
          <w:tcPr>
            <w:tcW w:type="dxa" w:w="2108"/>
          </w:tcPr>
          <w:p>
            <w:r>
              <w:t>30</w:t>
            </w:r>
          </w:p>
        </w:tc>
        <w:tc>
          <w:tcPr>
            <w:tcW w:type="dxa" w:w="2108"/>
          </w:tcPr>
          <w:p>
            <w:r>
              <w:t>14</w:t>
            </w:r>
          </w:p>
        </w:tc>
      </w:tr>
      <w:tr>
        <w:tc>
          <w:tcPr>
            <w:tcW w:type="dxa" w:w="2108"/>
          </w:tcPr>
          <w:p>
            <w:r>
              <w:t>32</w:t>
            </w:r>
          </w:p>
        </w:tc>
        <w:tc>
          <w:tcPr>
            <w:tcW w:type="dxa" w:w="2108"/>
          </w:tcPr>
          <w:p>
            <w:r>
              <w:t>20</w:t>
            </w:r>
          </w:p>
        </w:tc>
        <w:tc>
          <w:tcPr>
            <w:tcW w:type="dxa" w:w="2108"/>
          </w:tcPr>
          <w:p>
            <w:r>
              <w:t>8</w:t>
            </w:r>
          </w:p>
        </w:tc>
        <w:tc>
          <w:tcPr>
            <w:tcW w:type="dxa" w:w="2108"/>
          </w:tcPr>
          <w:p>
            <w:r>
              <w:t>9</w:t>
            </w:r>
          </w:p>
        </w:tc>
        <w:tc>
          <w:tcPr>
            <w:tcW w:type="dxa" w:w="2108"/>
          </w:tcPr>
          <w:p>
            <w:r>
              <w:t>96</w:t>
            </w:r>
          </w:p>
        </w:tc>
      </w:tr>
      <w:tr>
        <w:tc>
          <w:tcPr>
            <w:tcW w:type="dxa" w:w="2108"/>
          </w:tcPr>
          <w:p>
            <w:r>
              <w:t>15</w:t>
            </w:r>
          </w:p>
        </w:tc>
        <w:tc>
          <w:tcPr>
            <w:tcW w:type="dxa" w:w="2108"/>
          </w:tcPr>
          <w:p>
            <w:r>
              <w:t>108</w:t>
            </w:r>
          </w:p>
        </w:tc>
        <w:tc>
          <w:tcPr>
            <w:tcW w:type="dxa" w:w="2108"/>
          </w:tcPr>
          <w:p>
            <w:r>
              <w:t>12</w:t>
            </w:r>
          </w:p>
        </w:tc>
        <w:tc>
          <w:tcPr>
            <w:tcW w:type="dxa" w:w="2108"/>
          </w:tcPr>
          <w:p>
            <w:r>
              <w:t>24</w:t>
            </w:r>
          </w:p>
        </w:tc>
        <w:tc>
          <w:tcPr>
            <w:tcW w:type="dxa" w:w="2108"/>
          </w:tcPr>
          <w:p>
            <w:r>
              <w:t>45</w:t>
            </w:r>
          </w:p>
        </w:tc>
      </w:tr>
    </w:tbl>
    <w:p/>
    <w:p>
      <w:r>
        <w:t>Carte/Card 2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33</w:t>
            </w:r>
          </w:p>
        </w:tc>
        <w:tc>
          <w:tcPr>
            <w:tcW w:type="dxa" w:w="2108"/>
          </w:tcPr>
          <w:p>
            <w:r>
              <w:t>66</w:t>
            </w:r>
          </w:p>
        </w:tc>
        <w:tc>
          <w:tcPr>
            <w:tcW w:type="dxa" w:w="2108"/>
          </w:tcPr>
          <w:p>
            <w:r>
              <w:t>48</w:t>
            </w:r>
          </w:p>
        </w:tc>
        <w:tc>
          <w:tcPr>
            <w:tcW w:type="dxa" w:w="2108"/>
          </w:tcPr>
          <w:p>
            <w:r>
              <w:t>81</w:t>
            </w:r>
          </w:p>
        </w:tc>
        <w:tc>
          <w:tcPr>
            <w:tcW w:type="dxa" w:w="2108"/>
          </w:tcPr>
          <w:p>
            <w:r>
              <w:t>63</w:t>
            </w:r>
          </w:p>
        </w:tc>
      </w:tr>
      <w:tr>
        <w:tc>
          <w:tcPr>
            <w:tcW w:type="dxa" w:w="2108"/>
          </w:tcPr>
          <w:p>
            <w:r>
              <w:t>21</w:t>
            </w:r>
          </w:p>
        </w:tc>
        <w:tc>
          <w:tcPr>
            <w:tcW w:type="dxa" w:w="2108"/>
          </w:tcPr>
          <w:p>
            <w:r>
              <w:t>14</w:t>
            </w:r>
          </w:p>
        </w:tc>
        <w:tc>
          <w:tcPr>
            <w:tcW w:type="dxa" w:w="2108"/>
          </w:tcPr>
          <w:p>
            <w:r>
              <w:t>72</w:t>
            </w:r>
          </w:p>
        </w:tc>
        <w:tc>
          <w:tcPr>
            <w:tcW w:type="dxa" w:w="2108"/>
          </w:tcPr>
          <w:p>
            <w:r>
              <w:t>120</w:t>
            </w:r>
          </w:p>
        </w:tc>
        <w:tc>
          <w:tcPr>
            <w:tcW w:type="dxa" w:w="2108"/>
          </w:tcPr>
          <w:p>
            <w:r>
              <w:t>44</w:t>
            </w:r>
          </w:p>
        </w:tc>
      </w:tr>
      <w:tr>
        <w:tc>
          <w:tcPr>
            <w:tcW w:type="dxa" w:w="2108"/>
          </w:tcPr>
          <w:p>
            <w:r>
              <w:t>10</w:t>
            </w:r>
          </w:p>
        </w:tc>
        <w:tc>
          <w:tcPr>
            <w:tcW w:type="dxa" w:w="2108"/>
          </w:tcPr>
          <w:p>
            <w:r>
              <w:t>88</w:t>
            </w:r>
          </w:p>
        </w:tc>
        <w:tc>
          <w:tcPr>
            <w:tcW w:type="dxa" w:w="2108"/>
            <w:shd w:fill="FFF2CC"/>
          </w:tcPr>
          <w:p>
            <w:r>
              <w:t>FREE</w:t>
            </w:r>
          </w:p>
        </w:tc>
        <w:tc>
          <w:tcPr>
            <w:tcW w:type="dxa" w:w="2108"/>
          </w:tcPr>
          <w:p>
            <w:r>
              <w:t>20</w:t>
            </w:r>
          </w:p>
        </w:tc>
        <w:tc>
          <w:tcPr>
            <w:tcW w:type="dxa" w:w="2108"/>
          </w:tcPr>
          <w:p>
            <w:r>
              <w:t>100</w:t>
            </w:r>
          </w:p>
        </w:tc>
      </w:tr>
      <w:tr>
        <w:tc>
          <w:tcPr>
            <w:tcW w:type="dxa" w:w="2108"/>
          </w:tcPr>
          <w:p>
            <w:r>
              <w:t>22</w:t>
            </w:r>
          </w:p>
        </w:tc>
        <w:tc>
          <w:tcPr>
            <w:tcW w:type="dxa" w:w="2108"/>
          </w:tcPr>
          <w:p>
            <w:r>
              <w:t>132</w:t>
            </w:r>
          </w:p>
        </w:tc>
        <w:tc>
          <w:tcPr>
            <w:tcW w:type="dxa" w:w="2108"/>
          </w:tcPr>
          <w:p>
            <w:r>
              <w:t>28</w:t>
            </w:r>
          </w:p>
        </w:tc>
        <w:tc>
          <w:tcPr>
            <w:tcW w:type="dxa" w:w="2108"/>
          </w:tcPr>
          <w:p>
            <w:r>
              <w:t>45</w:t>
            </w:r>
          </w:p>
        </w:tc>
        <w:tc>
          <w:tcPr>
            <w:tcW w:type="dxa" w:w="2108"/>
          </w:tcPr>
          <w:p>
            <w:r>
              <w:t>56</w:t>
            </w:r>
          </w:p>
        </w:tc>
      </w:tr>
      <w:tr>
        <w:tc>
          <w:tcPr>
            <w:tcW w:type="dxa" w:w="2108"/>
          </w:tcPr>
          <w:p>
            <w:r>
              <w:t>32</w:t>
            </w:r>
          </w:p>
        </w:tc>
        <w:tc>
          <w:tcPr>
            <w:tcW w:type="dxa" w:w="2108"/>
          </w:tcPr>
          <w:p>
            <w:r>
              <w:t>4</w:t>
            </w:r>
          </w:p>
        </w:tc>
        <w:tc>
          <w:tcPr>
            <w:tcW w:type="dxa" w:w="2108"/>
          </w:tcPr>
          <w:p>
            <w:r>
              <w:t>55</w:t>
            </w:r>
          </w:p>
        </w:tc>
        <w:tc>
          <w:tcPr>
            <w:tcW w:type="dxa" w:w="2108"/>
          </w:tcPr>
          <w:p>
            <w:r>
              <w:t>108</w:t>
            </w:r>
          </w:p>
        </w:tc>
        <w:tc>
          <w:tcPr>
            <w:tcW w:type="dxa" w:w="2108"/>
          </w:tcPr>
          <w:p>
            <w:r>
              <w:t>6</w:t>
            </w:r>
          </w:p>
        </w:tc>
      </w:tr>
    </w:tbl>
    <w:p/>
    <w:p>
      <w:r>
        <w:t>Carte/Card 3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90</w:t>
            </w:r>
          </w:p>
        </w:tc>
        <w:tc>
          <w:tcPr>
            <w:tcW w:type="dxa" w:w="2108"/>
          </w:tcPr>
          <w:p>
            <w:r>
              <w:t>18</w:t>
            </w:r>
          </w:p>
        </w:tc>
        <w:tc>
          <w:tcPr>
            <w:tcW w:type="dxa" w:w="2108"/>
          </w:tcPr>
          <w:p>
            <w:r>
              <w:t>6</w:t>
            </w:r>
          </w:p>
        </w:tc>
        <w:tc>
          <w:tcPr>
            <w:tcW w:type="dxa" w:w="2108"/>
          </w:tcPr>
          <w:p>
            <w:r>
              <w:t>44</w:t>
            </w:r>
          </w:p>
        </w:tc>
        <w:tc>
          <w:tcPr>
            <w:tcW w:type="dxa" w:w="2108"/>
          </w:tcPr>
          <w:p>
            <w:r>
              <w:t>32</w:t>
            </w:r>
          </w:p>
        </w:tc>
      </w:tr>
      <w:tr>
        <w:tc>
          <w:tcPr>
            <w:tcW w:type="dxa" w:w="2108"/>
          </w:tcPr>
          <w:p>
            <w:r>
              <w:t>36</w:t>
            </w:r>
          </w:p>
        </w:tc>
        <w:tc>
          <w:tcPr>
            <w:tcW w:type="dxa" w:w="2108"/>
          </w:tcPr>
          <w:p>
            <w:r>
              <w:t>100</w:t>
            </w:r>
          </w:p>
        </w:tc>
        <w:tc>
          <w:tcPr>
            <w:tcW w:type="dxa" w:w="2108"/>
          </w:tcPr>
          <w:p>
            <w:r>
              <w:t>21</w:t>
            </w:r>
          </w:p>
        </w:tc>
        <w:tc>
          <w:tcPr>
            <w:tcW w:type="dxa" w:w="2108"/>
          </w:tcPr>
          <w:p>
            <w:r>
              <w:t>15</w:t>
            </w:r>
          </w:p>
        </w:tc>
        <w:tc>
          <w:tcPr>
            <w:tcW w:type="dxa" w:w="2108"/>
          </w:tcPr>
          <w:p>
            <w:r>
              <w:t>70</w:t>
            </w:r>
          </w:p>
        </w:tc>
      </w:tr>
      <w:tr>
        <w:tc>
          <w:tcPr>
            <w:tcW w:type="dxa" w:w="2108"/>
          </w:tcPr>
          <w:p>
            <w:r>
              <w:t>110</w:t>
            </w:r>
          </w:p>
        </w:tc>
        <w:tc>
          <w:tcPr>
            <w:tcW w:type="dxa" w:w="2108"/>
          </w:tcPr>
          <w:p>
            <w:r>
              <w:t>96</w:t>
            </w:r>
          </w:p>
        </w:tc>
        <w:tc>
          <w:tcPr>
            <w:tcW w:type="dxa" w:w="2108"/>
            <w:shd w:fill="FFF2CC"/>
          </w:tcPr>
          <w:p>
            <w:r>
              <w:t>FREE</w:t>
            </w:r>
          </w:p>
        </w:tc>
        <w:tc>
          <w:tcPr>
            <w:tcW w:type="dxa" w:w="2108"/>
          </w:tcPr>
          <w:p>
            <w:r>
              <w:t>84</w:t>
            </w:r>
          </w:p>
        </w:tc>
        <w:tc>
          <w:tcPr>
            <w:tcW w:type="dxa" w:w="2108"/>
          </w:tcPr>
          <w:p>
            <w:r>
              <w:t>30</w:t>
            </w:r>
          </w:p>
        </w:tc>
      </w:tr>
      <w:tr>
        <w:tc>
          <w:tcPr>
            <w:tcW w:type="dxa" w:w="2108"/>
          </w:tcPr>
          <w:p>
            <w:r>
              <w:t>144</w:t>
            </w:r>
          </w:p>
        </w:tc>
        <w:tc>
          <w:tcPr>
            <w:tcW w:type="dxa" w:w="2108"/>
          </w:tcPr>
          <w:p>
            <w:r>
              <w:t>56</w:t>
            </w:r>
          </w:p>
        </w:tc>
        <w:tc>
          <w:tcPr>
            <w:tcW w:type="dxa" w:w="2108"/>
          </w:tcPr>
          <w:p>
            <w:r>
              <w:t>24</w:t>
            </w:r>
          </w:p>
        </w:tc>
        <w:tc>
          <w:tcPr>
            <w:tcW w:type="dxa" w:w="2108"/>
          </w:tcPr>
          <w:p>
            <w:r>
              <w:t>88</w:t>
            </w:r>
          </w:p>
        </w:tc>
        <w:tc>
          <w:tcPr>
            <w:tcW w:type="dxa" w:w="2108"/>
          </w:tcPr>
          <w:p>
            <w:r>
              <w:t>63</w:t>
            </w:r>
          </w:p>
        </w:tc>
      </w:tr>
      <w:tr>
        <w:tc>
          <w:tcPr>
            <w:tcW w:type="dxa" w:w="2108"/>
          </w:tcPr>
          <w:p>
            <w:r>
              <w:t>8</w:t>
            </w:r>
          </w:p>
        </w:tc>
        <w:tc>
          <w:tcPr>
            <w:tcW w:type="dxa" w:w="2108"/>
          </w:tcPr>
          <w:p>
            <w:r>
              <w:t>22</w:t>
            </w:r>
          </w:p>
        </w:tc>
        <w:tc>
          <w:tcPr>
            <w:tcW w:type="dxa" w:w="2108"/>
          </w:tcPr>
          <w:p>
            <w:r>
              <w:t>33</w:t>
            </w:r>
          </w:p>
        </w:tc>
        <w:tc>
          <w:tcPr>
            <w:tcW w:type="dxa" w:w="2108"/>
          </w:tcPr>
          <w:p>
            <w:r>
              <w:t>77</w:t>
            </w:r>
          </w:p>
        </w:tc>
        <w:tc>
          <w:tcPr>
            <w:tcW w:type="dxa" w:w="2108"/>
          </w:tcPr>
          <w:p>
            <w:r>
              <w:t>12</w:t>
            </w:r>
          </w:p>
        </w:tc>
      </w:tr>
    </w:tbl>
    <w:p/>
    <w:p>
      <w:r>
        <w:t>Carte/Card 4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4</w:t>
            </w:r>
          </w:p>
        </w:tc>
        <w:tc>
          <w:tcPr>
            <w:tcW w:type="dxa" w:w="2108"/>
          </w:tcPr>
          <w:p>
            <w:r>
              <w:t>120</w:t>
            </w:r>
          </w:p>
        </w:tc>
        <w:tc>
          <w:tcPr>
            <w:tcW w:type="dxa" w:w="2108"/>
          </w:tcPr>
          <w:p>
            <w:r>
              <w:t>32</w:t>
            </w:r>
          </w:p>
        </w:tc>
        <w:tc>
          <w:tcPr>
            <w:tcW w:type="dxa" w:w="2108"/>
          </w:tcPr>
          <w:p>
            <w:r>
              <w:t>15</w:t>
            </w:r>
          </w:p>
        </w:tc>
        <w:tc>
          <w:tcPr>
            <w:tcW w:type="dxa" w:w="2108"/>
          </w:tcPr>
          <w:p>
            <w:r>
              <w:t>8</w:t>
            </w:r>
          </w:p>
        </w:tc>
      </w:tr>
      <w:tr>
        <w:tc>
          <w:tcPr>
            <w:tcW w:type="dxa" w:w="2108"/>
          </w:tcPr>
          <w:p>
            <w:r>
              <w:t>100</w:t>
            </w:r>
          </w:p>
        </w:tc>
        <w:tc>
          <w:tcPr>
            <w:tcW w:type="dxa" w:w="2108"/>
          </w:tcPr>
          <w:p>
            <w:r>
              <w:t>108</w:t>
            </w:r>
          </w:p>
        </w:tc>
        <w:tc>
          <w:tcPr>
            <w:tcW w:type="dxa" w:w="2108"/>
          </w:tcPr>
          <w:p>
            <w:r>
              <w:t>132</w:t>
            </w:r>
          </w:p>
        </w:tc>
        <w:tc>
          <w:tcPr>
            <w:tcW w:type="dxa" w:w="2108"/>
          </w:tcPr>
          <w:p>
            <w:r>
              <w:t>66</w:t>
            </w:r>
          </w:p>
        </w:tc>
        <w:tc>
          <w:tcPr>
            <w:tcW w:type="dxa" w:w="2108"/>
          </w:tcPr>
          <w:p>
            <w:r>
              <w:t>12</w:t>
            </w:r>
          </w:p>
        </w:tc>
      </w:tr>
      <w:tr>
        <w:tc>
          <w:tcPr>
            <w:tcW w:type="dxa" w:w="2108"/>
          </w:tcPr>
          <w:p>
            <w:r>
              <w:t>22</w:t>
            </w:r>
          </w:p>
        </w:tc>
        <w:tc>
          <w:tcPr>
            <w:tcW w:type="dxa" w:w="2108"/>
          </w:tcPr>
          <w:p>
            <w:r>
              <w:t>84</w:t>
            </w:r>
          </w:p>
        </w:tc>
        <w:tc>
          <w:tcPr>
            <w:tcW w:type="dxa" w:w="2108"/>
            <w:shd w:fill="FFF2CC"/>
          </w:tcPr>
          <w:p>
            <w:r>
              <w:t>FREE</w:t>
            </w:r>
          </w:p>
        </w:tc>
        <w:tc>
          <w:tcPr>
            <w:tcW w:type="dxa" w:w="2108"/>
          </w:tcPr>
          <w:p>
            <w:r>
              <w:t>50</w:t>
            </w:r>
          </w:p>
        </w:tc>
        <w:tc>
          <w:tcPr>
            <w:tcW w:type="dxa" w:w="2108"/>
          </w:tcPr>
          <w:p>
            <w:r>
              <w:t>72</w:t>
            </w:r>
          </w:p>
        </w:tc>
      </w:tr>
      <w:tr>
        <w:tc>
          <w:tcPr>
            <w:tcW w:type="dxa" w:w="2108"/>
          </w:tcPr>
          <w:p>
            <w:r>
              <w:t>88</w:t>
            </w:r>
          </w:p>
        </w:tc>
        <w:tc>
          <w:tcPr>
            <w:tcW w:type="dxa" w:w="2108"/>
          </w:tcPr>
          <w:p>
            <w:r>
              <w:t>6</w:t>
            </w:r>
          </w:p>
        </w:tc>
        <w:tc>
          <w:tcPr>
            <w:tcW w:type="dxa" w:w="2108"/>
          </w:tcPr>
          <w:p>
            <w:r>
              <w:t>56</w:t>
            </w:r>
          </w:p>
        </w:tc>
        <w:tc>
          <w:tcPr>
            <w:tcW w:type="dxa" w:w="2108"/>
          </w:tcPr>
          <w:p>
            <w:r>
              <w:t>96</w:t>
            </w:r>
          </w:p>
        </w:tc>
        <w:tc>
          <w:tcPr>
            <w:tcW w:type="dxa" w:w="2108"/>
          </w:tcPr>
          <w:p>
            <w:r>
              <w:t>80</w:t>
            </w:r>
          </w:p>
        </w:tc>
      </w:tr>
      <w:tr>
        <w:tc>
          <w:tcPr>
            <w:tcW w:type="dxa" w:w="2108"/>
          </w:tcPr>
          <w:p>
            <w:r>
              <w:t>81</w:t>
            </w:r>
          </w:p>
        </w:tc>
        <w:tc>
          <w:tcPr>
            <w:tcW w:type="dxa" w:w="2108"/>
          </w:tcPr>
          <w:p>
            <w:r>
              <w:t>30</w:t>
            </w:r>
          </w:p>
        </w:tc>
        <w:tc>
          <w:tcPr>
            <w:tcW w:type="dxa" w:w="2108"/>
          </w:tcPr>
          <w:p>
            <w:r>
              <w:t>18</w:t>
            </w:r>
          </w:p>
        </w:tc>
        <w:tc>
          <w:tcPr>
            <w:tcW w:type="dxa" w:w="2108"/>
          </w:tcPr>
          <w:p>
            <w:r>
              <w:t>99</w:t>
            </w:r>
          </w:p>
        </w:tc>
        <w:tc>
          <w:tcPr>
            <w:tcW w:type="dxa" w:w="2108"/>
          </w:tcPr>
          <w:p>
            <w:r>
              <w:t>45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