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40"/>
        </w:rPr>
        <w:t>Soustractions posées (avec retenues)</w:t>
      </w:r>
    </w:p>
    <w:p>
      <w:pPr>
        <w:jc w:val="center"/>
      </w:pPr>
      <w:r>
        <w:t>Pose, calcule et vérifie en sens inverse.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5270"/>
        <w:gridCol w:w="5270"/>
      </w:tblGrid>
      <w:tr>
        <w:tc>
          <w:tcPr>
            <w:tcW w:type="dxa" w:w="5270"/>
          </w:tcPr>
          <w:p>
            <w:r>
              <w:t xml:space="preserve">   782</w:t>
              <w:br/>
              <w:t>−  515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823</w:t>
              <w:br/>
              <w:t>−  772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464</w:t>
              <w:br/>
              <w:t>−  166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846</w:t>
              <w:br/>
              <w:t>−  444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812</w:t>
              <w:br/>
              <w:t>−  484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847</w:t>
              <w:br/>
              <w:t>−  542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599</w:t>
              <w:br/>
              <w:t>−  271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664</w:t>
              <w:br/>
              <w:t>−  545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599</w:t>
              <w:br/>
              <w:t>−  445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622</w:t>
              <w:br/>
              <w:t>−  568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601</w:t>
              <w:br/>
              <w:t>−  397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752</w:t>
              <w:br/>
              <w:t>−  100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739</w:t>
              <w:br/>
              <w:t>−  320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866</w:t>
              <w:br/>
              <w:t>−  200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460</w:t>
              <w:br/>
              <w:t>−  377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935</w:t>
              <w:br/>
              <w:t>−  553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697</w:t>
              <w:br/>
              <w:t>−  262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662</w:t>
              <w:br/>
              <w:t>−  283</w:t>
              <w:br/>
              <w:t>———</w:t>
              <w:br/>
              <w:t xml:space="preserve">   ______</w:t>
            </w:r>
          </w:p>
        </w:tc>
      </w:tr>
      <w:tr>
        <w:tc>
          <w:tcPr>
            <w:tcW w:type="dxa" w:w="5270"/>
          </w:tcPr>
          <w:p>
            <w:r>
              <w:t xml:space="preserve">   960</w:t>
              <w:br/>
              <w:t>−  207</w:t>
              <w:br/>
              <w:t>———</w:t>
              <w:br/>
              <w:t xml:space="preserve">   ______</w:t>
            </w:r>
          </w:p>
        </w:tc>
        <w:tc>
          <w:tcPr>
            <w:tcW w:type="dxa" w:w="5270"/>
          </w:tcPr>
          <w:p>
            <w:r>
              <w:t xml:space="preserve">   633</w:t>
              <w:br/>
              <w:t>−  523</w:t>
              <w:br/>
              <w:t>———</w:t>
              <w:br/>
              <w:t xml:space="preserve">   ______</w:t>
            </w:r>
          </w:p>
        </w:tc>
      </w:tr>
    </w:tbl>
    <w:p>
      <w:r>
        <w:br w:type="page"/>
      </w:r>
    </w:p>
    <w:p>
      <w:pPr>
        <w:jc w:val="center"/>
      </w:pPr>
      <w:r>
        <w:rPr>
          <w:b/>
          <w:sz w:val="40"/>
        </w:rPr>
        <w:t>Corrigé — Soustractions posées</w:t>
      </w:r>
    </w:p>
    <w:p>
      <w:r>
        <w:t>782−515=267</w:t>
      </w:r>
    </w:p>
    <w:p>
      <w:r>
        <w:t>823−772=51</w:t>
      </w:r>
    </w:p>
    <w:p>
      <w:r>
        <w:t>464−166=298</w:t>
      </w:r>
    </w:p>
    <w:p>
      <w:r>
        <w:t>846−444=402</w:t>
      </w:r>
    </w:p>
    <w:p>
      <w:r>
        <w:t>812−484=328</w:t>
      </w:r>
    </w:p>
    <w:p>
      <w:r>
        <w:t>847−542=305</w:t>
      </w:r>
    </w:p>
    <w:p>
      <w:r>
        <w:t>599−271=328</w:t>
      </w:r>
    </w:p>
    <w:p>
      <w:r>
        <w:t>664−545=119</w:t>
      </w:r>
    </w:p>
    <w:p>
      <w:r>
        <w:t>599−445=154</w:t>
      </w:r>
    </w:p>
    <w:p>
      <w:r>
        <w:t>622−568=54</w:t>
      </w:r>
    </w:p>
    <w:p>
      <w:r>
        <w:t>601−397=204</w:t>
      </w:r>
    </w:p>
    <w:p>
      <w:r>
        <w:t>752−100=652</w:t>
      </w:r>
    </w:p>
    <w:p>
      <w:r>
        <w:t>739−320=419</w:t>
      </w:r>
    </w:p>
    <w:p>
      <w:r>
        <w:t>866−200=666</w:t>
      </w:r>
    </w:p>
    <w:p>
      <w:r>
        <w:t>460−377=83</w:t>
      </w:r>
    </w:p>
    <w:p>
      <w:r>
        <w:t>935−553=382</w:t>
      </w:r>
    </w:p>
    <w:p>
      <w:r>
        <w:t>697−262=435</w:t>
      </w:r>
    </w:p>
    <w:p>
      <w:r>
        <w:t>662−283=379</w:t>
      </w:r>
    </w:p>
    <w:p>
      <w:r>
        <w:t>960−207=753</w:t>
      </w:r>
    </w:p>
    <w:p>
      <w:r>
        <w:t>633−523=110</w:t>
      </w:r>
    </w:p>
    <w:sectPr w:rsidR="00FC693F" w:rsidRPr="0006063C" w:rsidSect="00034616">
      <w:footerReference w:type="default" r:id="rId9"/>
      <w:pgSz w:w="12240" w:h="15840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46464"/>
        <w:sz w:val="18"/>
      </w:rPr>
      <w:t>lecoursgratuit.com — Feuilles de travail mathématiques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Calibri" w:hAnsi="Calibri"/>
      <w:b/>
      <w:bCs/>
      <w:color w:val="365F91" w:themeColor="accent1" w:themeShade="BF"/>
      <w:sz w:val="40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Calibri" w:hAnsi="Calibri"/>
      <w:b/>
      <w:bCs/>
      <w:color w:val="4F81BD" w:themeColor="accent1"/>
      <w:sz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