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Table de multiplication 1–12 (gamifiée) / Multiplication Table 1–12 (gamified)</w:t>
      </w:r>
    </w:p>
    <w:p>
      <w:pPr>
        <w:jc w:val="center"/>
      </w:pPr>
      <w:r>
        <w:rPr>
          <w:i/>
          <w:sz w:val="22"/>
        </w:rPr>
        <w:t>Colorie, coche et gagne des étoiles ★ / Colour, check, and earn stars ★</w:t>
      </w:r>
    </w:p>
    <w:p>
      <w:r>
        <w:t>Consigne FR : Colorie les produits maîtrisés, coche la case ✓ et entoure une étoile lorsque tu réussis trois fois sans erreur.</w:t>
      </w:r>
    </w:p>
    <w:p>
      <w:r>
        <w:t>EN Directions: Shade facts you’ve mastered, tick ✓, and circle a star each time you recall the fact three times in a row.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53"/>
        <w:gridCol w:w="753"/>
        <w:gridCol w:w="753"/>
        <w:gridCol w:w="753"/>
        <w:gridCol w:w="753"/>
        <w:gridCol w:w="753"/>
        <w:gridCol w:w="753"/>
        <w:gridCol w:w="753"/>
        <w:gridCol w:w="753"/>
        <w:gridCol w:w="753"/>
        <w:gridCol w:w="753"/>
        <w:gridCol w:w="753"/>
        <w:gridCol w:w="753"/>
        <w:gridCol w:w="753"/>
      </w:tblGrid>
      <w:tr>
        <w:tc>
          <w:tcPr>
            <w:tcW w:type="dxa" w:w="753"/>
            <w:shd w:fill="D9E1F2"/>
          </w:tcPr>
          <w:p>
            <w:r>
              <w:rPr>
                <w:b/>
              </w:rPr>
              <w:t>×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1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2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3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4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5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6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7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8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9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10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11</w:t>
            </w:r>
          </w:p>
        </w:tc>
        <w:tc>
          <w:tcPr>
            <w:tcW w:type="dxa" w:w="753"/>
            <w:shd w:fill="BDD7EE"/>
          </w:tcPr>
          <w:p>
            <w:r>
              <w:rPr>
                <w:b/>
              </w:rPr>
              <w:t>12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1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2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24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3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27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33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36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4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48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5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60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6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72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7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49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63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77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84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8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96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9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27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63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99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108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10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110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120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11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33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55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77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99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110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121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132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753"/>
            <w:shd w:fill="BDD7EE"/>
          </w:tcPr>
          <w:p>
            <w:r>
              <w:rPr>
                <w:b/>
              </w:rPr>
              <w:t>12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24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36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48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60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72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84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96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108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120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132</w:t>
              <w:br/>
              <w:t>□ ★</w:t>
            </w:r>
          </w:p>
        </w:tc>
        <w:tc>
          <w:tcPr>
            <w:tcW w:type="dxa" w:w="753"/>
          </w:tcPr>
          <w:p>
            <w:r>
              <w:rPr>
                <w:sz w:val="20"/>
              </w:rPr>
              <w:t>144</w:t>
              <w:br/>
              <w:t>□ ★</w:t>
            </w:r>
          </w:p>
        </w:tc>
        <w:tc>
          <w:tcPr>
            <w:tcW w:type="dxa" w:w="753"/>
          </w:tcPr>
          <w:p/>
        </w:tc>
      </w:tr>
      <w:tr>
        <w:tc>
          <w:tcPr>
            <w:tcW w:type="dxa" w:w="10542"/>
            <w:gridSpan w:val="14"/>
          </w:tcPr>
          <w:p>
            <w:r>
              <w:rPr>
                <w:i/>
              </w:rPr>
              <w:t>Légende / Legend : □ = maîtrisé/mastered   ★ = étoile/star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