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Additions posées (avec retenues)</w:t>
      </w:r>
    </w:p>
    <w:p>
      <w:pPr>
        <w:jc w:val="center"/>
      </w:pPr>
      <w:r>
        <w:t>Pose et calcule. Vérifie avec un calcul mental.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 xml:space="preserve">   382</w:t>
              <w:br/>
              <w:t>+  567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783</w:t>
              <w:br/>
              <w:t>+  365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764</w:t>
              <w:br/>
              <w:t>+  664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201</w:t>
              <w:br/>
              <w:t>+  578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743</w:t>
              <w:br/>
              <w:t>+  799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590</w:t>
              <w:br/>
              <w:t>+  604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201</w:t>
              <w:br/>
              <w:t>+  271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519</w:t>
              <w:br/>
              <w:t>+  957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923</w:t>
              <w:br/>
              <w:t>+  789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855</w:t>
              <w:br/>
              <w:t>+  524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703</w:t>
              <w:br/>
              <w:t>+  609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299</w:t>
              <w:br/>
              <w:t>+  792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415</w:t>
              <w:br/>
              <w:t>+  578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739</w:t>
              <w:br/>
              <w:t>+  418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318</w:t>
              <w:br/>
              <w:t>+  730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567</w:t>
              <w:br/>
              <w:t>+  655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863</w:t>
              <w:br/>
              <w:t>+  605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669</w:t>
              <w:br/>
              <w:t>+  944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367</w:t>
              <w:br/>
              <w:t>+  837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984</w:t>
              <w:br/>
              <w:t>+  675</w:t>
              <w:br/>
              <w:t>———</w:t>
              <w:br/>
              <w:t xml:space="preserve">   ______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Additions posées</w:t>
      </w:r>
    </w:p>
    <w:p>
      <w:r>
        <w:t>382+567=949</w:t>
      </w:r>
    </w:p>
    <w:p>
      <w:r>
        <w:t>783+365=1148</w:t>
      </w:r>
    </w:p>
    <w:p>
      <w:r>
        <w:t>764+664=1428</w:t>
      </w:r>
    </w:p>
    <w:p>
      <w:r>
        <w:t>201+578=779</w:t>
      </w:r>
    </w:p>
    <w:p>
      <w:r>
        <w:t>743+799=1542</w:t>
      </w:r>
    </w:p>
    <w:p>
      <w:r>
        <w:t>590+604=1194</w:t>
      </w:r>
    </w:p>
    <w:p>
      <w:r>
        <w:t>201+271=472</w:t>
      </w:r>
    </w:p>
    <w:p>
      <w:r>
        <w:t>519+957=1476</w:t>
      </w:r>
    </w:p>
    <w:p>
      <w:r>
        <w:t>923+789=1712</w:t>
      </w:r>
    </w:p>
    <w:p>
      <w:r>
        <w:t>855+524=1379</w:t>
      </w:r>
    </w:p>
    <w:p>
      <w:r>
        <w:t>703+609=1312</w:t>
      </w:r>
    </w:p>
    <w:p>
      <w:r>
        <w:t>299+792=1091</w:t>
      </w:r>
    </w:p>
    <w:p>
      <w:r>
        <w:t>415+578=993</w:t>
      </w:r>
    </w:p>
    <w:p>
      <w:r>
        <w:t>739+418=1157</w:t>
      </w:r>
    </w:p>
    <w:p>
      <w:r>
        <w:t>318+730=1048</w:t>
      </w:r>
    </w:p>
    <w:p>
      <w:r>
        <w:t>567+655=1222</w:t>
      </w:r>
    </w:p>
    <w:p>
      <w:r>
        <w:t>863+605=1468</w:t>
      </w:r>
    </w:p>
    <w:p>
      <w:r>
        <w:t>669+944=1613</w:t>
      </w:r>
    </w:p>
    <w:p>
      <w:r>
        <w:t>367+837=1204</w:t>
      </w:r>
    </w:p>
    <w:p>
      <w:r>
        <w:t>984+675=1659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