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64771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01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64771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TKT-2025-0001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TKT-2025-0001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4733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01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473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64771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02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64771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TKT-2025-0002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TKT-2025-0002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47330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02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473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64771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03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64771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TKT-2025-0003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TKT-2025-0003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47330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03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473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64771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04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64771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TKT-2025-0004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TKT-2025-0004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47330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04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473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64771"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05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64771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TKT-2025-0005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TKT-2025-0005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47330"/>
            <wp:docPr id="10" name="Picture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05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473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64771"/>
            <wp:docPr id="11" name="Picture 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06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64771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TKT-2025-0006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TKT-2025-0006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47330"/>
            <wp:docPr id="12" name="Picture 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06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473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64771"/>
            <wp:docPr id="13" name="Picture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07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64771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TKT-2025-0007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TKT-2025-0007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47330"/>
            <wp:docPr id="14" name="Picture 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07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473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64771"/>
            <wp:docPr id="15" name="Picture 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08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64771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TKT-2025-0008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TKT-2025-0008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47330"/>
            <wp:docPr id="16" name="Picture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08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473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64771"/>
            <wp:docPr id="17" name="Picture 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09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64771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TKT-2025-0009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TKT-2025-0009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47330"/>
            <wp:docPr id="18" name="Picture 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09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473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64771"/>
            <wp:docPr id="19" name="Picture 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10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64771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TKT-2025-0010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TKT-2025-0010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47330"/>
            <wp:docPr id="20" name="Picture 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10.p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473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70609"/>
            <wp:docPr id="21" name="Picture 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11.pn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706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TKT-2025-0011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TKT-2025-0011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50044"/>
            <wp:docPr id="22" name="Picture 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11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5004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70609"/>
            <wp:docPr id="23" name="Picture 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12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706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TKT-2025-0012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TKT-2025-0012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50044"/>
            <wp:docPr id="24" name="Picture 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12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5004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70609"/>
            <wp:docPr id="25" name="Picture 2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13.pn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706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TKT-2025-0013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TKT-2025-0013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50044"/>
            <wp:docPr id="26" name="Picture 2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13.png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5004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70609"/>
            <wp:docPr id="27" name="Picture 2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14.png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706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TKT-2025-0014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TKT-2025-0014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50044"/>
            <wp:docPr id="28" name="Picture 2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14.png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5004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70609"/>
            <wp:docPr id="29" name="Picture 2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15.png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706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TKT-2025-0015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TKT-2025-0015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50044"/>
            <wp:docPr id="30" name="Picture 3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15.png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5004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70609"/>
            <wp:docPr id="31" name="Picture 3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16.png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706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TKT-2025-0016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TKT-2025-0016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50044"/>
            <wp:docPr id="32" name="Picture 3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16.png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5004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70609"/>
            <wp:docPr id="33" name="Picture 3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17.png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706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TKT-2025-0017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TKT-2025-0017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50044"/>
            <wp:docPr id="34" name="Picture 3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17.png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5004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70609"/>
            <wp:docPr id="35" name="Picture 3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18.png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706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TKT-2025-0018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TKT-2025-0018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50044"/>
            <wp:docPr id="36" name="Picture 3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18.png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5004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70609"/>
            <wp:docPr id="37" name="Picture 3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19.png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706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TKT-2025-0019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TKT-2025-0019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50044"/>
            <wp:docPr id="38" name="Picture 3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19.png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5004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64771"/>
            <wp:docPr id="39" name="Picture 3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20.png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64771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TKT-2025-0020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TKT-2025-0020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47330"/>
            <wp:docPr id="40" name="Picture 4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20.png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473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70609"/>
            <wp:docPr id="41" name="Picture 4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21.png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706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TKT-2025-0021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TKT-2025-0021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50044"/>
            <wp:docPr id="42" name="Picture 4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21.png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5004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70609"/>
            <wp:docPr id="43" name="Picture 4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22.png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706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TKT-2025-0022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TKT-2025-0022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50044"/>
            <wp:docPr id="44" name="Picture 4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22.png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5004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70609"/>
            <wp:docPr id="45" name="Picture 4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23.png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706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TKT-2025-0023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TKT-2025-0023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50044"/>
            <wp:docPr id="46" name="Picture 4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23.png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5004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center"/>
      </w:pPr>
      <w:r>
        <w:rPr>
          <w:b/>
          <w:color w:val="172554"/>
          <w:sz w:val="32"/>
        </w:rPr>
        <w:t>TICKET CADEAU — AVEC TALON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Conditions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Utilisation en une fois, non remboursable, non cessible.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926080" cy="770609"/>
            <wp:docPr id="47" name="Picture 4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KT-2025-0024.png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7706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TKT-2025-0024</w:t>
      </w:r>
    </w:p>
    <w:p>
      <w:pPr>
        <w:jc w:val="center"/>
      </w:pPr>
      <w:r>
        <w:t>──────────────────────────────────────────────────────────────</w:t>
      </w:r>
    </w:p>
    <w:p>
      <w:r>
        <w:rPr>
          <w:b/>
          <w:color w:val="374151"/>
          <w:sz w:val="20"/>
        </w:rPr>
        <w:t>TALON DÉTACHABLE — à conserver par le commerçant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t>Code</w:t>
            </w:r>
          </w:p>
        </w:tc>
        <w:tc>
          <w:tcPr>
            <w:tcW w:type="dxa" w:w="3408"/>
          </w:tcPr>
          <w:p>
            <w:r>
              <w:t>Montant</w:t>
            </w:r>
          </w:p>
        </w:tc>
        <w:tc>
          <w:tcPr>
            <w:tcW w:type="dxa" w:w="3408"/>
          </w:tcPr>
          <w:p>
            <w:r>
              <w:t>Date</w:t>
            </w:r>
          </w:p>
        </w:tc>
      </w:tr>
      <w:tr>
        <w:tc>
          <w:tcPr>
            <w:tcW w:type="dxa" w:w="3408"/>
          </w:tcPr>
          <w:p>
            <w:r>
              <w:t>TKT-2025-0024</w:t>
            </w:r>
          </w:p>
        </w:tc>
        <w:tc>
          <w:tcPr>
            <w:tcW w:type="dxa" w:w="3408"/>
          </w:tcPr>
          <w:p>
            <w:r>
              <w:t>[€ 0,00]</w:t>
            </w:r>
          </w:p>
        </w:tc>
        <w:tc>
          <w:tcPr>
            <w:tcW w:type="dxa" w:w="3408"/>
          </w:tcPr>
          <w:p>
            <w:r>
              <w:t>13/10/2025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1828800" cy="350044"/>
            <wp:docPr id="48" name="Picture 4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TKT_TAL_TKT-2025-0024.png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50044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png"/><Relationship Id="rId30" Type="http://schemas.openxmlformats.org/officeDocument/2006/relationships/image" Target="media/image22.png"/><Relationship Id="rId31" Type="http://schemas.openxmlformats.org/officeDocument/2006/relationships/image" Target="media/image23.png"/><Relationship Id="rId32" Type="http://schemas.openxmlformats.org/officeDocument/2006/relationships/image" Target="media/image24.png"/><Relationship Id="rId33" Type="http://schemas.openxmlformats.org/officeDocument/2006/relationships/image" Target="media/image25.png"/><Relationship Id="rId34" Type="http://schemas.openxmlformats.org/officeDocument/2006/relationships/image" Target="media/image26.png"/><Relationship Id="rId35" Type="http://schemas.openxmlformats.org/officeDocument/2006/relationships/image" Target="media/image27.png"/><Relationship Id="rId36" Type="http://schemas.openxmlformats.org/officeDocument/2006/relationships/image" Target="media/image28.png"/><Relationship Id="rId37" Type="http://schemas.openxmlformats.org/officeDocument/2006/relationships/image" Target="media/image29.png"/><Relationship Id="rId38" Type="http://schemas.openxmlformats.org/officeDocument/2006/relationships/image" Target="media/image30.png"/><Relationship Id="rId39" Type="http://schemas.openxmlformats.org/officeDocument/2006/relationships/image" Target="media/image31.png"/><Relationship Id="rId40" Type="http://schemas.openxmlformats.org/officeDocument/2006/relationships/image" Target="media/image32.png"/><Relationship Id="rId41" Type="http://schemas.openxmlformats.org/officeDocument/2006/relationships/image" Target="media/image33.png"/><Relationship Id="rId42" Type="http://schemas.openxmlformats.org/officeDocument/2006/relationships/image" Target="media/image34.png"/><Relationship Id="rId43" Type="http://schemas.openxmlformats.org/officeDocument/2006/relationships/image" Target="media/image35.png"/><Relationship Id="rId44" Type="http://schemas.openxmlformats.org/officeDocument/2006/relationships/image" Target="media/image36.png"/><Relationship Id="rId45" Type="http://schemas.openxmlformats.org/officeDocument/2006/relationships/image" Target="media/image37.png"/><Relationship Id="rId46" Type="http://schemas.openxmlformats.org/officeDocument/2006/relationships/image" Target="media/image38.png"/><Relationship Id="rId47" Type="http://schemas.openxmlformats.org/officeDocument/2006/relationships/image" Target="media/image39.png"/><Relationship Id="rId48" Type="http://schemas.openxmlformats.org/officeDocument/2006/relationships/image" Target="media/image40.png"/><Relationship Id="rId49" Type="http://schemas.openxmlformats.org/officeDocument/2006/relationships/image" Target="media/image41.png"/><Relationship Id="rId50" Type="http://schemas.openxmlformats.org/officeDocument/2006/relationships/image" Target="media/image42.png"/><Relationship Id="rId51" Type="http://schemas.openxmlformats.org/officeDocument/2006/relationships/image" Target="media/image43.png"/><Relationship Id="rId52" Type="http://schemas.openxmlformats.org/officeDocument/2006/relationships/image" Target="media/image44.png"/><Relationship Id="rId53" Type="http://schemas.openxmlformats.org/officeDocument/2006/relationships/image" Target="media/image45.png"/><Relationship Id="rId54" Type="http://schemas.openxmlformats.org/officeDocument/2006/relationships/image" Target="media/image46.png"/><Relationship Id="rId55" Type="http://schemas.openxmlformats.org/officeDocument/2006/relationships/image" Target="media/image47.png"/><Relationship Id="rId56" Type="http://schemas.openxmlformats.org/officeDocument/2006/relationships/image" Target="media/image4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