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0"/>
        </w:rPr>
        <w:t>BON CADEAU — Modèle Noir &amp; Blanc (Éco)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</w:tcPr>
          <w:p>
            <w:r>
              <w:rPr>
                <w:b/>
              </w:rPr>
              <w:t>Bénéficiaire</w:t>
            </w:r>
          </w:p>
        </w:tc>
        <w:tc>
          <w:tcPr>
            <w:tcW w:type="dxa" w:w="4968"/>
          </w:tcPr>
          <w:p>
            <w:r>
              <w:t>[Nom &amp; Prénom]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Montant</w:t>
            </w:r>
          </w:p>
        </w:tc>
        <w:tc>
          <w:tcPr>
            <w:tcW w:type="dxa" w:w="4968"/>
          </w:tcPr>
          <w:p>
            <w:r>
              <w:t>[€ 0,00]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Valable jusqu’au</w:t>
            </w:r>
          </w:p>
        </w:tc>
        <w:tc>
          <w:tcPr>
            <w:tcW w:type="dxa" w:w="4968"/>
          </w:tcPr>
          <w:p>
            <w:r>
              <w:t>[JJ/MM/AAAA]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743200" cy="670095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ECO_ECO-2025-0001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009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ECO-2025-0001</w:t>
      </w:r>
    </w:p>
    <w:p>
      <w:pPr>
        <w:jc w:val="center"/>
      </w:pPr>
      <w:r>
        <w:rPr>
          <w:sz w:val="16"/>
        </w:rPr>
        <w:t>Conditions : non remboursable, non cessible. Usage en une fois (sauf mention).</w:t>
      </w:r>
    </w:p>
    <w:p>
      <w:r>
        <w:br w:type="page"/>
      </w:r>
    </w:p>
    <w:p>
      <w:pPr>
        <w:jc w:val="center"/>
      </w:pPr>
      <w:r>
        <w:rPr>
          <w:b/>
          <w:sz w:val="30"/>
        </w:rPr>
        <w:t>BON CADEAU — Modèle Noir &amp; Blanc (Éco)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</w:tcPr>
          <w:p>
            <w:r>
              <w:rPr>
                <w:b/>
              </w:rPr>
              <w:t>Bénéficiaire</w:t>
            </w:r>
          </w:p>
        </w:tc>
        <w:tc>
          <w:tcPr>
            <w:tcW w:type="dxa" w:w="4968"/>
          </w:tcPr>
          <w:p>
            <w:r>
              <w:t>[Nom &amp; Prénom]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Montant</w:t>
            </w:r>
          </w:p>
        </w:tc>
        <w:tc>
          <w:tcPr>
            <w:tcW w:type="dxa" w:w="4968"/>
          </w:tcPr>
          <w:p>
            <w:r>
              <w:t>[€ 0,00]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Valable jusqu’au</w:t>
            </w:r>
          </w:p>
        </w:tc>
        <w:tc>
          <w:tcPr>
            <w:tcW w:type="dxa" w:w="4968"/>
          </w:tcPr>
          <w:p>
            <w:r>
              <w:t>[JJ/MM/AAAA]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743200" cy="670095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ECO_ECO-2025-0002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009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ECO-2025-0002</w:t>
      </w:r>
    </w:p>
    <w:p>
      <w:pPr>
        <w:jc w:val="center"/>
      </w:pPr>
      <w:r>
        <w:rPr>
          <w:sz w:val="16"/>
        </w:rPr>
        <w:t>Conditions : non remboursable, non cessible. Usage en une fois (sauf mention).</w:t>
      </w:r>
    </w:p>
    <w:p>
      <w:r>
        <w:br w:type="page"/>
      </w:r>
    </w:p>
    <w:p>
      <w:pPr>
        <w:jc w:val="center"/>
      </w:pPr>
      <w:r>
        <w:rPr>
          <w:b/>
          <w:sz w:val="30"/>
        </w:rPr>
        <w:t>BON CADEAU — Modèle Noir &amp; Blanc (Éco)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</w:tcPr>
          <w:p>
            <w:r>
              <w:rPr>
                <w:b/>
              </w:rPr>
              <w:t>Bénéficiaire</w:t>
            </w:r>
          </w:p>
        </w:tc>
        <w:tc>
          <w:tcPr>
            <w:tcW w:type="dxa" w:w="4968"/>
          </w:tcPr>
          <w:p>
            <w:r>
              <w:t>[Nom &amp; Prénom]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Montant</w:t>
            </w:r>
          </w:p>
        </w:tc>
        <w:tc>
          <w:tcPr>
            <w:tcW w:type="dxa" w:w="4968"/>
          </w:tcPr>
          <w:p>
            <w:r>
              <w:t>[€ 0,00]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Valable jusqu’au</w:t>
            </w:r>
          </w:p>
        </w:tc>
        <w:tc>
          <w:tcPr>
            <w:tcW w:type="dxa" w:w="4968"/>
          </w:tcPr>
          <w:p>
            <w:r>
              <w:t>[JJ/MM/AAAA]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743200" cy="670095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ECO_ECO-2025-0003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009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ECO-2025-0003</w:t>
      </w:r>
    </w:p>
    <w:p>
      <w:pPr>
        <w:jc w:val="center"/>
      </w:pPr>
      <w:r>
        <w:rPr>
          <w:sz w:val="16"/>
        </w:rPr>
        <w:t>Conditions : non remboursable, non cessible. Usage en une fois (sauf mention).</w:t>
      </w:r>
    </w:p>
    <w:p>
      <w:r>
        <w:br w:type="page"/>
      </w:r>
    </w:p>
    <w:p>
      <w:pPr>
        <w:jc w:val="center"/>
      </w:pPr>
      <w:r>
        <w:rPr>
          <w:b/>
          <w:sz w:val="30"/>
        </w:rPr>
        <w:t>BON CADEAU — Modèle Noir &amp; Blanc (Éco)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</w:tcPr>
          <w:p>
            <w:r>
              <w:rPr>
                <w:b/>
              </w:rPr>
              <w:t>Bénéficiaire</w:t>
            </w:r>
          </w:p>
        </w:tc>
        <w:tc>
          <w:tcPr>
            <w:tcW w:type="dxa" w:w="4968"/>
          </w:tcPr>
          <w:p>
            <w:r>
              <w:t>[Nom &amp; Prénom]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Montant</w:t>
            </w:r>
          </w:p>
        </w:tc>
        <w:tc>
          <w:tcPr>
            <w:tcW w:type="dxa" w:w="4968"/>
          </w:tcPr>
          <w:p>
            <w:r>
              <w:t>[€ 0,00]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Valable jusqu’au</w:t>
            </w:r>
          </w:p>
        </w:tc>
        <w:tc>
          <w:tcPr>
            <w:tcW w:type="dxa" w:w="4968"/>
          </w:tcPr>
          <w:p>
            <w:r>
              <w:t>[JJ/MM/AAAA]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743200" cy="670095"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ECO_ECO-2025-0004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009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ECO-2025-0004</w:t>
      </w:r>
    </w:p>
    <w:p>
      <w:pPr>
        <w:jc w:val="center"/>
      </w:pPr>
      <w:r>
        <w:rPr>
          <w:sz w:val="16"/>
        </w:rPr>
        <w:t>Conditions : non remboursable, non cessible. Usage en une fois (sauf mention).</w:t>
      </w:r>
    </w:p>
    <w:p>
      <w:r>
        <w:br w:type="page"/>
      </w:r>
    </w:p>
    <w:p>
      <w:pPr>
        <w:jc w:val="center"/>
      </w:pPr>
      <w:r>
        <w:rPr>
          <w:b/>
          <w:sz w:val="30"/>
        </w:rPr>
        <w:t>BON CADEAU — Modèle Noir &amp; Blanc (Éco)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</w:tcPr>
          <w:p>
            <w:r>
              <w:rPr>
                <w:b/>
              </w:rPr>
              <w:t>Bénéficiaire</w:t>
            </w:r>
          </w:p>
        </w:tc>
        <w:tc>
          <w:tcPr>
            <w:tcW w:type="dxa" w:w="4968"/>
          </w:tcPr>
          <w:p>
            <w:r>
              <w:t>[Nom &amp; Prénom]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Montant</w:t>
            </w:r>
          </w:p>
        </w:tc>
        <w:tc>
          <w:tcPr>
            <w:tcW w:type="dxa" w:w="4968"/>
          </w:tcPr>
          <w:p>
            <w:r>
              <w:t>[€ 0,00]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Valable jusqu’au</w:t>
            </w:r>
          </w:p>
        </w:tc>
        <w:tc>
          <w:tcPr>
            <w:tcW w:type="dxa" w:w="4968"/>
          </w:tcPr>
          <w:p>
            <w:r>
              <w:t>[JJ/MM/AAAA]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743200" cy="670095"/>
            <wp:docPr id="5" name="Picture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ECO_ECO-2025-0005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009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ECO-2025-0005</w:t>
      </w:r>
    </w:p>
    <w:p>
      <w:pPr>
        <w:jc w:val="center"/>
      </w:pPr>
      <w:r>
        <w:rPr>
          <w:sz w:val="16"/>
        </w:rPr>
        <w:t>Conditions : non remboursable, non cessible. Usage en une fois (sauf mention).</w:t>
      </w:r>
    </w:p>
    <w:p>
      <w:r>
        <w:br w:type="page"/>
      </w:r>
    </w:p>
    <w:p>
      <w:pPr>
        <w:jc w:val="center"/>
      </w:pPr>
      <w:r>
        <w:rPr>
          <w:b/>
          <w:sz w:val="30"/>
        </w:rPr>
        <w:t>BON CADEAU — Modèle Noir &amp; Blanc (Éco)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</w:tcPr>
          <w:p>
            <w:r>
              <w:rPr>
                <w:b/>
              </w:rPr>
              <w:t>Bénéficiaire</w:t>
            </w:r>
          </w:p>
        </w:tc>
        <w:tc>
          <w:tcPr>
            <w:tcW w:type="dxa" w:w="4968"/>
          </w:tcPr>
          <w:p>
            <w:r>
              <w:t>[Nom &amp; Prénom]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Montant</w:t>
            </w:r>
          </w:p>
        </w:tc>
        <w:tc>
          <w:tcPr>
            <w:tcW w:type="dxa" w:w="4968"/>
          </w:tcPr>
          <w:p>
            <w:r>
              <w:t>[€ 0,00]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Valable jusqu’au</w:t>
            </w:r>
          </w:p>
        </w:tc>
        <w:tc>
          <w:tcPr>
            <w:tcW w:type="dxa" w:w="4968"/>
          </w:tcPr>
          <w:p>
            <w:r>
              <w:t>[JJ/MM/AAAA]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743200" cy="670095"/>
            <wp:docPr id="6" name="Picture 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ECO_ECO-2025-0006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009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ECO-2025-0006</w:t>
      </w:r>
    </w:p>
    <w:p>
      <w:pPr>
        <w:jc w:val="center"/>
      </w:pPr>
      <w:r>
        <w:rPr>
          <w:sz w:val="16"/>
        </w:rPr>
        <w:t>Conditions : non remboursable, non cessible. Usage en une fois (sauf mention).</w:t>
      </w:r>
    </w:p>
    <w:p>
      <w:r>
        <w:br w:type="page"/>
      </w:r>
    </w:p>
    <w:p>
      <w:pPr>
        <w:jc w:val="center"/>
      </w:pPr>
      <w:r>
        <w:rPr>
          <w:b/>
          <w:sz w:val="30"/>
        </w:rPr>
        <w:t>BON CADEAU — Modèle Noir &amp; Blanc (Éco)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</w:tcPr>
          <w:p>
            <w:r>
              <w:rPr>
                <w:b/>
              </w:rPr>
              <w:t>Bénéficiaire</w:t>
            </w:r>
          </w:p>
        </w:tc>
        <w:tc>
          <w:tcPr>
            <w:tcW w:type="dxa" w:w="4968"/>
          </w:tcPr>
          <w:p>
            <w:r>
              <w:t>[Nom &amp; Prénom]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Montant</w:t>
            </w:r>
          </w:p>
        </w:tc>
        <w:tc>
          <w:tcPr>
            <w:tcW w:type="dxa" w:w="4968"/>
          </w:tcPr>
          <w:p>
            <w:r>
              <w:t>[€ 0,00]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Valable jusqu’au</w:t>
            </w:r>
          </w:p>
        </w:tc>
        <w:tc>
          <w:tcPr>
            <w:tcW w:type="dxa" w:w="4968"/>
          </w:tcPr>
          <w:p>
            <w:r>
              <w:t>[JJ/MM/AAAA]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743200" cy="670095"/>
            <wp:docPr id="7" name="Picture 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ECO_ECO-2025-0007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009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ECO-2025-0007</w:t>
      </w:r>
    </w:p>
    <w:p>
      <w:pPr>
        <w:jc w:val="center"/>
      </w:pPr>
      <w:r>
        <w:rPr>
          <w:sz w:val="16"/>
        </w:rPr>
        <w:t>Conditions : non remboursable, non cessible. Usage en une fois (sauf mention).</w:t>
      </w:r>
    </w:p>
    <w:p>
      <w:r>
        <w:br w:type="page"/>
      </w:r>
    </w:p>
    <w:p>
      <w:pPr>
        <w:jc w:val="center"/>
      </w:pPr>
      <w:r>
        <w:rPr>
          <w:b/>
          <w:sz w:val="30"/>
        </w:rPr>
        <w:t>BON CADEAU — Modèle Noir &amp; Blanc (Éco)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</w:tcPr>
          <w:p>
            <w:r>
              <w:rPr>
                <w:b/>
              </w:rPr>
              <w:t>Bénéficiaire</w:t>
            </w:r>
          </w:p>
        </w:tc>
        <w:tc>
          <w:tcPr>
            <w:tcW w:type="dxa" w:w="4968"/>
          </w:tcPr>
          <w:p>
            <w:r>
              <w:t>[Nom &amp; Prénom]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Montant</w:t>
            </w:r>
          </w:p>
        </w:tc>
        <w:tc>
          <w:tcPr>
            <w:tcW w:type="dxa" w:w="4968"/>
          </w:tcPr>
          <w:p>
            <w:r>
              <w:t>[€ 0,00]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Valable jusqu’au</w:t>
            </w:r>
          </w:p>
        </w:tc>
        <w:tc>
          <w:tcPr>
            <w:tcW w:type="dxa" w:w="4968"/>
          </w:tcPr>
          <w:p>
            <w:r>
              <w:t>[JJ/MM/AAAA]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743200" cy="670095"/>
            <wp:docPr id="8" name="Picture 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ECO_ECO-2025-0008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009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ECO-2025-0008</w:t>
      </w:r>
    </w:p>
    <w:p>
      <w:pPr>
        <w:jc w:val="center"/>
      </w:pPr>
      <w:r>
        <w:rPr>
          <w:sz w:val="16"/>
        </w:rPr>
        <w:t>Conditions : non remboursable, non cessible. Usage en une fois (sauf mention).</w:t>
      </w:r>
    </w:p>
    <w:p>
      <w:r>
        <w:br w:type="page"/>
      </w:r>
    </w:p>
    <w:p>
      <w:pPr>
        <w:jc w:val="center"/>
      </w:pPr>
      <w:r>
        <w:rPr>
          <w:b/>
          <w:sz w:val="30"/>
        </w:rPr>
        <w:t>BON CADEAU — Modèle Noir &amp; Blanc (Éco)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</w:tcPr>
          <w:p>
            <w:r>
              <w:rPr>
                <w:b/>
              </w:rPr>
              <w:t>Bénéficiaire</w:t>
            </w:r>
          </w:p>
        </w:tc>
        <w:tc>
          <w:tcPr>
            <w:tcW w:type="dxa" w:w="4968"/>
          </w:tcPr>
          <w:p>
            <w:r>
              <w:t>[Nom &amp; Prénom]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Montant</w:t>
            </w:r>
          </w:p>
        </w:tc>
        <w:tc>
          <w:tcPr>
            <w:tcW w:type="dxa" w:w="4968"/>
          </w:tcPr>
          <w:p>
            <w:r>
              <w:t>[€ 0,00]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Valable jusqu’au</w:t>
            </w:r>
          </w:p>
        </w:tc>
        <w:tc>
          <w:tcPr>
            <w:tcW w:type="dxa" w:w="4968"/>
          </w:tcPr>
          <w:p>
            <w:r>
              <w:t>[JJ/MM/AAAA]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743200" cy="670095"/>
            <wp:docPr id="9" name="Picture 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ECO_ECO-2025-0009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009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ECO-2025-0009</w:t>
      </w:r>
    </w:p>
    <w:p>
      <w:pPr>
        <w:jc w:val="center"/>
      </w:pPr>
      <w:r>
        <w:rPr>
          <w:sz w:val="16"/>
        </w:rPr>
        <w:t>Conditions : non remboursable, non cessible. Usage en une fois (sauf mention).</w:t>
      </w:r>
    </w:p>
    <w:p>
      <w:r>
        <w:br w:type="page"/>
      </w:r>
    </w:p>
    <w:p>
      <w:pPr>
        <w:jc w:val="center"/>
      </w:pPr>
      <w:r>
        <w:rPr>
          <w:b/>
          <w:sz w:val="30"/>
        </w:rPr>
        <w:t>BON CADEAU — Modèle Noir &amp; Blanc (Éco)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</w:tcPr>
          <w:p>
            <w:r>
              <w:rPr>
                <w:b/>
              </w:rPr>
              <w:t>Bénéficiaire</w:t>
            </w:r>
          </w:p>
        </w:tc>
        <w:tc>
          <w:tcPr>
            <w:tcW w:type="dxa" w:w="4968"/>
          </w:tcPr>
          <w:p>
            <w:r>
              <w:t>[Nom &amp; Prénom]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Montant</w:t>
            </w:r>
          </w:p>
        </w:tc>
        <w:tc>
          <w:tcPr>
            <w:tcW w:type="dxa" w:w="4968"/>
          </w:tcPr>
          <w:p>
            <w:r>
              <w:t>[€ 0,00]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Valable jusqu’au</w:t>
            </w:r>
          </w:p>
        </w:tc>
        <w:tc>
          <w:tcPr>
            <w:tcW w:type="dxa" w:w="4968"/>
          </w:tcPr>
          <w:p>
            <w:r>
              <w:t>[JJ/MM/AAAA]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743200" cy="670095"/>
            <wp:docPr id="10" name="Picture 1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ECO_ECO-2025-0010.p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009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ECO-2025-0010</w:t>
      </w:r>
    </w:p>
    <w:p>
      <w:pPr>
        <w:jc w:val="center"/>
      </w:pPr>
      <w:r>
        <w:rPr>
          <w:sz w:val="16"/>
        </w:rPr>
        <w:t>Conditions : non remboursable, non cessible. Usage en une fois (sauf mention).</w:t>
      </w:r>
    </w:p>
    <w:p>
      <w:r>
        <w:br w:type="page"/>
      </w:r>
    </w:p>
    <w:p>
      <w:pPr>
        <w:jc w:val="center"/>
      </w:pPr>
      <w:r>
        <w:rPr>
          <w:b/>
          <w:sz w:val="30"/>
        </w:rPr>
        <w:t>BON CADEAU — Modèle Noir &amp; Blanc (Éco)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</w:tcPr>
          <w:p>
            <w:r>
              <w:rPr>
                <w:b/>
              </w:rPr>
              <w:t>Bénéficiaire</w:t>
            </w:r>
          </w:p>
        </w:tc>
        <w:tc>
          <w:tcPr>
            <w:tcW w:type="dxa" w:w="4968"/>
          </w:tcPr>
          <w:p>
            <w:r>
              <w:t>[Nom &amp; Prénom]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Montant</w:t>
            </w:r>
          </w:p>
        </w:tc>
        <w:tc>
          <w:tcPr>
            <w:tcW w:type="dxa" w:w="4968"/>
          </w:tcPr>
          <w:p>
            <w:r>
              <w:t>[€ 0,00]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Valable jusqu’au</w:t>
            </w:r>
          </w:p>
        </w:tc>
        <w:tc>
          <w:tcPr>
            <w:tcW w:type="dxa" w:w="4968"/>
          </w:tcPr>
          <w:p>
            <w:r>
              <w:t>[JJ/MM/AAAA]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743200" cy="675249"/>
            <wp:docPr id="11" name="Picture 1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ECO_ECO-2025-0011.pn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524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ECO-2025-0011</w:t>
      </w:r>
    </w:p>
    <w:p>
      <w:pPr>
        <w:jc w:val="center"/>
      </w:pPr>
      <w:r>
        <w:rPr>
          <w:sz w:val="16"/>
        </w:rPr>
        <w:t>Conditions : non remboursable, non cessible. Usage en une fois (sauf mention).</w:t>
      </w:r>
    </w:p>
    <w:p>
      <w:r>
        <w:br w:type="page"/>
      </w:r>
    </w:p>
    <w:p>
      <w:pPr>
        <w:jc w:val="center"/>
      </w:pPr>
      <w:r>
        <w:rPr>
          <w:b/>
          <w:sz w:val="30"/>
        </w:rPr>
        <w:t>BON CADEAU — Modèle Noir &amp; Blanc (Éco)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</w:tcPr>
          <w:p>
            <w:r>
              <w:rPr>
                <w:b/>
              </w:rPr>
              <w:t>Bénéficiaire</w:t>
            </w:r>
          </w:p>
        </w:tc>
        <w:tc>
          <w:tcPr>
            <w:tcW w:type="dxa" w:w="4968"/>
          </w:tcPr>
          <w:p>
            <w:r>
              <w:t>[Nom &amp; Prénom]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Montant</w:t>
            </w:r>
          </w:p>
        </w:tc>
        <w:tc>
          <w:tcPr>
            <w:tcW w:type="dxa" w:w="4968"/>
          </w:tcPr>
          <w:p>
            <w:r>
              <w:t>[€ 0,00]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Valable jusqu’au</w:t>
            </w:r>
          </w:p>
        </w:tc>
        <w:tc>
          <w:tcPr>
            <w:tcW w:type="dxa" w:w="4968"/>
          </w:tcPr>
          <w:p>
            <w:r>
              <w:t>[JJ/MM/AAAA]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743200" cy="675249"/>
            <wp:docPr id="12" name="Picture 1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ECO_ECO-2025-0012.pn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524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ECO-2025-0012</w:t>
      </w:r>
    </w:p>
    <w:p>
      <w:pPr>
        <w:jc w:val="center"/>
      </w:pPr>
      <w:r>
        <w:rPr>
          <w:sz w:val="16"/>
        </w:rPr>
        <w:t>Conditions : non remboursable, non cessible. Usage en une fois (sauf mention).</w:t>
      </w:r>
    </w:p>
    <w:p>
      <w:r>
        <w:br w:type="page"/>
      </w:r>
    </w:p>
    <w:p>
      <w:pPr>
        <w:jc w:val="center"/>
      </w:pPr>
      <w:r>
        <w:rPr>
          <w:b/>
          <w:sz w:val="30"/>
        </w:rPr>
        <w:t>BON CADEAU — Modèle Noir &amp; Blanc (Éco)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</w:tcPr>
          <w:p>
            <w:r>
              <w:rPr>
                <w:b/>
              </w:rPr>
              <w:t>Bénéficiaire</w:t>
            </w:r>
          </w:p>
        </w:tc>
        <w:tc>
          <w:tcPr>
            <w:tcW w:type="dxa" w:w="4968"/>
          </w:tcPr>
          <w:p>
            <w:r>
              <w:t>[Nom &amp; Prénom]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Montant</w:t>
            </w:r>
          </w:p>
        </w:tc>
        <w:tc>
          <w:tcPr>
            <w:tcW w:type="dxa" w:w="4968"/>
          </w:tcPr>
          <w:p>
            <w:r>
              <w:t>[€ 0,00]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Valable jusqu’au</w:t>
            </w:r>
          </w:p>
        </w:tc>
        <w:tc>
          <w:tcPr>
            <w:tcW w:type="dxa" w:w="4968"/>
          </w:tcPr>
          <w:p>
            <w:r>
              <w:t>[JJ/MM/AAAA]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743200" cy="675249"/>
            <wp:docPr id="13" name="Picture 1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ECO_ECO-2025-0013.p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524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ECO-2025-0013</w:t>
      </w:r>
    </w:p>
    <w:p>
      <w:pPr>
        <w:jc w:val="center"/>
      </w:pPr>
      <w:r>
        <w:rPr>
          <w:sz w:val="16"/>
        </w:rPr>
        <w:t>Conditions : non remboursable, non cessible. Usage en une fois (sauf mention).</w:t>
      </w:r>
    </w:p>
    <w:p>
      <w:r>
        <w:br w:type="page"/>
      </w:r>
    </w:p>
    <w:p>
      <w:pPr>
        <w:jc w:val="center"/>
      </w:pPr>
      <w:r>
        <w:rPr>
          <w:b/>
          <w:sz w:val="30"/>
        </w:rPr>
        <w:t>BON CADEAU — Modèle Noir &amp; Blanc (Éco)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</w:tcPr>
          <w:p>
            <w:r>
              <w:rPr>
                <w:b/>
              </w:rPr>
              <w:t>Bénéficiaire</w:t>
            </w:r>
          </w:p>
        </w:tc>
        <w:tc>
          <w:tcPr>
            <w:tcW w:type="dxa" w:w="4968"/>
          </w:tcPr>
          <w:p>
            <w:r>
              <w:t>[Nom &amp; Prénom]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Montant</w:t>
            </w:r>
          </w:p>
        </w:tc>
        <w:tc>
          <w:tcPr>
            <w:tcW w:type="dxa" w:w="4968"/>
          </w:tcPr>
          <w:p>
            <w:r>
              <w:t>[€ 0,00]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Valable jusqu’au</w:t>
            </w:r>
          </w:p>
        </w:tc>
        <w:tc>
          <w:tcPr>
            <w:tcW w:type="dxa" w:w="4968"/>
          </w:tcPr>
          <w:p>
            <w:r>
              <w:t>[JJ/MM/AAAA]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743200" cy="675249"/>
            <wp:docPr id="14" name="Picture 1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ECO_ECO-2025-0014.pn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524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ECO-2025-0014</w:t>
      </w:r>
    </w:p>
    <w:p>
      <w:pPr>
        <w:jc w:val="center"/>
      </w:pPr>
      <w:r>
        <w:rPr>
          <w:sz w:val="16"/>
        </w:rPr>
        <w:t>Conditions : non remboursable, non cessible. Usage en une fois (sauf mention).</w:t>
      </w:r>
    </w:p>
    <w:p>
      <w:r>
        <w:br w:type="page"/>
      </w:r>
    </w:p>
    <w:p>
      <w:pPr>
        <w:jc w:val="center"/>
      </w:pPr>
      <w:r>
        <w:rPr>
          <w:b/>
          <w:sz w:val="30"/>
        </w:rPr>
        <w:t>BON CADEAU — Modèle Noir &amp; Blanc (Éco)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</w:tcPr>
          <w:p>
            <w:r>
              <w:rPr>
                <w:b/>
              </w:rPr>
              <w:t>Bénéficiaire</w:t>
            </w:r>
          </w:p>
        </w:tc>
        <w:tc>
          <w:tcPr>
            <w:tcW w:type="dxa" w:w="4968"/>
          </w:tcPr>
          <w:p>
            <w:r>
              <w:t>[Nom &amp; Prénom]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Montant</w:t>
            </w:r>
          </w:p>
        </w:tc>
        <w:tc>
          <w:tcPr>
            <w:tcW w:type="dxa" w:w="4968"/>
          </w:tcPr>
          <w:p>
            <w:r>
              <w:t>[€ 0,00]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Valable jusqu’au</w:t>
            </w:r>
          </w:p>
        </w:tc>
        <w:tc>
          <w:tcPr>
            <w:tcW w:type="dxa" w:w="4968"/>
          </w:tcPr>
          <w:p>
            <w:r>
              <w:t>[JJ/MM/AAAA]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743200" cy="675249"/>
            <wp:docPr id="15" name="Picture 1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ECO_ECO-2025-0015.pn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524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ECO-2025-0015</w:t>
      </w:r>
    </w:p>
    <w:p>
      <w:pPr>
        <w:jc w:val="center"/>
      </w:pPr>
      <w:r>
        <w:rPr>
          <w:sz w:val="16"/>
        </w:rPr>
        <w:t>Conditions : non remboursable, non cessible. Usage en une fois (sauf mention).</w:t>
      </w:r>
    </w:p>
    <w:p>
      <w:r>
        <w:br w:type="page"/>
      </w:r>
    </w:p>
    <w:p>
      <w:pPr>
        <w:jc w:val="center"/>
      </w:pPr>
      <w:r>
        <w:rPr>
          <w:b/>
          <w:sz w:val="30"/>
        </w:rPr>
        <w:t>BON CADEAU — Modèle Noir &amp; Blanc (Éco)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</w:tcPr>
          <w:p>
            <w:r>
              <w:rPr>
                <w:b/>
              </w:rPr>
              <w:t>Bénéficiaire</w:t>
            </w:r>
          </w:p>
        </w:tc>
        <w:tc>
          <w:tcPr>
            <w:tcW w:type="dxa" w:w="4968"/>
          </w:tcPr>
          <w:p>
            <w:r>
              <w:t>[Nom &amp; Prénom]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Montant</w:t>
            </w:r>
          </w:p>
        </w:tc>
        <w:tc>
          <w:tcPr>
            <w:tcW w:type="dxa" w:w="4968"/>
          </w:tcPr>
          <w:p>
            <w:r>
              <w:t>[€ 0,00]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Valable jusqu’au</w:t>
            </w:r>
          </w:p>
        </w:tc>
        <w:tc>
          <w:tcPr>
            <w:tcW w:type="dxa" w:w="4968"/>
          </w:tcPr>
          <w:p>
            <w:r>
              <w:t>[JJ/MM/AAAA]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743200" cy="675249"/>
            <wp:docPr id="16" name="Picture 1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ECO_ECO-2025-0016.pn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524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ECO-2025-0016</w:t>
      </w:r>
    </w:p>
    <w:p>
      <w:pPr>
        <w:jc w:val="center"/>
      </w:pPr>
      <w:r>
        <w:rPr>
          <w:sz w:val="16"/>
        </w:rPr>
        <w:t>Conditions : non remboursable, non cessible. Usage en une fois (sauf mention).</w:t>
      </w:r>
    </w:p>
    <w:p>
      <w:r>
        <w:br w:type="page"/>
      </w:r>
    </w:p>
    <w:p>
      <w:pPr>
        <w:jc w:val="center"/>
      </w:pPr>
      <w:r>
        <w:rPr>
          <w:b/>
          <w:sz w:val="30"/>
        </w:rPr>
        <w:t>BON CADEAU — Modèle Noir &amp; Blanc (Éco)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</w:tcPr>
          <w:p>
            <w:r>
              <w:rPr>
                <w:b/>
              </w:rPr>
              <w:t>Bénéficiaire</w:t>
            </w:r>
          </w:p>
        </w:tc>
        <w:tc>
          <w:tcPr>
            <w:tcW w:type="dxa" w:w="4968"/>
          </w:tcPr>
          <w:p>
            <w:r>
              <w:t>[Nom &amp; Prénom]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Montant</w:t>
            </w:r>
          </w:p>
        </w:tc>
        <w:tc>
          <w:tcPr>
            <w:tcW w:type="dxa" w:w="4968"/>
          </w:tcPr>
          <w:p>
            <w:r>
              <w:t>[€ 0,00]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Valable jusqu’au</w:t>
            </w:r>
          </w:p>
        </w:tc>
        <w:tc>
          <w:tcPr>
            <w:tcW w:type="dxa" w:w="4968"/>
          </w:tcPr>
          <w:p>
            <w:r>
              <w:t>[JJ/MM/AAAA]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743200" cy="675249"/>
            <wp:docPr id="17" name="Picture 1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ECO_ECO-2025-0017.pn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524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ECO-2025-0017</w:t>
      </w:r>
    </w:p>
    <w:p>
      <w:pPr>
        <w:jc w:val="center"/>
      </w:pPr>
      <w:r>
        <w:rPr>
          <w:sz w:val="16"/>
        </w:rPr>
        <w:t>Conditions : non remboursable, non cessible. Usage en une fois (sauf mention).</w:t>
      </w:r>
    </w:p>
    <w:p>
      <w:r>
        <w:br w:type="page"/>
      </w:r>
    </w:p>
    <w:p>
      <w:pPr>
        <w:jc w:val="center"/>
      </w:pPr>
      <w:r>
        <w:rPr>
          <w:b/>
          <w:sz w:val="30"/>
        </w:rPr>
        <w:t>BON CADEAU — Modèle Noir &amp; Blanc (Éco)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</w:tcPr>
          <w:p>
            <w:r>
              <w:rPr>
                <w:b/>
              </w:rPr>
              <w:t>Bénéficiaire</w:t>
            </w:r>
          </w:p>
        </w:tc>
        <w:tc>
          <w:tcPr>
            <w:tcW w:type="dxa" w:w="4968"/>
          </w:tcPr>
          <w:p>
            <w:r>
              <w:t>[Nom &amp; Prénom]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Montant</w:t>
            </w:r>
          </w:p>
        </w:tc>
        <w:tc>
          <w:tcPr>
            <w:tcW w:type="dxa" w:w="4968"/>
          </w:tcPr>
          <w:p>
            <w:r>
              <w:t>[€ 0,00]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Valable jusqu’au</w:t>
            </w:r>
          </w:p>
        </w:tc>
        <w:tc>
          <w:tcPr>
            <w:tcW w:type="dxa" w:w="4968"/>
          </w:tcPr>
          <w:p>
            <w:r>
              <w:t>[JJ/MM/AAAA]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743200" cy="675249"/>
            <wp:docPr id="18" name="Picture 1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ECO_ECO-2025-0018.pn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524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ECO-2025-0018</w:t>
      </w:r>
    </w:p>
    <w:p>
      <w:pPr>
        <w:jc w:val="center"/>
      </w:pPr>
      <w:r>
        <w:rPr>
          <w:sz w:val="16"/>
        </w:rPr>
        <w:t>Conditions : non remboursable, non cessible. Usage en une fois (sauf mention).</w:t>
      </w:r>
    </w:p>
    <w:p>
      <w:r>
        <w:br w:type="page"/>
      </w:r>
    </w:p>
    <w:p>
      <w:pPr>
        <w:jc w:val="center"/>
      </w:pPr>
      <w:r>
        <w:rPr>
          <w:b/>
          <w:sz w:val="30"/>
        </w:rPr>
        <w:t>BON CADEAU — Modèle Noir &amp; Blanc (Éco)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</w:tcPr>
          <w:p>
            <w:r>
              <w:rPr>
                <w:b/>
              </w:rPr>
              <w:t>Bénéficiaire</w:t>
            </w:r>
          </w:p>
        </w:tc>
        <w:tc>
          <w:tcPr>
            <w:tcW w:type="dxa" w:w="4968"/>
          </w:tcPr>
          <w:p>
            <w:r>
              <w:t>[Nom &amp; Prénom]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Montant</w:t>
            </w:r>
          </w:p>
        </w:tc>
        <w:tc>
          <w:tcPr>
            <w:tcW w:type="dxa" w:w="4968"/>
          </w:tcPr>
          <w:p>
            <w:r>
              <w:t>[€ 0,00]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Valable jusqu’au</w:t>
            </w:r>
          </w:p>
        </w:tc>
        <w:tc>
          <w:tcPr>
            <w:tcW w:type="dxa" w:w="4968"/>
          </w:tcPr>
          <w:p>
            <w:r>
              <w:t>[JJ/MM/AAAA]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743200" cy="675249"/>
            <wp:docPr id="19" name="Picture 1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ECO_ECO-2025-0019.pn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524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ECO-2025-0019</w:t>
      </w:r>
    </w:p>
    <w:p>
      <w:pPr>
        <w:jc w:val="center"/>
      </w:pPr>
      <w:r>
        <w:rPr>
          <w:sz w:val="16"/>
        </w:rPr>
        <w:t>Conditions : non remboursable, non cessible. Usage en une fois (sauf mention).</w:t>
      </w:r>
    </w:p>
    <w:p>
      <w:r>
        <w:br w:type="page"/>
      </w:r>
    </w:p>
    <w:p>
      <w:pPr>
        <w:jc w:val="center"/>
      </w:pPr>
      <w:r>
        <w:rPr>
          <w:b/>
          <w:sz w:val="30"/>
        </w:rPr>
        <w:t>BON CADEAU — Modèle Noir &amp; Blanc (Éco)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</w:tcPr>
          <w:p>
            <w:r>
              <w:rPr>
                <w:b/>
              </w:rPr>
              <w:t>Bénéficiaire</w:t>
            </w:r>
          </w:p>
        </w:tc>
        <w:tc>
          <w:tcPr>
            <w:tcW w:type="dxa" w:w="4968"/>
          </w:tcPr>
          <w:p>
            <w:r>
              <w:t>[Nom &amp; Prénom]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Montant</w:t>
            </w:r>
          </w:p>
        </w:tc>
        <w:tc>
          <w:tcPr>
            <w:tcW w:type="dxa" w:w="4968"/>
          </w:tcPr>
          <w:p>
            <w:r>
              <w:t>[€ 0,00]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Valable jusqu’au</w:t>
            </w:r>
          </w:p>
        </w:tc>
        <w:tc>
          <w:tcPr>
            <w:tcW w:type="dxa" w:w="4968"/>
          </w:tcPr>
          <w:p>
            <w:r>
              <w:t>[JJ/MM/AAAA]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743200" cy="670095"/>
            <wp:docPr id="20" name="Picture 2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ECO_ECO-2025-0020.pn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009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ECO-2025-0020</w:t>
      </w:r>
    </w:p>
    <w:p>
      <w:pPr>
        <w:jc w:val="center"/>
      </w:pPr>
      <w:r>
        <w:rPr>
          <w:sz w:val="16"/>
        </w:rPr>
        <w:t>Conditions : non remboursable, non cessible. Usage en une fois (sauf mention).</w:t>
      </w:r>
    </w:p>
    <w:p>
      <w:r>
        <w:br w:type="page"/>
      </w:r>
    </w:p>
    <w:p>
      <w:pPr>
        <w:jc w:val="center"/>
      </w:pPr>
      <w:r>
        <w:rPr>
          <w:b/>
          <w:sz w:val="30"/>
        </w:rPr>
        <w:t>BON CADEAU — Modèle Noir &amp; Blanc (Éco)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</w:tcPr>
          <w:p>
            <w:r>
              <w:rPr>
                <w:b/>
              </w:rPr>
              <w:t>Bénéficiaire</w:t>
            </w:r>
          </w:p>
        </w:tc>
        <w:tc>
          <w:tcPr>
            <w:tcW w:type="dxa" w:w="4968"/>
          </w:tcPr>
          <w:p>
            <w:r>
              <w:t>[Nom &amp; Prénom]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Montant</w:t>
            </w:r>
          </w:p>
        </w:tc>
        <w:tc>
          <w:tcPr>
            <w:tcW w:type="dxa" w:w="4968"/>
          </w:tcPr>
          <w:p>
            <w:r>
              <w:t>[€ 0,00]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Valable jusqu’au</w:t>
            </w:r>
          </w:p>
        </w:tc>
        <w:tc>
          <w:tcPr>
            <w:tcW w:type="dxa" w:w="4968"/>
          </w:tcPr>
          <w:p>
            <w:r>
              <w:t>[JJ/MM/AAAA]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743200" cy="675249"/>
            <wp:docPr id="21" name="Picture 2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ECO_ECO-2025-0021.png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524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ECO-2025-0021</w:t>
      </w:r>
    </w:p>
    <w:p>
      <w:pPr>
        <w:jc w:val="center"/>
      </w:pPr>
      <w:r>
        <w:rPr>
          <w:sz w:val="16"/>
        </w:rPr>
        <w:t>Conditions : non remboursable, non cessible. Usage en une fois (sauf mention).</w:t>
      </w:r>
    </w:p>
    <w:p>
      <w:r>
        <w:br w:type="page"/>
      </w:r>
    </w:p>
    <w:p>
      <w:pPr>
        <w:jc w:val="center"/>
      </w:pPr>
      <w:r>
        <w:rPr>
          <w:b/>
          <w:sz w:val="30"/>
        </w:rPr>
        <w:t>BON CADEAU — Modèle Noir &amp; Blanc (Éco)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</w:tcPr>
          <w:p>
            <w:r>
              <w:rPr>
                <w:b/>
              </w:rPr>
              <w:t>Bénéficiaire</w:t>
            </w:r>
          </w:p>
        </w:tc>
        <w:tc>
          <w:tcPr>
            <w:tcW w:type="dxa" w:w="4968"/>
          </w:tcPr>
          <w:p>
            <w:r>
              <w:t>[Nom &amp; Prénom]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Montant</w:t>
            </w:r>
          </w:p>
        </w:tc>
        <w:tc>
          <w:tcPr>
            <w:tcW w:type="dxa" w:w="4968"/>
          </w:tcPr>
          <w:p>
            <w:r>
              <w:t>[€ 0,00]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Valable jusqu’au</w:t>
            </w:r>
          </w:p>
        </w:tc>
        <w:tc>
          <w:tcPr>
            <w:tcW w:type="dxa" w:w="4968"/>
          </w:tcPr>
          <w:p>
            <w:r>
              <w:t>[JJ/MM/AAAA]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743200" cy="675249"/>
            <wp:docPr id="22" name="Picture 2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ECO_ECO-2025-0022.png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524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ECO-2025-0022</w:t>
      </w:r>
    </w:p>
    <w:p>
      <w:pPr>
        <w:jc w:val="center"/>
      </w:pPr>
      <w:r>
        <w:rPr>
          <w:sz w:val="16"/>
        </w:rPr>
        <w:t>Conditions : non remboursable, non cessible. Usage en une fois (sauf mention).</w:t>
      </w:r>
    </w:p>
    <w:p>
      <w:r>
        <w:br w:type="page"/>
      </w:r>
    </w:p>
    <w:p>
      <w:pPr>
        <w:jc w:val="center"/>
      </w:pPr>
      <w:r>
        <w:rPr>
          <w:b/>
          <w:sz w:val="30"/>
        </w:rPr>
        <w:t>BON CADEAU — Modèle Noir &amp; Blanc (Éco)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</w:tcPr>
          <w:p>
            <w:r>
              <w:rPr>
                <w:b/>
              </w:rPr>
              <w:t>Bénéficiaire</w:t>
            </w:r>
          </w:p>
        </w:tc>
        <w:tc>
          <w:tcPr>
            <w:tcW w:type="dxa" w:w="4968"/>
          </w:tcPr>
          <w:p>
            <w:r>
              <w:t>[Nom &amp; Prénom]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Montant</w:t>
            </w:r>
          </w:p>
        </w:tc>
        <w:tc>
          <w:tcPr>
            <w:tcW w:type="dxa" w:w="4968"/>
          </w:tcPr>
          <w:p>
            <w:r>
              <w:t>[€ 0,00]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Valable jusqu’au</w:t>
            </w:r>
          </w:p>
        </w:tc>
        <w:tc>
          <w:tcPr>
            <w:tcW w:type="dxa" w:w="4968"/>
          </w:tcPr>
          <w:p>
            <w:r>
              <w:t>[JJ/MM/AAAA]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743200" cy="675249"/>
            <wp:docPr id="23" name="Picture 2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ECO_ECO-2025-0023.png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524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ECO-2025-0023</w:t>
      </w:r>
    </w:p>
    <w:p>
      <w:pPr>
        <w:jc w:val="center"/>
      </w:pPr>
      <w:r>
        <w:rPr>
          <w:sz w:val="16"/>
        </w:rPr>
        <w:t>Conditions : non remboursable, non cessible. Usage en une fois (sauf mention).</w:t>
      </w:r>
    </w:p>
    <w:p>
      <w:r>
        <w:br w:type="page"/>
      </w:r>
    </w:p>
    <w:p>
      <w:pPr>
        <w:jc w:val="center"/>
      </w:pPr>
      <w:r>
        <w:rPr>
          <w:b/>
          <w:sz w:val="30"/>
        </w:rPr>
        <w:t>BON CADEAU — Modèle Noir &amp; Blanc (Éco)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</w:tcPr>
          <w:p>
            <w:r>
              <w:rPr>
                <w:b/>
              </w:rPr>
              <w:t>Bénéficiaire</w:t>
            </w:r>
          </w:p>
        </w:tc>
        <w:tc>
          <w:tcPr>
            <w:tcW w:type="dxa" w:w="4968"/>
          </w:tcPr>
          <w:p>
            <w:r>
              <w:t>[Nom &amp; Prénom]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Montant</w:t>
            </w:r>
          </w:p>
        </w:tc>
        <w:tc>
          <w:tcPr>
            <w:tcW w:type="dxa" w:w="4968"/>
          </w:tcPr>
          <w:p>
            <w:r>
              <w:t>[€ 0,00]</w:t>
            </w:r>
          </w:p>
        </w:tc>
      </w:tr>
      <w:tr>
        <w:tc>
          <w:tcPr>
            <w:tcW w:type="dxa" w:w="4968"/>
          </w:tcPr>
          <w:p>
            <w:r>
              <w:rPr>
                <w:b/>
              </w:rPr>
              <w:t>Valable jusqu’au</w:t>
            </w:r>
          </w:p>
        </w:tc>
        <w:tc>
          <w:tcPr>
            <w:tcW w:type="dxa" w:w="4968"/>
          </w:tcPr>
          <w:p>
            <w:r>
              <w:t>[JJ/MM/AAAA]</w:t>
            </w:r>
          </w:p>
        </w:tc>
      </w:tr>
    </w:tbl>
    <w:p>
      <w:r>
        <w:drawing>
          <wp:inline xmlns:a="http://schemas.openxmlformats.org/drawingml/2006/main" xmlns:pic="http://schemas.openxmlformats.org/drawingml/2006/picture">
            <wp:extent cx="2743200" cy="675249"/>
            <wp:docPr id="24" name="Picture 2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ECO_ECO-2025-0024.png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524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ECO-2025-0024</w:t>
      </w:r>
    </w:p>
    <w:p>
      <w:pPr>
        <w:jc w:val="center"/>
      </w:pPr>
      <w:r>
        <w:rPr>
          <w:sz w:val="16"/>
        </w:rPr>
        <w:t>Conditions : non remboursable, non cessible. Usage en une fois (sauf mention).</w:t>
      </w:r>
    </w:p>
    <w:sectPr w:rsidR="00FC693F" w:rsidRPr="0006063C" w:rsidSect="00034616"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image" Target="media/image8.png"/><Relationship Id="rId17" Type="http://schemas.openxmlformats.org/officeDocument/2006/relationships/image" Target="media/image9.png"/><Relationship Id="rId18" Type="http://schemas.openxmlformats.org/officeDocument/2006/relationships/image" Target="media/image10.png"/><Relationship Id="rId19" Type="http://schemas.openxmlformats.org/officeDocument/2006/relationships/image" Target="media/image11.png"/><Relationship Id="rId20" Type="http://schemas.openxmlformats.org/officeDocument/2006/relationships/image" Target="media/image12.png"/><Relationship Id="rId21" Type="http://schemas.openxmlformats.org/officeDocument/2006/relationships/image" Target="media/image13.png"/><Relationship Id="rId22" Type="http://schemas.openxmlformats.org/officeDocument/2006/relationships/image" Target="media/image14.png"/><Relationship Id="rId23" Type="http://schemas.openxmlformats.org/officeDocument/2006/relationships/image" Target="media/image15.png"/><Relationship Id="rId24" Type="http://schemas.openxmlformats.org/officeDocument/2006/relationships/image" Target="media/image16.png"/><Relationship Id="rId25" Type="http://schemas.openxmlformats.org/officeDocument/2006/relationships/image" Target="media/image17.png"/><Relationship Id="rId26" Type="http://schemas.openxmlformats.org/officeDocument/2006/relationships/image" Target="media/image18.png"/><Relationship Id="rId27" Type="http://schemas.openxmlformats.org/officeDocument/2006/relationships/image" Target="media/image19.png"/><Relationship Id="rId28" Type="http://schemas.openxmlformats.org/officeDocument/2006/relationships/image" Target="media/image20.png"/><Relationship Id="rId29" Type="http://schemas.openxmlformats.org/officeDocument/2006/relationships/image" Target="media/image21.png"/><Relationship Id="rId30" Type="http://schemas.openxmlformats.org/officeDocument/2006/relationships/image" Target="media/image22.png"/><Relationship Id="rId31" Type="http://schemas.openxmlformats.org/officeDocument/2006/relationships/image" Target="media/image23.png"/><Relationship Id="rId32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