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rPr>
          <w:b/>
        </w:rPr>
        <w:t xml:space="preserve">ENTREPRISE : </w:t>
      </w:r>
      <w:r>
        <w:t xml:space="preserve">[Raison sociale]   </w:t>
      </w:r>
      <w:r>
        <w:rPr>
          <w:b/>
        </w:rPr>
        <w:t xml:space="preserve">Identifiant (ICE/SIREN/SIRET) : </w:t>
      </w:r>
      <w:r>
        <w:t>[__________]</w:t>
        <w:br/>
      </w:r>
      <w:r>
        <w:rPr>
          <w:b/>
        </w:rPr>
        <w:t xml:space="preserve">Adresse : </w:t>
      </w:r>
      <w:r>
        <w:t>[________________________________________]</w:t>
        <w:br/>
      </w:r>
      <w:r>
        <w:rPr>
          <w:b/>
        </w:rPr>
        <w:t xml:space="preserve">Téléphone : </w:t>
      </w:r>
      <w:r>
        <w:t xml:space="preserve">[__________]   </w:t>
      </w:r>
      <w:r>
        <w:rPr>
          <w:b/>
        </w:rPr>
        <w:t xml:space="preserve">E-mail : </w:t>
      </w:r>
      <w:r>
        <w:t>[________________________]</w:t>
      </w:r>
    </w:p>
    <w:p>
      <w:pPr>
        <w:jc w:val="center"/>
      </w:pPr>
      <w:r>
        <w:rPr>
          <w:b/>
          <w:sz w:val="28"/>
        </w:rPr>
        <w:t>REMISE DE MATÉRIEL AVEC QUITUS DE RESTITUTION</w:t>
      </w:r>
    </w:p>
    <w:p>
      <w:pPr>
        <w:jc w:val="right"/>
      </w:pPr>
      <w:r>
        <w:rPr>
          <w:b/>
        </w:rPr>
        <w:t xml:space="preserve">Fait à </w:t>
      </w:r>
      <w:r>
        <w:t xml:space="preserve">[Ville] </w:t>
      </w:r>
      <w:r>
        <w:rPr>
          <w:b/>
        </w:rPr>
        <w:t xml:space="preserve">, le </w:t>
      </w:r>
      <w:r>
        <w:t>[JJ/MM/AAAA]</w:t>
      </w:r>
    </w:p>
    <w:p>
      <w:r>
        <w:t xml:space="preserve"> 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0"/>
        <w:gridCol w:w="5100"/>
      </w:tblGrid>
      <w:tr>
        <w:tc>
          <w:tcPr>
            <w:tcW w:type="dxa" w:w="5100"/>
          </w:tcPr>
          <w:p>
            <w:r>
              <w:rPr>
                <w:b/>
              </w:rPr>
              <w:t>Bénéficiaire (salarié)</w:t>
            </w:r>
          </w:p>
        </w:tc>
        <w:tc>
          <w:tcPr>
            <w:tcW w:type="dxa" w:w="5100"/>
          </w:tcPr>
          <w:p>
            <w:r>
              <w:t>[Nom Prénom — Matricule — Service]</w:t>
            </w:r>
          </w:p>
        </w:tc>
      </w:tr>
      <w:tr>
        <w:tc>
          <w:tcPr>
            <w:tcW w:type="dxa" w:w="5100"/>
          </w:tcPr>
          <w:p>
            <w:r>
              <w:rPr>
                <w:b/>
              </w:rPr>
              <w:t>Fonction</w:t>
            </w:r>
          </w:p>
        </w:tc>
        <w:tc>
          <w:tcPr>
            <w:tcW w:type="dxa" w:w="5100"/>
          </w:tcPr>
          <w:p>
            <w:r>
              <w:t>[Intitulé]</w:t>
            </w:r>
          </w:p>
        </w:tc>
      </w:tr>
      <w:tr>
        <w:tc>
          <w:tcPr>
            <w:tcW w:type="dxa" w:w="5100"/>
          </w:tcPr>
          <w:p>
            <w:r>
              <w:rPr>
                <w:b/>
              </w:rPr>
              <w:t>Contact</w:t>
            </w:r>
          </w:p>
        </w:tc>
        <w:tc>
          <w:tcPr>
            <w:tcW w:type="dxa" w:w="5100"/>
          </w:tcPr>
          <w:p>
            <w:r>
              <w:t>[Téléphone — E-mail professionnel]</w:t>
            </w:r>
          </w:p>
        </w:tc>
      </w:tr>
    </w:tbl>
    <w:p>
      <w:r>
        <w:t xml:space="preserve"> </w:t>
      </w:r>
    </w:p>
    <w:p>
      <w:r>
        <w:rPr>
          <w:b/>
        </w:rPr>
        <w:t>Inventaire du matériel remis :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700"/>
        <w:gridCol w:w="1700"/>
        <w:gridCol w:w="1700"/>
        <w:gridCol w:w="1700"/>
        <w:gridCol w:w="1700"/>
        <w:gridCol w:w="1700"/>
      </w:tblGrid>
      <w:tr>
        <w:tc>
          <w:tcPr>
            <w:tcW w:type="dxa" w:w="1700"/>
          </w:tcPr>
          <w:p>
            <w:r>
              <w:rPr>
                <w:b/>
              </w:rPr>
              <w:t>Désignation</w:t>
            </w:r>
          </w:p>
        </w:tc>
        <w:tc>
          <w:tcPr>
            <w:tcW w:type="dxa" w:w="1700"/>
          </w:tcPr>
          <w:p>
            <w:r>
              <w:rPr>
                <w:b/>
              </w:rPr>
              <w:t>Marque/Modèle</w:t>
            </w:r>
          </w:p>
        </w:tc>
        <w:tc>
          <w:tcPr>
            <w:tcW w:type="dxa" w:w="1700"/>
          </w:tcPr>
          <w:p>
            <w:r>
              <w:rPr>
                <w:b/>
              </w:rPr>
              <w:t>N° série/Asset</w:t>
            </w:r>
          </w:p>
        </w:tc>
        <w:tc>
          <w:tcPr>
            <w:tcW w:type="dxa" w:w="1700"/>
          </w:tcPr>
          <w:p>
            <w:r>
              <w:rPr>
                <w:b/>
              </w:rPr>
              <w:t>État à la remise</w:t>
            </w:r>
          </w:p>
        </w:tc>
        <w:tc>
          <w:tcPr>
            <w:tcW w:type="dxa" w:w="1700"/>
          </w:tcPr>
          <w:p>
            <w:r>
              <w:rPr>
                <w:b/>
              </w:rPr>
              <w:t>Accessoires</w:t>
            </w:r>
          </w:p>
        </w:tc>
        <w:tc>
          <w:tcPr>
            <w:tcW w:type="dxa" w:w="1700"/>
          </w:tcPr>
          <w:p>
            <w:r>
              <w:rPr>
                <w:b/>
              </w:rPr>
              <w:t>Observations</w:t>
            </w:r>
          </w:p>
        </w:tc>
      </w:tr>
      <w:tr>
        <w:tc>
          <w:tcPr>
            <w:tcW w:type="dxa" w:w="1700"/>
          </w:tcPr>
          <w:p>
            <w:r>
              <w:t>Badge d’accès</w:t>
            </w:r>
          </w:p>
        </w:tc>
        <w:tc>
          <w:tcPr>
            <w:tcW w:type="dxa" w:w="1700"/>
          </w:tcPr>
          <w:p>
            <w:r>
              <w:t>[—]</w:t>
            </w:r>
          </w:p>
        </w:tc>
        <w:tc>
          <w:tcPr>
            <w:tcW w:type="dxa" w:w="1700"/>
          </w:tcPr>
          <w:p>
            <w:r>
              <w:t>[—]</w:t>
            </w:r>
          </w:p>
        </w:tc>
        <w:tc>
          <w:tcPr>
            <w:tcW w:type="dxa" w:w="1700"/>
          </w:tcPr>
          <w:p>
            <w:r>
              <w:t>[Neuf/Bon/Usagé]</w:t>
            </w:r>
          </w:p>
        </w:tc>
        <w:tc>
          <w:tcPr>
            <w:tcW w:type="dxa" w:w="1700"/>
          </w:tcPr>
          <w:p>
            <w:r>
              <w:t>[—]</w:t>
            </w:r>
          </w:p>
        </w:tc>
        <w:tc>
          <w:tcPr>
            <w:tcW w:type="dxa" w:w="1700"/>
          </w:tcPr>
          <w:p>
            <w:r/>
          </w:p>
        </w:tc>
      </w:tr>
      <w:tr>
        <w:tc>
          <w:tcPr>
            <w:tcW w:type="dxa" w:w="1700"/>
          </w:tcPr>
          <w:p>
            <w:r>
              <w:t>Clés (site/bureau/armoire)</w:t>
            </w:r>
          </w:p>
        </w:tc>
        <w:tc>
          <w:tcPr>
            <w:tcW w:type="dxa" w:w="1700"/>
          </w:tcPr>
          <w:p>
            <w:r>
              <w:t>[—]</w:t>
            </w:r>
          </w:p>
        </w:tc>
        <w:tc>
          <w:tcPr>
            <w:tcW w:type="dxa" w:w="1700"/>
          </w:tcPr>
          <w:p>
            <w:r>
              <w:t>[—]</w:t>
            </w:r>
          </w:p>
        </w:tc>
        <w:tc>
          <w:tcPr>
            <w:tcW w:type="dxa" w:w="1700"/>
          </w:tcPr>
          <w:p>
            <w:r>
              <w:t>[Neuf/Bon/Usagé]</w:t>
            </w:r>
          </w:p>
        </w:tc>
        <w:tc>
          <w:tcPr>
            <w:tcW w:type="dxa" w:w="1700"/>
          </w:tcPr>
          <w:p>
            <w:r>
              <w:t>[Porte-clés/Étiquettes]</w:t>
            </w:r>
          </w:p>
        </w:tc>
        <w:tc>
          <w:tcPr>
            <w:tcW w:type="dxa" w:w="1700"/>
          </w:tcPr>
          <w:p>
            <w:r/>
          </w:p>
        </w:tc>
      </w:tr>
      <w:tr>
        <w:tc>
          <w:tcPr>
            <w:tcW w:type="dxa" w:w="1700"/>
          </w:tcPr>
          <w:p>
            <w:r>
              <w:t>PC portable</w:t>
            </w:r>
          </w:p>
        </w:tc>
        <w:tc>
          <w:tcPr>
            <w:tcW w:type="dxa" w:w="1700"/>
          </w:tcPr>
          <w:p>
            <w:r>
              <w:t>[Marque Modèle]</w:t>
            </w:r>
          </w:p>
        </w:tc>
        <w:tc>
          <w:tcPr>
            <w:tcW w:type="dxa" w:w="1700"/>
          </w:tcPr>
          <w:p>
            <w:r>
              <w:t>[S/N]</w:t>
            </w:r>
          </w:p>
        </w:tc>
        <w:tc>
          <w:tcPr>
            <w:tcW w:type="dxa" w:w="1700"/>
          </w:tcPr>
          <w:p>
            <w:r>
              <w:t>[Neuf/Bon/Usagé]</w:t>
            </w:r>
          </w:p>
        </w:tc>
        <w:tc>
          <w:tcPr>
            <w:tcW w:type="dxa" w:w="1700"/>
          </w:tcPr>
          <w:p>
            <w:r>
              <w:t>[Chargeur/Souris/Sacoche]</w:t>
            </w:r>
          </w:p>
        </w:tc>
        <w:tc>
          <w:tcPr>
            <w:tcW w:type="dxa" w:w="1700"/>
          </w:tcPr>
          <w:p>
            <w:r/>
          </w:p>
        </w:tc>
      </w:tr>
      <w:tr>
        <w:tc>
          <w:tcPr>
            <w:tcW w:type="dxa" w:w="1700"/>
          </w:tcPr>
          <w:p>
            <w:r>
              <w:t>Écran</w:t>
            </w:r>
          </w:p>
        </w:tc>
        <w:tc>
          <w:tcPr>
            <w:tcW w:type="dxa" w:w="1700"/>
          </w:tcPr>
          <w:p>
            <w:r>
              <w:t>[Taille/Modèle]</w:t>
            </w:r>
          </w:p>
        </w:tc>
        <w:tc>
          <w:tcPr>
            <w:tcW w:type="dxa" w:w="1700"/>
          </w:tcPr>
          <w:p>
            <w:r>
              <w:t>[S/N]</w:t>
            </w:r>
          </w:p>
        </w:tc>
        <w:tc>
          <w:tcPr>
            <w:tcW w:type="dxa" w:w="1700"/>
          </w:tcPr>
          <w:p>
            <w:r>
              <w:t>[Neuf/Bon/Usagé]</w:t>
            </w:r>
          </w:p>
        </w:tc>
        <w:tc>
          <w:tcPr>
            <w:tcW w:type="dxa" w:w="1700"/>
          </w:tcPr>
          <w:p>
            <w:r>
              <w:t>[Câbles]</w:t>
            </w:r>
          </w:p>
        </w:tc>
        <w:tc>
          <w:tcPr>
            <w:tcW w:type="dxa" w:w="1700"/>
          </w:tcPr>
          <w:p>
            <w:r/>
          </w:p>
        </w:tc>
      </w:tr>
      <w:tr>
        <w:tc>
          <w:tcPr>
            <w:tcW w:type="dxa" w:w="1700"/>
          </w:tcPr>
          <w:p>
            <w:r>
              <w:t>Dock/Station</w:t>
            </w:r>
          </w:p>
        </w:tc>
        <w:tc>
          <w:tcPr>
            <w:tcW w:type="dxa" w:w="1700"/>
          </w:tcPr>
          <w:p>
            <w:r>
              <w:t>[Modèle]</w:t>
            </w:r>
          </w:p>
        </w:tc>
        <w:tc>
          <w:tcPr>
            <w:tcW w:type="dxa" w:w="1700"/>
          </w:tcPr>
          <w:p>
            <w:r>
              <w:t>[S/N]</w:t>
            </w:r>
          </w:p>
        </w:tc>
        <w:tc>
          <w:tcPr>
            <w:tcW w:type="dxa" w:w="1700"/>
          </w:tcPr>
          <w:p>
            <w:r>
              <w:t>[Neuf/Bon/Usagé]</w:t>
            </w:r>
          </w:p>
        </w:tc>
        <w:tc>
          <w:tcPr>
            <w:tcW w:type="dxa" w:w="1700"/>
          </w:tcPr>
          <w:p>
            <w:r>
              <w:t>[Câbles]</w:t>
            </w:r>
          </w:p>
        </w:tc>
        <w:tc>
          <w:tcPr>
            <w:tcW w:type="dxa" w:w="1700"/>
          </w:tcPr>
          <w:p>
            <w:r/>
          </w:p>
        </w:tc>
      </w:tr>
      <w:tr>
        <w:tc>
          <w:tcPr>
            <w:tcW w:type="dxa" w:w="1700"/>
          </w:tcPr>
          <w:p>
            <w:r>
              <w:t>Téléphone pro</w:t>
            </w:r>
          </w:p>
        </w:tc>
        <w:tc>
          <w:tcPr>
            <w:tcW w:type="dxa" w:w="1700"/>
          </w:tcPr>
          <w:p>
            <w:r>
              <w:t>[Modèle/IMEI]</w:t>
            </w:r>
          </w:p>
        </w:tc>
        <w:tc>
          <w:tcPr>
            <w:tcW w:type="dxa" w:w="1700"/>
          </w:tcPr>
          <w:p>
            <w:r>
              <w:t>[IMEI]</w:t>
            </w:r>
          </w:p>
        </w:tc>
        <w:tc>
          <w:tcPr>
            <w:tcW w:type="dxa" w:w="1700"/>
          </w:tcPr>
          <w:p>
            <w:r>
              <w:t>[Neuf/Bon/Usagé]</w:t>
            </w:r>
          </w:p>
        </w:tc>
        <w:tc>
          <w:tcPr>
            <w:tcW w:type="dxa" w:w="1700"/>
          </w:tcPr>
          <w:p>
            <w:r>
              <w:t>[Chargeur]</w:t>
            </w:r>
          </w:p>
        </w:tc>
        <w:tc>
          <w:tcPr>
            <w:tcW w:type="dxa" w:w="1700"/>
          </w:tcPr>
          <w:p>
            <w:r/>
          </w:p>
        </w:tc>
      </w:tr>
      <w:tr>
        <w:tc>
          <w:tcPr>
            <w:tcW w:type="dxa" w:w="1700"/>
          </w:tcPr>
          <w:p>
            <w:r>
              <w:t>Carte SIM</w:t>
            </w:r>
          </w:p>
        </w:tc>
        <w:tc>
          <w:tcPr>
            <w:tcW w:type="dxa" w:w="1700"/>
          </w:tcPr>
          <w:p>
            <w:r>
              <w:t>[Opérateur]</w:t>
            </w:r>
          </w:p>
        </w:tc>
        <w:tc>
          <w:tcPr>
            <w:tcW w:type="dxa" w:w="1700"/>
          </w:tcPr>
          <w:p>
            <w:r>
              <w:t>[N°]</w:t>
            </w:r>
          </w:p>
        </w:tc>
        <w:tc>
          <w:tcPr>
            <w:tcW w:type="dxa" w:w="1700"/>
          </w:tcPr>
          <w:p>
            <w:r>
              <w:t>[—]</w:t>
            </w:r>
          </w:p>
        </w:tc>
        <w:tc>
          <w:tcPr>
            <w:tcW w:type="dxa" w:w="1700"/>
          </w:tcPr>
          <w:p>
            <w:r>
              <w:t>[—]</w:t>
            </w:r>
          </w:p>
        </w:tc>
        <w:tc>
          <w:tcPr>
            <w:tcW w:type="dxa" w:w="1700"/>
          </w:tcPr>
          <w:p>
            <w:r/>
          </w:p>
        </w:tc>
      </w:tr>
      <w:tr>
        <w:tc>
          <w:tcPr>
            <w:tcW w:type="dxa" w:w="1700"/>
          </w:tcPr>
          <w:p>
            <w:r>
              <w:t>Autre</w:t>
            </w:r>
          </w:p>
        </w:tc>
        <w:tc>
          <w:tcPr>
            <w:tcW w:type="dxa" w:w="1700"/>
          </w:tcPr>
          <w:p>
            <w:r>
              <w:t>[...]</w:t>
            </w:r>
          </w:p>
        </w:tc>
        <w:tc>
          <w:tcPr>
            <w:tcW w:type="dxa" w:w="1700"/>
          </w:tcPr>
          <w:p>
            <w:r>
              <w:t>[...]</w:t>
            </w:r>
          </w:p>
        </w:tc>
        <w:tc>
          <w:tcPr>
            <w:tcW w:type="dxa" w:w="1700"/>
          </w:tcPr>
          <w:p>
            <w:r>
              <w:t>[...]</w:t>
            </w:r>
          </w:p>
        </w:tc>
        <w:tc>
          <w:tcPr>
            <w:tcW w:type="dxa" w:w="1700"/>
          </w:tcPr>
          <w:p>
            <w:r>
              <w:t>[...]</w:t>
            </w:r>
          </w:p>
        </w:tc>
        <w:tc>
          <w:tcPr>
            <w:tcW w:type="dxa" w:w="1700"/>
          </w:tcPr>
          <w:p>
            <w:r/>
          </w:p>
        </w:tc>
      </w:tr>
    </w:tbl>
    <w:p>
      <w:r>
        <w:t xml:space="preserve"> </w:t>
      </w:r>
    </w:p>
    <w:p>
      <w:r>
        <w:rPr>
          <w:b/>
        </w:rPr>
        <w:t>Dépôt de garantie (le cas échéant) :</w:t>
      </w:r>
    </w:p>
    <w:p>
      <w:r>
        <w:t>☐ Non applicable   ☐ Oui — Montant : [_____] € — Modalité de restitution : [_____]</w:t>
      </w:r>
    </w:p>
    <w:p>
      <w:r>
        <w:t xml:space="preserve"> </w:t>
      </w:r>
    </w:p>
    <w:p>
      <w:r>
        <w:rPr>
          <w:b/>
        </w:rPr>
        <w:t>Engagement &amp; responsabilité :</w:t>
      </w:r>
    </w:p>
    <w:p>
      <w:pPr>
        <w:ind w:left="283"/>
      </w:pPr>
      <w:r>
        <w:t>• Le matériel demeure la propriété exclusive de l’employeur ; il est remis au seul usage professionnel.</w:t>
      </w:r>
    </w:p>
    <w:p>
      <w:pPr>
        <w:ind w:left="283"/>
      </w:pPr>
      <w:r>
        <w:t>• Le bénéficiaire s’engage à en assurer la garde, à signaler toute panne, perte ou vol sans délai.</w:t>
      </w:r>
    </w:p>
    <w:p>
      <w:pPr>
        <w:ind w:left="283"/>
      </w:pPr>
      <w:r>
        <w:t>• Toute utilisation non autorisée, dégradation par négligence ou non-restitution peut entraîner des mesures disciplinaires et/ou une refacturation dans le respect du cadre légal.</w:t>
      </w:r>
    </w:p>
    <w:p>
      <w:pPr>
        <w:ind w:left="283"/>
      </w:pPr>
      <w:r>
        <w:t>• Les règles de sécurité et de confidentialité de l’entreprise s’appliquent (accès, mots de passe, chiffrement, données personnelles).</w:t>
      </w:r>
    </w:p>
    <w:p>
      <w:r>
        <w:t xml:space="preserve"> </w:t>
      </w:r>
    </w:p>
    <w:p>
      <w:r>
        <w:rPr>
          <w:b/>
        </w:rPr>
        <w:t>Restitution &amp; quitus :</w:t>
      </w:r>
    </w:p>
    <w:p>
      <w:r>
        <w:t>Date de restitution : [JJ/MM/AAAA] — Réceptionnaire : [Nom — Qualité]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400"/>
        <w:gridCol w:w="3400"/>
        <w:gridCol w:w="3400"/>
      </w:tblGrid>
      <w:tr>
        <w:tc>
          <w:tcPr>
            <w:tcW w:type="dxa" w:w="3400"/>
          </w:tcPr>
          <w:p>
            <w:r>
              <w:rPr>
                <w:b/>
              </w:rPr>
              <w:t>État à la restitution</w:t>
            </w:r>
          </w:p>
        </w:tc>
        <w:tc>
          <w:tcPr>
            <w:tcW w:type="dxa" w:w="3400"/>
          </w:tcPr>
          <w:p>
            <w:r>
              <w:rPr>
                <w:b/>
              </w:rPr>
              <w:t>Manquants/Écarts</w:t>
            </w:r>
          </w:p>
        </w:tc>
        <w:tc>
          <w:tcPr>
            <w:tcW w:type="dxa" w:w="3400"/>
          </w:tcPr>
          <w:p>
            <w:r>
              <w:rPr>
                <w:b/>
              </w:rPr>
              <w:t>Décision (Conforme / Remise en état / Facturation)</w:t>
            </w:r>
          </w:p>
        </w:tc>
      </w:tr>
    </w:tbl>
    <w:p>
      <w:r>
        <w:t xml:space="preserve"> </w:t>
      </w:r>
    </w:p>
    <w:p>
      <w:r>
        <w:t>Quitus : « L’ensemble des matériels listés a été restitué et contrôlé. Sauf réserve ci-dessus, je donne quitus au bénéficiaire. »</w:t>
      </w:r>
    </w:p>
    <w:p>
      <w:r>
        <w:t xml:space="preserve"> </w:t>
      </w:r>
    </w:p>
    <w:p>
      <w:r>
        <w:rPr>
          <w:b/>
        </w:rPr>
        <w:t>Signatures :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0"/>
        <w:gridCol w:w="5100"/>
      </w:tblGrid>
      <w:tr>
        <w:tc>
          <w:tcPr>
            <w:tcW w:type="dxa" w:w="5100"/>
          </w:tcPr>
          <w:p>
            <w:r>
              <w:t>Remise — L’Employeur (nom, qualité, signature)</w:t>
            </w:r>
          </w:p>
        </w:tc>
        <w:tc>
          <w:tcPr>
            <w:tcW w:type="dxa" w:w="5100"/>
          </w:tcPr>
          <w:p>
            <w:r>
              <w:t>Remise — Le Bénéficiaire (nom, signature)</w:t>
            </w:r>
          </w:p>
        </w:tc>
      </w:tr>
      <w:tr>
        <w:tc>
          <w:tcPr>
            <w:tcW w:type="dxa" w:w="5100"/>
          </w:tcPr>
          <w:p>
            <w:r>
              <w:t>Restitution — Réceptionnaire (nom, qualité, signature)</w:t>
            </w:r>
          </w:p>
        </w:tc>
        <w:tc>
          <w:tcPr>
            <w:tcW w:type="dxa" w:w="5100"/>
          </w:tcPr>
          <w:p>
            <w:r>
              <w:t>Restitution — Le Bénéficiaire (nom, signature)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1020" w:right="1020" w:bottom="102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Modèle « Remise de matériel &amp; Quitus de restitution »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Times New Roman" w:hAnsi="Times New Roman" w:eastAsia="Times New Roman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