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</w:rPr>
        <w:t xml:space="preserve">ENTREPRISE : </w:t>
      </w:r>
      <w:r>
        <w:t xml:space="preserve">[Raison sociale]   </w:t>
      </w:r>
      <w:r>
        <w:rPr>
          <w:b/>
        </w:rPr>
        <w:t xml:space="preserve">Identifiant (ICE/SIREN/SIRET) : </w:t>
      </w:r>
      <w:r>
        <w:t>[__________]</w:t>
        <w:br/>
      </w:r>
      <w:r>
        <w:rPr>
          <w:b/>
        </w:rPr>
        <w:t xml:space="preserve">Adresse : </w:t>
      </w:r>
      <w:r>
        <w:t>[________________________________________]</w:t>
        <w:br/>
      </w:r>
      <w:r>
        <w:rPr>
          <w:b/>
        </w:rPr>
        <w:t xml:space="preserve">Téléphone : </w:t>
      </w:r>
      <w:r>
        <w:t xml:space="preserve">[__________]   </w:t>
      </w:r>
      <w:r>
        <w:rPr>
          <w:b/>
        </w:rPr>
        <w:t xml:space="preserve">E-mail : </w:t>
      </w:r>
      <w:r>
        <w:t>[________________________]</w:t>
      </w:r>
    </w:p>
    <w:p>
      <w:pPr>
        <w:jc w:val="center"/>
      </w:pPr>
      <w:r>
        <w:rPr>
          <w:b/>
          <w:sz w:val="28"/>
        </w:rPr>
        <w:t>REÇU POUR SOLDE DE TOUT COMPTE — CDD FIN DE CONTRAT</w:t>
      </w:r>
    </w:p>
    <w:p>
      <w:pPr>
        <w:jc w:val="right"/>
      </w:pPr>
      <w:r>
        <w:rPr>
          <w:b/>
        </w:rPr>
        <w:t xml:space="preserve">Fait à </w:t>
      </w:r>
      <w:r>
        <w:t xml:space="preserve">[Ville] </w:t>
      </w:r>
      <w:r>
        <w:rPr>
          <w:b/>
        </w:rPr>
        <w:t xml:space="preserve">, le </w:t>
      </w:r>
      <w:r>
        <w:t>[JJ/MM/AAAA]</w:t>
      </w:r>
    </w:p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vAlign w:val="center"/>
          </w:tcPr>
          <w:p>
            <w:r>
              <w:rPr>
                <w:b/>
              </w:rPr>
              <w:t>Salarié(e)</w:t>
            </w:r>
          </w:p>
        </w:tc>
        <w:tc>
          <w:tcPr>
            <w:tcW w:type="dxa" w:w="5100"/>
            <w:vAlign w:val="center"/>
          </w:tcPr>
          <w:p>
            <w:r>
              <w:t>[Nom Prénom — Adresse complète]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b/>
              </w:rPr>
              <w:t>Né(e) le et à</w:t>
            </w:r>
          </w:p>
        </w:tc>
        <w:tc>
          <w:tcPr>
            <w:tcW w:type="dxa" w:w="5100"/>
            <w:vAlign w:val="center"/>
          </w:tcPr>
          <w:p>
            <w:r>
              <w:t>[JJ/MM/AAAA — Ville/Pays]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b/>
              </w:rPr>
              <w:t>Identifiants (CNI / N° sécu)</w:t>
            </w:r>
          </w:p>
        </w:tc>
        <w:tc>
          <w:tcPr>
            <w:tcW w:type="dxa" w:w="5100"/>
            <w:vAlign w:val="center"/>
          </w:tcPr>
          <w:p>
            <w:r>
              <w:t>[CNI : ___ — CNSS/AMO : ___]</w:t>
            </w:r>
          </w:p>
        </w:tc>
      </w:tr>
    </w:tbl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</w:rPr>
              <w:t>Contrat</w:t>
            </w:r>
          </w:p>
        </w:tc>
        <w:tc>
          <w:tcPr>
            <w:tcW w:type="dxa" w:w="5100"/>
          </w:tcPr>
          <w:p>
            <w:r>
              <w:t>[CDI / CDD / Autre] — Temps [plein/partiel] — Intitulé : [____]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Période couverte</w:t>
            </w:r>
          </w:p>
        </w:tc>
        <w:tc>
          <w:tcPr>
            <w:tcW w:type="dxa" w:w="5100"/>
          </w:tcPr>
          <w:p>
            <w:r>
              <w:t>[Du JJ/MM/AAAA au JJ/MM/AAAA]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Lieu d’affectation</w:t>
            </w:r>
          </w:p>
        </w:tc>
        <w:tc>
          <w:tcPr>
            <w:tcW w:type="dxa" w:w="5100"/>
          </w:tcPr>
          <w:p>
            <w:r>
              <w:t>[Adresse du site]</w:t>
            </w:r>
          </w:p>
        </w:tc>
      </w:tr>
    </w:tbl>
    <w:p>
      <w:r>
        <w:t xml:space="preserve"> </w:t>
      </w:r>
    </w:p>
    <w:p>
      <w:r>
        <w:rPr>
          <w:b/>
        </w:rPr>
        <w:t>Détail des sommes versées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</w:tcPr>
          <w:p>
            <w:r>
              <w:rPr>
                <w:b/>
              </w:rPr>
              <w:t>Intitulé</w:t>
            </w:r>
          </w:p>
        </w:tc>
        <w:tc>
          <w:tcPr>
            <w:tcW w:type="dxa" w:w="2040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2040"/>
          </w:tcPr>
          <w:p>
            <w:r>
              <w:rPr>
                <w:b/>
              </w:rPr>
              <w:t>Montant brut (€)</w:t>
            </w:r>
          </w:p>
        </w:tc>
        <w:tc>
          <w:tcPr>
            <w:tcW w:type="dxa" w:w="2040"/>
          </w:tcPr>
          <w:p>
            <w:r>
              <w:rPr>
                <w:b/>
              </w:rPr>
              <w:t>Montant net (€)</w:t>
            </w:r>
          </w:p>
        </w:tc>
        <w:tc>
          <w:tcPr>
            <w:tcW w:type="dxa" w:w="2040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2040"/>
          </w:tcPr>
          <w:p>
            <w:r>
              <w:t>Salaire du dernier mois</w:t>
            </w:r>
          </w:p>
        </w:tc>
        <w:tc>
          <w:tcPr>
            <w:tcW w:type="dxa" w:w="2040"/>
          </w:tcPr>
          <w:p>
            <w:r>
              <w:t>[MM/AAAA]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compensatrice de congés payés</w:t>
            </w:r>
          </w:p>
        </w:tc>
        <w:tc>
          <w:tcPr>
            <w:tcW w:type="dxa" w:w="2040"/>
          </w:tcPr>
          <w:p>
            <w:r>
              <w:t>[MM/AAAA]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de fin de contrat (précarité)</w:t>
            </w:r>
          </w:p>
        </w:tc>
        <w:tc>
          <w:tcPr>
            <w:tcW w:type="dxa" w:w="2040"/>
          </w:tcPr>
          <w:p>
            <w:r>
              <w:t>[% et base]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Prime(s) / variables</w:t>
            </w:r>
          </w:p>
        </w:tc>
        <w:tc>
          <w:tcPr>
            <w:tcW w:type="dxa" w:w="2040"/>
          </w:tcPr>
          <w:p>
            <w:r>
              <w:t>[Période]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Acomptes/avances déduits</w:t>
            </w:r>
          </w:p>
        </w:tc>
        <w:tc>
          <w:tcPr>
            <w:tcW w:type="dxa" w:w="2040"/>
          </w:tcPr>
          <w:p>
            <w:r>
              <w:t>[Réf]</w:t>
            </w:r>
          </w:p>
        </w:tc>
        <w:tc>
          <w:tcPr>
            <w:tcW w:type="dxa" w:w="2040"/>
          </w:tcPr>
          <w:p>
            <w:r>
              <w:t>[-_____]</w:t>
            </w:r>
          </w:p>
        </w:tc>
        <w:tc>
          <w:tcPr>
            <w:tcW w:type="dxa" w:w="2040"/>
          </w:tcPr>
          <w:p>
            <w:r>
              <w:t>[-_____]</w:t>
            </w:r>
          </w:p>
        </w:tc>
        <w:tc>
          <w:tcPr>
            <w:tcW w:type="dxa" w:w="2040"/>
          </w:tcPr>
          <w:p>
            <w:r/>
          </w:p>
        </w:tc>
      </w:tr>
    </w:tbl>
    <w:p>
      <w:r>
        <w:rPr>
          <w:b/>
        </w:rPr>
        <w:t xml:space="preserve">TOTAL NET VERSÉ : </w:t>
      </w:r>
      <w:r>
        <w:t>[_____] €</w:t>
      </w:r>
    </w:p>
    <w:p>
      <w:r>
        <w:t xml:space="preserve"> </w:t>
      </w:r>
    </w:p>
    <w:p>
      <w:r>
        <w:rPr>
          <w:b/>
        </w:rPr>
        <w:t xml:space="preserve">Modalité de paiement : </w:t>
      </w:r>
    </w:p>
    <w:p>
      <w:r>
        <w:t>☐ Virement  ☐ Chèque  ☐ Espèces (dans les limites légales) — Référence : [__________]</w:t>
      </w:r>
    </w:p>
    <w:p>
      <w:r>
        <w:t xml:space="preserve"> </w:t>
      </w:r>
    </w:p>
    <w:p>
      <w:r>
        <w:rPr>
          <w:b/>
        </w:rPr>
        <w:t xml:space="preserve">Documents remis au salarié : </w:t>
      </w:r>
    </w:p>
    <w:p>
      <w:r>
        <w:t>☐ Certificat de travail   ☐ Attestation destinée à l’assurance chômage   ☐ Bulletin(s) de paie   ☐ Reçu pour solde de tout compte (présent)</w:t>
      </w:r>
    </w:p>
    <w:p>
      <w:r>
        <w:t xml:space="preserve"> </w:t>
      </w:r>
    </w:p>
    <w:p>
      <w:r>
        <w:rPr>
          <w:b/>
        </w:rPr>
        <w:t>Mentions légales (à adapter selon la législation applicable) :</w:t>
      </w:r>
    </w:p>
    <w:p>
      <w:pPr>
        <w:ind w:left="283"/>
      </w:pPr>
      <w:r>
        <w:t>• Le présent reçu récapitule de manière détaillée les sommes versées à l’occasion de la rupture/exécution du contrat.</w:t>
      </w:r>
    </w:p>
    <w:p>
      <w:pPr>
        <w:ind w:left="283"/>
      </w:pPr>
      <w:r>
        <w:t>• Établi en double exemplaire ; un exemplaire est remis au salarié.</w:t>
      </w:r>
    </w:p>
    <w:p>
      <w:pPr>
        <w:ind w:left="283"/>
      </w:pPr>
      <w:r>
        <w:t>• Le salarié peut dénoncer ce reçu dans un délai de six (6) mois suivant sa signature ; à défaut, il produit effet libératoire pour les sommes qui y sont mentionnées.</w:t>
      </w:r>
    </w:p>
    <w:p>
      <w:pPr>
        <w:ind w:left="283"/>
      </w:pPr>
      <w:r>
        <w:t>• Inclure l’indemnité de fin de contrat (précarité) lorsque due, avec pourcentage et assiette de calcul.</w:t>
      </w:r>
    </w:p>
    <w:p>
      <w:r>
        <w:t xml:space="preserve"> </w:t>
      </w:r>
    </w:p>
    <w:p>
      <w:r>
        <w:rPr>
          <w:b/>
        </w:rPr>
        <w:t>Signatures :</w:t>
      </w:r>
    </w:p>
    <w:p>
      <w:r>
        <w:t>Mention manuscrite du salarié : « Bon pour reçu de la somme de [____] euros »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L’Employeur (nom, qualité, signature)</w:t>
            </w:r>
          </w:p>
        </w:tc>
        <w:tc>
          <w:tcPr>
            <w:tcW w:type="dxa" w:w="5100"/>
          </w:tcPr>
          <w:p>
            <w:r>
              <w:t>Le Salarié (nom, signature)</w:t>
            </w:r>
          </w:p>
        </w:tc>
      </w:tr>
      <w:tr>
        <w:tc>
          <w:tcPr>
            <w:tcW w:type="dxa" w:w="5100"/>
          </w:tcPr>
          <w:p>
            <w:r>
              <w:t>[Lieu, date]</w:t>
            </w:r>
          </w:p>
        </w:tc>
        <w:tc>
          <w:tcPr>
            <w:tcW w:type="dxa" w:w="5100"/>
          </w:tcPr>
          <w:p>
            <w:r>
              <w:t>[Lieu, date]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« Reçu pour solde de tout compte » (à compléter)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