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8F0FE"/>
          </w:tcPr>
          <w:p>
            <w:pPr>
              <w:jc w:val="center"/>
            </w:pPr>
            <w:r>
              <w:rPr>
                <w:b/>
                <w:color w:val="144286"/>
                <w:sz w:val="36"/>
              </w:rPr>
              <w:t>QUESTIONNAIRE DE PROUST — MODÈLE</w:t>
            </w:r>
          </w:p>
          <w:p>
            <w:pPr>
              <w:jc w:val="center"/>
            </w:pPr>
            <w:r>
              <w:rPr>
                <w:color w:val="144286"/>
                <w:sz w:val="22"/>
              </w:rPr>
              <w:t>Version classique • moderne • express</w:t>
            </w:r>
          </w:p>
        </w:tc>
      </w:tr>
    </w:tbl>
    <w:p/>
    <w:p>
      <w:r>
        <w:rPr>
          <w:b/>
        </w:rPr>
        <w:t xml:space="preserve">Mode d’emploi : </w:t>
      </w:r>
      <w:r>
        <w:t>choisissez une version (classique, moderne ou express). Répondez librement, puis datez vos réponses pour suivre votre évolution.</w:t>
      </w:r>
    </w:p>
    <w:p>
      <w:r>
        <w:t>Astuce : en atelier, tirez 5–10 questions au hasard et faites un tour de table.</w:t>
      </w:r>
    </w:p>
    <w:p/>
    <w:p>
      <w:r>
        <w:rPr>
          <w:b/>
          <w:color w:val="225588"/>
          <w:sz w:val="30"/>
        </w:rPr>
        <w:t>A) Version classique (inspirée du questionnaire de Proust)</w:t>
      </w:r>
    </w:p>
    <w:p>
      <w:r>
        <w:rPr>
          <w:b/>
        </w:rPr>
        <w:t>1. Le principal trait de mon caractère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2. La qualité que j’apprécie le plus chez un ami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3. Le principal défaut que je me reconnais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4. Mon occupation préférée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5. Mon rêve de bonheur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6. Quel serait mon plus grand malheur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7. À part moi, qui voudrais‑je être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8. Où aimerais‑je vivre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9. La couleur que je préfère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10. La fleur que j’aime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11. L’oiseau que je préfère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12. Mes auteurs favoris en prose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13. Mes poètes préférés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14. Mes héros favoris dans la fiction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15. Mes héroïnes favorites dans la fiction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16. Mes compositeurs préférés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17. Mes peintres préférés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18. Mes héros dans la vie réelle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19. Mes héroïnes dans la vie réelle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20. Ce que je déteste par‑dessus tout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21. Mon état d’esprit actuel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22. Le don de la nature que je voudrais avoir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23. Comment j’aimerais mourir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24. La faute qui m’inspire le plus d’indulgence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25. Ma devise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26. Le son, le bruit ou la musique que j’aime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27. Le son, le bruit que je déteste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28. Mon plat ou goût préféré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29. Le livre que j’offre souvent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30. Le talent que je regrette de ne pas avoir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31. Le souvenir d’enfance qui me poursuit (ma « madeleine »)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32. La personne (vivante ou disparue) que j’aurais aimé rencontrer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33. La qualité que je préfère chez un collègue/partenaire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34. Le défaut qui m’insupporte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35. Mon idée du bonheur en trois mots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/>
    <w:p>
      <w:r>
        <w:rPr>
          <w:b/>
          <w:color w:val="225588"/>
          <w:sz w:val="30"/>
        </w:rPr>
        <w:t>B) Version moderne (20 questions, contexte pro/perso)</w:t>
      </w:r>
    </w:p>
    <w:p>
      <w:r>
        <w:rPr>
          <w:b/>
        </w:rPr>
        <w:t>M1. Quelle est la valeur non négociable qui guide mes choix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M2. Quel compliment m’a le plus touché — et pourquoi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M3. Quel échec m’a le plus appris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M4. Quel apprentissage ai‑je en cours cette année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M5. Dans quel environnement je travaille le mieux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M6. Quelle habitude quotidienne m’apporte de l’énergie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M7. Quelle relation mérite davantage d’attention de ma part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M8. Quel sujet me fait perdre la notion du temps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M9. Quel risque raisonnable devrais‑je prendre dans les 90 jours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M10. À quoi ressemble une journée idéale, du matin au soir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M11. Quel est mon super‑pouvoir au travail selon mes pairs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M12. Quelle limite saine dois‑je poser pour protéger mon temps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M13. Quelle cause sociale ou environnementale me mobilise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M14. Quelle compétence ai‑je envie de transmettre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M15. Quel conseil donnerais‑je à mon moi d’il y a 10 ans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M16. Dans 3 ans, à quoi voudrai‑je dire « oui » (et « non »)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M17. Quel objet raconte le mieux mon histoire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M18. Quelle peur ai‑je dépassée récemment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M19. Quelle petite chose, répétée, changerait beaucoup ma vie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>
      <w:r>
        <w:rPr>
          <w:b/>
        </w:rPr>
        <w:t>M20. Quel sera mon prochain petit pas concret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  <w:p/>
        </w:tc>
      </w:tr>
    </w:tbl>
    <w:p/>
    <w:p>
      <w:r>
        <w:rPr>
          <w:b/>
          <w:color w:val="225588"/>
          <w:sz w:val="30"/>
        </w:rPr>
        <w:t>C) Version express (10 questions — 5 minutes)</w:t>
      </w:r>
    </w:p>
    <w:p>
      <w:r>
        <w:rPr>
          <w:b/>
        </w:rPr>
        <w:t>E1. Trois mots pour me décrire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E2. Un plaisir simple qui ne me quitte pas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E3. Une personne qui m’inspire (et pourquoi)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E4. Un lieu qui m’apaise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E5. Un livre, film ou musique qui m’accompagne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E6. Une peur dépassée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E7. Une fierté récente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E8. Une compétence que j’apprends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E9. Une chose à laquelle je dis « non » désormais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p>
      <w:r>
        <w:rPr>
          <w:b/>
        </w:rPr>
        <w:t>E10. Un prochain petit pas dès aujourd’hui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/>
          <w:p/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907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Modèle prêt à imprimer — v1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Questionnaire de Proust — Modèle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