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PRÉSENTATION DU PROJET</w:t>
      </w:r>
    </w:p>
    <w:p>
      <w:pPr>
        <w:jc w:val="center"/>
      </w:pPr>
      <w:r>
        <w:rPr>
          <w:i/>
          <w:sz w:val="22"/>
        </w:rPr>
        <w:t>Modèle officiel — à imprimer</w:t>
      </w:r>
    </w:p>
    <w:p>
      <w:r>
        <w:rPr>
          <w:b/>
          <w:sz w:val="24"/>
        </w:rPr>
        <w:t>ENTÊTE OFFICIELLE — INSTITUTION / PRÉFECTURE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3402"/>
          </w:tcPr>
          <w:p>
            <w:r>
              <w:t>LOGO / BLASON</w:t>
              <w:br/>
              <w:t>(Insérer ensuite votre image)</w:t>
            </w:r>
          </w:p>
        </w:tc>
        <w:tc>
          <w:tcPr>
            <w:tcW w:type="dxa" w:w="5669"/>
          </w:tcPr>
          <w:p>
            <w:r>
              <w:t>Référence : __________________________</w:t>
            </w:r>
          </w:p>
        </w:tc>
      </w:tr>
      <w:tr>
        <w:tc>
          <w:tcPr>
            <w:tcW w:type="dxa" w:w="3402"/>
          </w:tcPr>
          <w:p>
            <w:r>
              <w:t>Émetteur : ___________________________</w:t>
            </w:r>
          </w:p>
        </w:tc>
        <w:tc>
          <w:tcPr>
            <w:tcW w:type="dxa" w:w="5669"/>
          </w:tcPr>
          <w:p>
            <w:r>
              <w:t>Objet : ______________________________</w:t>
            </w:r>
          </w:p>
        </w:tc>
      </w:tr>
      <w:tr>
        <w:tc>
          <w:tcPr>
            <w:tcW w:type="dxa" w:w="3402"/>
          </w:tcPr>
          <w:p>
            <w:r>
              <w:t>Adresse : ____________________________</w:t>
            </w:r>
          </w:p>
        </w:tc>
        <w:tc>
          <w:tcPr>
            <w:tcW w:type="dxa" w:w="5669"/>
          </w:tcPr>
          <w:p>
            <w:r>
              <w:t>Date : ____ / ____ / ______</w:t>
            </w:r>
          </w:p>
        </w:tc>
      </w:tr>
      <w:tr>
        <w:tc>
          <w:tcPr>
            <w:tcW w:type="dxa" w:w="3402"/>
          </w:tcPr>
          <w:p>
            <w:r>
              <w:t>Contact : ____________________________</w:t>
            </w:r>
          </w:p>
        </w:tc>
        <w:tc>
          <w:tcPr>
            <w:tcW w:type="dxa" w:w="5669"/>
          </w:tcPr>
          <w:p>
            <w:r>
              <w:t>Destinataire : ________________________</w:t>
            </w:r>
          </w:p>
        </w:tc>
      </w:tr>
      <w:tr>
        <w:tc>
          <w:tcPr>
            <w:tcW w:type="dxa" w:w="3402"/>
          </w:tcPr>
          <w:p>
            <w:r>
              <w:t>Téléphone : __________________________</w:t>
            </w:r>
          </w:p>
        </w:tc>
        <w:tc>
          <w:tcPr>
            <w:tcW w:type="dxa" w:w="5669"/>
          </w:tcPr>
          <w:p>
            <w:r>
              <w:t>Pièces jointes : ______________________</w:t>
            </w:r>
          </w:p>
        </w:tc>
      </w:tr>
    </w:tbl>
    <w:p>
      <w:r>
        <w:t xml:space="preserve"> </w:t>
      </w:r>
    </w:p>
    <w:p>
      <w:r>
        <w:rPr>
          <w:b/>
          <w:sz w:val="24"/>
        </w:rPr>
        <w:t>1. INTITULÉ DU PROJET</w:t>
      </w:r>
    </w:p>
    <w:p>
      <w:r>
        <w:t>__________________________________________________________</w:t>
      </w:r>
    </w:p>
    <w:p>
      <w:r>
        <w:t xml:space="preserve"> </w:t>
      </w:r>
    </w:p>
    <w:p>
      <w:r>
        <w:rPr>
          <w:b/>
          <w:sz w:val="24"/>
        </w:rPr>
        <w:t>2. CONTEXTE &amp; JUSTIFICATION</w:t>
      </w:r>
    </w:p>
    <w:p>
      <w:r>
        <w:t>Décrivez brièvement la situation de référence, les besoins identifiés, les éléments de diagnostic et les sources (dates).</w:t>
      </w:r>
    </w:p>
    <w:p>
      <w:r>
        <w:t xml:space="preserve"> </w:t>
      </w:r>
    </w:p>
    <w:p>
      <w:r>
        <w:rPr>
          <w:b/>
          <w:sz w:val="24"/>
        </w:rPr>
        <w:t>3. OBJET ET OBJECTIFS (SMART)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vAlign w:val="center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Spécifique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Mesurable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Atteignable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Réaliste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Temporel</w:t>
            </w:r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4. BÉNÉFICIAIRES &amp; TERRITOIRE</w:t>
      </w:r>
    </w:p>
    <w:p>
      <w:r>
        <w:t>Publics visés, critères d’éligibilité, zones d’intervention, modalités d’orientation.</w:t>
      </w:r>
    </w:p>
    <w:p>
      <w:r>
        <w:t xml:space="preserve"> </w:t>
      </w:r>
    </w:p>
    <w:p>
      <w:r>
        <w:rPr>
          <w:b/>
          <w:sz w:val="24"/>
        </w:rPr>
        <w:t>5. DESCRIPTION &amp; MÉTHODOLOGIE</w:t>
      </w:r>
    </w:p>
    <w:p>
      <w:r>
        <w:t>Parcours proposé, modalités d’intervention, lieux, ressources, règles de confidentialité/sécurité.</w:t>
      </w:r>
    </w:p>
    <w:p>
      <w:r>
        <w:t xml:space="preserve"> </w:t>
      </w:r>
    </w:p>
    <w:p>
      <w:r>
        <w:rPr>
          <w:b/>
          <w:sz w:val="24"/>
        </w:rPr>
        <w:t>6. CALENDRIER (JALONS PRINCIPAUX)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vAlign w:val="center"/>
          </w:tcPr>
          <w:p>
            <w:r>
              <w:rPr>
                <w:b/>
              </w:rPr>
              <w:t>Phase / Jalons</w:t>
            </w:r>
          </w:p>
        </w:tc>
        <w:tc>
          <w:tcPr>
            <w:tcW w:type="dxa" w:w="3213"/>
            <w:vAlign w:val="center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3213"/>
            <w:vAlign w:val="center"/>
          </w:tcPr>
          <w:p>
            <w:r>
              <w:rPr>
                <w:b/>
              </w:rPr>
              <w:t>Livrables / Résultats</w:t>
            </w:r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7. BUDGET (PRÉVU / RÉEL / ÉCART) &amp; FINANCEMENT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vAlign w:val="center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Prévu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Réel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Écart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Source de financement</w:t>
            </w:r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</w:tbl>
    <w:p>
      <w:r>
        <w:t>Total prévu : _________   Total réel : _________   Écart : _________</w:t>
      </w:r>
    </w:p>
    <w:p>
      <w:r>
        <w:t xml:space="preserve"> </w:t>
      </w:r>
    </w:p>
    <w:p>
      <w:r>
        <w:rPr>
          <w:b/>
          <w:sz w:val="24"/>
        </w:rPr>
        <w:t>8. PARTENAIRES &amp; ENGAGEMENTS</w:t>
      </w:r>
    </w:p>
    <w:p>
      <w:r>
        <w:t>Structures impliquées, rôles, conventions, mises à disposition.</w:t>
      </w:r>
    </w:p>
    <w:p>
      <w:r>
        <w:t xml:space="preserve"> </w:t>
      </w:r>
    </w:p>
    <w:p>
      <w:r>
        <w:rPr>
          <w:b/>
          <w:sz w:val="24"/>
        </w:rPr>
        <w:t>9. CADRE LÉGAL &amp; CONFORMITÉ</w:t>
      </w:r>
    </w:p>
    <w:p>
      <w:r>
        <w:t>Identifiants (RNA/SIREN ou équivalent), assurances, protection des données, agréments, autorisations spécifiques.</w:t>
      </w:r>
    </w:p>
    <w:p>
      <w:r>
        <w:t xml:space="preserve"> </w:t>
      </w:r>
    </w:p>
    <w:p>
      <w:r>
        <w:rPr>
          <w:b/>
          <w:sz w:val="24"/>
        </w:rPr>
        <w:t>10. SUIVI — ÉVALUATION (INDICATEURS D’ACTIVITÉ ET DE RÉSULTAT)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vAlign w:val="center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Ligne de base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Réalisation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Source / Fréquence</w:t>
            </w:r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SIGNATURES ET VALIDATION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535"/>
          </w:tcPr>
          <w:p>
            <w:r>
              <w:t>Pour l’association</w:t>
              <w:br/>
              <w:t>Nom, qualité</w:t>
              <w:br/>
              <w:t>Cachet et signature</w:t>
            </w:r>
          </w:p>
        </w:tc>
        <w:tc>
          <w:tcPr>
            <w:tcW w:type="dxa" w:w="4535"/>
          </w:tcPr>
          <w:p>
            <w:r>
              <w:t>Pour le partenaire / financeur</w:t>
              <w:br/>
              <w:t>Nom, qualité</w:t>
              <w:br/>
              <w:t>Cachet et signature</w:t>
            </w:r>
          </w:p>
        </w:tc>
      </w:tr>
      <w:tr>
        <w:tc>
          <w:tcPr>
            <w:tcW w:type="dxa" w:w="4535"/>
          </w:tcPr>
          <w:p>
            <w:r>
              <w:t>Fait à : __________________</w:t>
            </w:r>
          </w:p>
        </w:tc>
        <w:tc>
          <w:tcPr>
            <w:tcW w:type="dxa" w:w="4535"/>
          </w:tcPr>
          <w:p>
            <w:r>
              <w:t>Le : ____ / ____ / ______</w:t>
            </w:r>
          </w:p>
        </w:tc>
      </w:tr>
      <w:tr>
        <w:tc>
          <w:tcPr>
            <w:tcW w:type="dxa" w:w="4535"/>
          </w:tcPr>
          <w:p>
            <w:r>
              <w:t>Visa du Président / Présidente</w:t>
            </w:r>
          </w:p>
        </w:tc>
        <w:tc>
          <w:tcPr>
            <w:tcW w:type="dxa" w:w="4535"/>
          </w:tcPr>
          <w:p>
            <w:r>
              <w:t>Visa du Trésorier / Trésorière</w:t>
            </w:r>
          </w:p>
        </w:tc>
      </w:tr>
    </w:tbl>
    <w:p>
      <w:r>
        <w:t xml:space="preserve"> </w:t>
      </w:r>
    </w:p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Présentation de projet associatif (A4) — Allure officielle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