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2111"/>
      </w:tblGrid>
      <w:tr>
        <w:tc>
          <w:tcPr>
            <w:tcW w:type="dxa" w:w="22111"/>
            <w:shd w:fill="263238"/>
          </w:tcPr>
          <w:p>
            <w:pPr>
              <w:jc w:val="center"/>
            </w:pPr>
            <w:r>
              <w:rPr>
                <w:b/>
                <w:color w:val="FFFFFF"/>
                <w:sz w:val="68"/>
              </w:rPr>
              <w:t>Charte d’équipe — Modèle</w:t>
            </w:r>
          </w:p>
          <w:p>
            <w:pPr>
              <w:jc w:val="center"/>
            </w:pPr>
            <w:r>
              <w:rPr>
                <w:color w:val="FFFFFF"/>
                <w:sz w:val="32"/>
              </w:rPr>
              <w:t>A3 paysage • à compléter ensemble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1055"/>
        <w:gridCol w:w="11055"/>
      </w:tblGrid>
      <w:tr>
        <w:tc>
          <w:tcPr>
            <w:tcW w:type="dxa" w:w="11055"/>
          </w:tcPr>
          <w:p>
            <w:r>
              <w:rPr>
                <w:b/>
                <w:sz w:val="32"/>
              </w:rPr>
              <w:t>Nos 3 valeurs (mantras)</w:t>
            </w:r>
          </w:p>
          <w:p>
            <w:r>
              <w:rPr>
                <w:sz w:val="28"/>
              </w:rPr>
              <w:t>• 1) ______________________</w:t>
            </w:r>
          </w:p>
          <w:p>
            <w:r>
              <w:rPr>
                <w:sz w:val="28"/>
              </w:rPr>
              <w:t>• 2) ______________________</w:t>
            </w:r>
          </w:p>
          <w:p>
            <w:r>
              <w:rPr>
                <w:sz w:val="28"/>
              </w:rPr>
              <w:t>• 3) ______________________</w:t>
            </w:r>
          </w:p>
        </w:tc>
        <w:tc>
          <w:tcPr>
            <w:tcW w:type="dxa" w:w="11055"/>
          </w:tcPr>
          <w:p>
            <w:r>
              <w:rPr>
                <w:b/>
                <w:sz w:val="32"/>
              </w:rPr>
              <w:t>Nos rituels (hebdo/mensuel)</w:t>
            </w:r>
          </w:p>
          <w:p>
            <w:r>
              <w:rPr>
                <w:sz w:val="28"/>
              </w:rPr>
              <w:t>• • ______________________</w:t>
            </w:r>
          </w:p>
          <w:p>
            <w:r>
              <w:rPr>
                <w:sz w:val="28"/>
              </w:rPr>
              <w:t>• • ______________________</w:t>
            </w:r>
          </w:p>
          <w:p>
            <w:r>
              <w:rPr>
                <w:sz w:val="28"/>
              </w:rPr>
              <w:t>• • ______________________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1055"/>
        <w:gridCol w:w="11055"/>
      </w:tblGrid>
      <w:tr>
        <w:tc>
          <w:tcPr>
            <w:tcW w:type="dxa" w:w="11055"/>
            <w:shd w:fill="E9F7EF"/>
          </w:tcPr>
          <w:p>
            <w:r>
              <w:t>Do (à faire)</w:t>
            </w:r>
          </w:p>
        </w:tc>
        <w:tc>
          <w:tcPr>
            <w:tcW w:type="dxa" w:w="11055"/>
            <w:shd w:fill="FCE4EC"/>
          </w:tcPr>
          <w:p>
            <w:r>
              <w:t>Don’t (à éviter)</w:t>
            </w:r>
          </w:p>
        </w:tc>
      </w:tr>
      <w:tr>
        <w:tc>
          <w:tcPr>
            <w:tcW w:type="dxa" w:w="11055"/>
          </w:tcPr>
          <w:p>
            <w:r>
              <w:t>• ______________________</w:t>
              <w:br/>
              <w:t>• ______________________</w:t>
              <w:br/>
              <w:t>• ______________________</w:t>
            </w:r>
          </w:p>
        </w:tc>
        <w:tc>
          <w:tcPr>
            <w:tcW w:type="dxa" w:w="11055"/>
          </w:tcPr>
          <w:p>
            <w:r>
              <w:t>• ______________________</w:t>
              <w:br/>
              <w:t>• ______________________</w:t>
              <w:br/>
              <w:t>• ______________________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1055"/>
        <w:gridCol w:w="11055"/>
      </w:tblGrid>
      <w:tr>
        <w:tc>
          <w:tcPr>
            <w:tcW w:type="dxa" w:w="11055"/>
          </w:tcPr>
          <w:p>
            <w:r>
              <w:rPr>
                <w:b/>
                <w:sz w:val="32"/>
              </w:rPr>
              <w:t>Nos indicateurs (simples)</w:t>
            </w:r>
          </w:p>
          <w:p>
            <w:r>
              <w:rPr>
                <w:sz w:val="28"/>
              </w:rPr>
              <w:t>• • ______________________</w:t>
            </w:r>
          </w:p>
          <w:p>
            <w:r>
              <w:rPr>
                <w:sz w:val="28"/>
              </w:rPr>
              <w:t>• • ______________________</w:t>
            </w:r>
          </w:p>
          <w:p>
            <w:r>
              <w:rPr>
                <w:sz w:val="28"/>
              </w:rPr>
              <w:t>• • ______________________</w:t>
            </w:r>
          </w:p>
        </w:tc>
        <w:tc>
          <w:tcPr>
            <w:tcW w:type="dxa" w:w="11055"/>
          </w:tcPr>
          <w:p>
            <w:r>
              <w:rPr>
                <w:b/>
                <w:sz w:val="32"/>
              </w:rPr>
              <w:t>Engagements &amp; signatures</w:t>
            </w:r>
          </w:p>
          <w:p>
            <w:r>
              <w:rPr>
                <w:sz w:val="28"/>
              </w:rPr>
              <w:t>• Manager : ______________ Date : ____</w:t>
            </w:r>
          </w:p>
          <w:p>
            <w:r>
              <w:rPr>
                <w:sz w:val="28"/>
              </w:rPr>
              <w:t>• Équipe : _______________ Date : ____</w:t>
            </w:r>
          </w:p>
        </w:tc>
      </w:tr>
    </w:tbl>
    <w:sectPr w:rsidR="00FC693F" w:rsidRPr="0006063C" w:rsidSect="00034616">
      <w:footerReference w:type="default" r:id="rId9"/>
      <w:pgSz w:w="23811" w:h="16838" w:orient="landscape"/>
      <w:pgMar w:top="680" w:right="850" w:bottom="68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 — Posters — Charte d’équipe — Modèle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