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6C5CE7"/>
          </w:tcPr>
          <w:p>
            <w:pPr>
              <w:jc w:val="center"/>
            </w:pPr>
            <w:r>
              <w:rPr>
                <w:b/>
                <w:sz w:val="32"/>
              </w:rPr>
              <w:t>PLAN DE SOINS — AIDE-SOIGNANT(E) — EHPAD</w:t>
            </w:r>
          </w:p>
          <w:p>
            <w:pPr>
              <w:jc w:val="center"/>
            </w:pPr>
            <w:r>
              <w:rPr>
                <w:i/>
                <w:sz w:val="18"/>
              </w:rPr>
              <w:t>Modèle A4 — à imprimer et intégrer au dossier du résident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CD6F7"/>
          </w:tcPr>
          <w:p>
            <w:r>
              <w:rPr>
                <w:b/>
              </w:rPr>
              <w:t xml:space="preserve">  EN-TÊTE ÉTABLISSEMENT ET DOSSIER RÉSIDENT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276"/>
        <w:gridCol w:w="1276"/>
        <w:gridCol w:w="1276"/>
        <w:gridCol w:w="1276"/>
        <w:gridCol w:w="1276"/>
        <w:gridCol w:w="1276"/>
        <w:gridCol w:w="1276"/>
        <w:gridCol w:w="1276"/>
      </w:tblGrid>
      <w:tr>
        <w:tc>
          <w:tcPr>
            <w:tcW w:type="dxa" w:w="1276"/>
            <w:shd w:fill="EEEEEE"/>
          </w:tcPr>
          <w:p>
            <w:r>
              <w:rPr>
                <w:b/>
              </w:rPr>
              <w:t>Établissement / Unité</w:t>
            </w:r>
          </w:p>
        </w:tc>
        <w:tc>
          <w:tcPr>
            <w:tcW w:type="dxa" w:w="1276"/>
            <w:shd w:fill="EEEEEE"/>
          </w:tcPr>
          <w:p>
            <w:r>
              <w:rPr>
                <w:b/>
              </w:rPr>
              <w:t>Chambre</w:t>
            </w:r>
          </w:p>
        </w:tc>
        <w:tc>
          <w:tcPr>
            <w:tcW w:type="dxa" w:w="1276"/>
            <w:shd w:fill="EEEEEE"/>
          </w:tcPr>
          <w:p>
            <w:r>
              <w:rPr>
                <w:b/>
              </w:rPr>
              <w:t>Référent AS / IDE</w:t>
            </w:r>
          </w:p>
        </w:tc>
        <w:tc>
          <w:tcPr>
            <w:tcW w:type="dxa" w:w="1276"/>
            <w:shd w:fill="EEEEEE"/>
          </w:tcPr>
          <w:p>
            <w:r>
              <w:rPr>
                <w:b/>
              </w:rPr>
              <w:t>Médecin traitant</w:t>
            </w:r>
          </w:p>
        </w:tc>
        <w:tc>
          <w:tcPr>
            <w:tcW w:type="dxa" w:w="1276"/>
            <w:shd w:fill="EEEEEE"/>
          </w:tcPr>
          <w:p>
            <w:r>
              <w:rPr>
                <w:b/>
              </w:rPr>
              <w:t>Ouverture du plan (date)</w:t>
            </w:r>
          </w:p>
        </w:tc>
        <w:tc>
          <w:tcPr>
            <w:tcW w:type="dxa" w:w="1276"/>
            <w:shd w:fill="EEEEEE"/>
          </w:tcPr>
          <w:p>
            <w:r>
              <w:rPr>
                <w:b/>
              </w:rPr>
              <w:t>Révision (date)</w:t>
            </w:r>
          </w:p>
        </w:tc>
        <w:tc>
          <w:tcPr>
            <w:tcW w:type="dxa" w:w="1276"/>
            <w:shd w:fill="EEEEEE"/>
          </w:tcPr>
          <w:p>
            <w:r>
              <w:rPr>
                <w:b/>
              </w:rPr>
              <w:t>Contact famille / Tuteur</w:t>
            </w:r>
          </w:p>
        </w:tc>
        <w:tc>
          <w:tcPr>
            <w:tcW w:type="dxa" w:w="1276"/>
            <w:shd w:fill="EEEEEE"/>
          </w:tcPr>
          <w:p>
            <w:r>
              <w:rPr>
                <w:b/>
              </w:rPr>
              <w:t>Téléphone</w:t>
            </w:r>
          </w:p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</w:tbl>
    <w:p>
      <w:r>
        <w:rPr>
          <w:b/>
        </w:rPr>
        <w:t>QR / DataMatrix (option) — lien dossier / version numérique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CD6F7"/>
          </w:tcPr>
          <w:p>
            <w:r>
              <w:rPr>
                <w:b/>
              </w:rPr>
              <w:t xml:space="preserve">  IDENTITÉ DU RÉSIDENT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EEEEE"/>
          </w:tcPr>
          <w:p>
            <w:r>
              <w:rPr>
                <w:b/>
              </w:rPr>
              <w:t>Nom / Prénom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Date de naissance / Sexe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N° dossier / ID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Protection juridique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Personnes ressources (famille/proches)</w:t>
            </w:r>
          </w:p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CD6F7"/>
          </w:tcPr>
          <w:p>
            <w:r>
              <w:rPr>
                <w:b/>
              </w:rPr>
              <w:t xml:space="preserve">  ÉLÉMENTS INITIAUX ET RISQUES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EEEEE"/>
          </w:tcPr>
          <w:p>
            <w:r>
              <w:rPr>
                <w:b/>
              </w:rPr>
              <w:t>Paramètre / Risque</w:t>
            </w:r>
          </w:p>
        </w:tc>
        <w:tc>
          <w:tcPr>
            <w:tcW w:type="dxa" w:w="2551"/>
            <w:shd w:fill="EEEEEE"/>
          </w:tcPr>
          <w:p>
            <w:r>
              <w:rPr>
                <w:b/>
              </w:rPr>
              <w:t>Détail / Score</w:t>
            </w:r>
          </w:p>
        </w:tc>
        <w:tc>
          <w:tcPr>
            <w:tcW w:type="dxa" w:w="2551"/>
            <w:shd w:fill="EEEEEE"/>
          </w:tcPr>
          <w:p>
            <w:r>
              <w:rPr>
                <w:b/>
              </w:rPr>
              <w:t>Mesure prévue</w:t>
            </w:r>
          </w:p>
        </w:tc>
        <w:tc>
          <w:tcPr>
            <w:tcW w:type="dxa" w:w="2551"/>
            <w:shd w:fill="EEEEEE"/>
          </w:tcPr>
          <w:p>
            <w:r>
              <w:rPr>
                <w:b/>
              </w:rPr>
              <w:t>Date / Réf.</w:t>
            </w:r>
          </w:p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</w:tbl>
    <w:p>
      <w:r>
        <w:rPr>
          <w:i/>
        </w:rPr>
        <w:t>Exemples : chute, dénutrition, déshydratation, escarres (score), douleur, confusion, fugue…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CD6F7"/>
          </w:tcPr>
          <w:p>
            <w:r>
              <w:rPr>
                <w:b/>
              </w:rPr>
              <w:t xml:space="preserve">  OBJECTIFS DE SOINS (SMART)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EEEEE"/>
          </w:tcPr>
          <w:p>
            <w:r>
              <w:rPr>
                <w:b/>
              </w:rPr>
              <w:t>Objectif</w:t>
            </w:r>
          </w:p>
        </w:tc>
        <w:tc>
          <w:tcPr>
            <w:tcW w:type="dxa" w:w="2551"/>
            <w:shd w:fill="EEEEEE"/>
          </w:tcPr>
          <w:p>
            <w:r>
              <w:rPr>
                <w:b/>
              </w:rPr>
              <w:t>Indicateurs</w:t>
            </w:r>
          </w:p>
        </w:tc>
        <w:tc>
          <w:tcPr>
            <w:tcW w:type="dxa" w:w="2551"/>
            <w:shd w:fill="EEEEEE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2551"/>
            <w:shd w:fill="EEEEEE"/>
          </w:tcPr>
          <w:p>
            <w:r>
              <w:rPr>
                <w:b/>
              </w:rPr>
              <w:t>Responsable(s)</w:t>
            </w:r>
          </w:p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CD6F7"/>
          </w:tcPr>
          <w:p>
            <w:r>
              <w:rPr>
                <w:b/>
              </w:rPr>
              <w:t xml:space="preserve">  INTERVENTIONS — HYGIÈNE &amp; TOILETTE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EEEEE"/>
          </w:tcPr>
          <w:p>
            <w:r>
              <w:rPr>
                <w:b/>
              </w:rPr>
              <w:t>Actions / gestes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Fréquence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Quand (H/repères)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Responsable(s)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Traçabilité (signature)</w:t>
            </w:r>
          </w:p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CD6F7"/>
          </w:tcPr>
          <w:p>
            <w:r>
              <w:rPr>
                <w:b/>
              </w:rPr>
              <w:t xml:space="preserve">  INTERVENTIONS — HABILLAGE &amp; PRÉSENTATION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EEEEE"/>
          </w:tcPr>
          <w:p>
            <w:r>
              <w:rPr>
                <w:b/>
              </w:rPr>
              <w:t>Actions / gestes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Fréquence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Quand (H/repères)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Responsable(s)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Traçabilité (signature)</w:t>
            </w:r>
          </w:p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CD6F7"/>
          </w:tcPr>
          <w:p>
            <w:r>
              <w:rPr>
                <w:b/>
              </w:rPr>
              <w:t xml:space="preserve">  INTERVENTIONS — ALIMENTATION &amp; HYDRATATION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EEEEE"/>
          </w:tcPr>
          <w:p>
            <w:r>
              <w:rPr>
                <w:b/>
              </w:rPr>
              <w:t>Actions / gestes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Fréquence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Quand (H/repères)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Responsable(s)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Traçabilité (signature)</w:t>
            </w:r>
          </w:p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CD6F7"/>
          </w:tcPr>
          <w:p>
            <w:r>
              <w:rPr>
                <w:b/>
              </w:rPr>
              <w:t xml:space="preserve">  INTERVENTIONS — ÉLIMINATION (CONTINENCE, AIDE WC, PROTECTIONS)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EEEEE"/>
          </w:tcPr>
          <w:p>
            <w:r>
              <w:rPr>
                <w:b/>
              </w:rPr>
              <w:t>Actions / gestes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Fréquence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Quand (H/repères)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Responsable(s)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Traçabilité (signature)</w:t>
            </w:r>
          </w:p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CD6F7"/>
          </w:tcPr>
          <w:p>
            <w:r>
              <w:rPr>
                <w:b/>
              </w:rPr>
              <w:t xml:space="preserve">  INTERVENTIONS — MOBILITÉ, TRANSFERTS &amp; PRÉVENTION DES CHUTES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EEEEE"/>
          </w:tcPr>
          <w:p>
            <w:r>
              <w:rPr>
                <w:b/>
              </w:rPr>
              <w:t>Actions / gestes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Fréquence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Quand (H/repères)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Responsable(s)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Traçabilité (signature)</w:t>
            </w:r>
          </w:p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CD6F7"/>
          </w:tcPr>
          <w:p>
            <w:r>
              <w:rPr>
                <w:b/>
              </w:rPr>
              <w:t xml:space="preserve">  INTERVENTIONS — PRÉVENTION DES ESCARRES &amp; SOINS DE PEAU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EEEEE"/>
          </w:tcPr>
          <w:p>
            <w:r>
              <w:rPr>
                <w:b/>
              </w:rPr>
              <w:t>Actions / gestes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Fréquence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Quand (H/repères)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Responsable(s)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Traçabilité (signature)</w:t>
            </w:r>
          </w:p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CD6F7"/>
          </w:tcPr>
          <w:p>
            <w:r>
              <w:rPr>
                <w:b/>
              </w:rPr>
              <w:t xml:space="preserve">  INTERVENTIONS — DOULEUR (ÉCHELLE, SURVEILLANCE)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EEEEE"/>
          </w:tcPr>
          <w:p>
            <w:r>
              <w:rPr>
                <w:b/>
              </w:rPr>
              <w:t>Actions / gestes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Fréquence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Quand (H/repères)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Responsable(s)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Traçabilité (signature)</w:t>
            </w:r>
          </w:p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CD6F7"/>
          </w:tcPr>
          <w:p>
            <w:r>
              <w:rPr>
                <w:b/>
              </w:rPr>
              <w:t xml:space="preserve">  INTERVENTIONS — SOMMEIL &amp; REPOS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EEEEE"/>
          </w:tcPr>
          <w:p>
            <w:r>
              <w:rPr>
                <w:b/>
              </w:rPr>
              <w:t>Actions / gestes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Fréquence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Quand (H/repères)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Responsable(s)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Traçabilité (signature)</w:t>
            </w:r>
          </w:p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CD6F7"/>
          </w:tcPr>
          <w:p>
            <w:r>
              <w:rPr>
                <w:b/>
              </w:rPr>
              <w:t xml:space="preserve">  INTERVENTIONS — COMMUNICATION, COGNITION &amp; STIMULATION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EEEEE"/>
          </w:tcPr>
          <w:p>
            <w:r>
              <w:rPr>
                <w:b/>
              </w:rPr>
              <w:t>Actions / gestes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Fréquence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Quand (H/repères)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Responsable(s)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Traçabilité (signature)</w:t>
            </w:r>
          </w:p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CD6F7"/>
          </w:tcPr>
          <w:p>
            <w:r>
              <w:rPr>
                <w:b/>
              </w:rPr>
              <w:t xml:space="preserve">  INTERVENTIONS — VIE SOCIALE, ANIMATION &amp; SORTIES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EEEEE"/>
          </w:tcPr>
          <w:p>
            <w:r>
              <w:rPr>
                <w:b/>
              </w:rPr>
              <w:t>Actions / gestes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Fréquence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Quand (H/repères)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Responsable(s)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Traçabilité (signature)</w:t>
            </w:r>
          </w:p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CD6F7"/>
          </w:tcPr>
          <w:p>
            <w:r>
              <w:rPr>
                <w:b/>
              </w:rPr>
              <w:t xml:space="preserve">  MATÉRIEL &amp; AIDES TECHNIQUES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EEEEE"/>
          </w:tcPr>
          <w:p>
            <w:r>
              <w:rPr>
                <w:b/>
              </w:rPr>
              <w:t>Équipement / aide</w:t>
            </w:r>
          </w:p>
        </w:tc>
        <w:tc>
          <w:tcPr>
            <w:tcW w:type="dxa" w:w="2551"/>
            <w:shd w:fill="EEEEEE"/>
          </w:tcPr>
          <w:p>
            <w:r>
              <w:rPr>
                <w:b/>
              </w:rPr>
              <w:t>Réglages / précautions</w:t>
            </w:r>
          </w:p>
        </w:tc>
        <w:tc>
          <w:tcPr>
            <w:tcW w:type="dxa" w:w="2551"/>
            <w:shd w:fill="EEEEEE"/>
          </w:tcPr>
          <w:p>
            <w:r>
              <w:rPr>
                <w:b/>
              </w:rPr>
              <w:t>Lieu / disponibilité</w:t>
            </w:r>
          </w:p>
        </w:tc>
        <w:tc>
          <w:tcPr>
            <w:tcW w:type="dxa" w:w="2551"/>
            <w:shd w:fill="EEEEEE"/>
          </w:tcPr>
          <w:p>
            <w:r>
              <w:rPr>
                <w:b/>
              </w:rPr>
              <w:t>Responsable</w:t>
            </w:r>
          </w:p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CD6F7"/>
          </w:tcPr>
          <w:p>
            <w:r>
              <w:rPr>
                <w:b/>
              </w:rPr>
              <w:t xml:space="preserve">  PROTOCOLES / PROCÉDURES ASSOCIÉES (RÉFÉRENCES)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EEEEE"/>
          </w:tcPr>
          <w:p>
            <w:r>
              <w:rPr>
                <w:b/>
              </w:rPr>
              <w:t>Thème</w:t>
            </w:r>
          </w:p>
        </w:tc>
        <w:tc>
          <w:tcPr>
            <w:tcW w:type="dxa" w:w="2551"/>
            <w:shd w:fill="EEEEEE"/>
          </w:tcPr>
          <w:p>
            <w:r>
              <w:rPr>
                <w:b/>
              </w:rPr>
              <w:t>Référence / emplacement</w:t>
            </w:r>
          </w:p>
        </w:tc>
        <w:tc>
          <w:tcPr>
            <w:tcW w:type="dxa" w:w="2551"/>
            <w:shd w:fill="EEEEEE"/>
          </w:tcPr>
          <w:p>
            <w:r>
              <w:rPr>
                <w:b/>
              </w:rPr>
              <w:t>Date / version</w:t>
            </w:r>
          </w:p>
        </w:tc>
        <w:tc>
          <w:tcPr>
            <w:tcW w:type="dxa" w:w="2551"/>
            <w:shd w:fill="EEEEEE"/>
          </w:tcPr>
          <w:p>
            <w:r>
              <w:rPr>
                <w:b/>
              </w:rPr>
              <w:t>À consulter par</w:t>
            </w:r>
          </w:p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CD6F7"/>
          </w:tcPr>
          <w:p>
            <w:r>
              <w:rPr>
                <w:b/>
              </w:rPr>
              <w:t xml:space="preserve">  PLANNING HEBDOMADAIRE — SYNTHÈSE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276"/>
        <w:gridCol w:w="1276"/>
        <w:gridCol w:w="1276"/>
        <w:gridCol w:w="1276"/>
        <w:gridCol w:w="1276"/>
        <w:gridCol w:w="1276"/>
        <w:gridCol w:w="1276"/>
        <w:gridCol w:w="1276"/>
      </w:tblGrid>
      <w:tr>
        <w:tc>
          <w:tcPr>
            <w:tcW w:type="dxa" w:w="1276"/>
            <w:shd w:fill="EEEEEE"/>
          </w:tcPr>
          <w:p>
            <w:r>
              <w:rPr>
                <w:b/>
              </w:rPr>
            </w:r>
          </w:p>
        </w:tc>
        <w:tc>
          <w:tcPr>
            <w:tcW w:type="dxa" w:w="1276"/>
            <w:shd w:fill="EEEEEE"/>
          </w:tcPr>
          <w:p>
            <w:r>
              <w:rPr>
                <w:b/>
              </w:rPr>
              <w:t>Lun</w:t>
            </w:r>
          </w:p>
        </w:tc>
        <w:tc>
          <w:tcPr>
            <w:tcW w:type="dxa" w:w="1276"/>
            <w:shd w:fill="EEEEEE"/>
          </w:tcPr>
          <w:p>
            <w:r>
              <w:rPr>
                <w:b/>
              </w:rPr>
              <w:t>Mar</w:t>
            </w:r>
          </w:p>
        </w:tc>
        <w:tc>
          <w:tcPr>
            <w:tcW w:type="dxa" w:w="1276"/>
            <w:shd w:fill="EEEEEE"/>
          </w:tcPr>
          <w:p>
            <w:r>
              <w:rPr>
                <w:b/>
              </w:rPr>
              <w:t>Mer</w:t>
            </w:r>
          </w:p>
        </w:tc>
        <w:tc>
          <w:tcPr>
            <w:tcW w:type="dxa" w:w="1276"/>
            <w:shd w:fill="EEEEEE"/>
          </w:tcPr>
          <w:p>
            <w:r>
              <w:rPr>
                <w:b/>
              </w:rPr>
              <w:t>Jeu</w:t>
            </w:r>
          </w:p>
        </w:tc>
        <w:tc>
          <w:tcPr>
            <w:tcW w:type="dxa" w:w="1276"/>
            <w:shd w:fill="EEEEEE"/>
          </w:tcPr>
          <w:p>
            <w:r>
              <w:rPr>
                <w:b/>
              </w:rPr>
              <w:t>Ven</w:t>
            </w:r>
          </w:p>
        </w:tc>
        <w:tc>
          <w:tcPr>
            <w:tcW w:type="dxa" w:w="1276"/>
            <w:shd w:fill="EEEEEE"/>
          </w:tcPr>
          <w:p>
            <w:r>
              <w:rPr>
                <w:b/>
              </w:rPr>
              <w:t>Sam</w:t>
            </w:r>
          </w:p>
        </w:tc>
        <w:tc>
          <w:tcPr>
            <w:tcW w:type="dxa" w:w="1276"/>
            <w:shd w:fill="EEEEEE"/>
          </w:tcPr>
          <w:p>
            <w:r>
              <w:rPr>
                <w:b/>
              </w:rPr>
              <w:t>Dim</w:t>
            </w:r>
          </w:p>
        </w:tc>
      </w:tr>
      <w:tr>
        <w:tc>
          <w:tcPr>
            <w:tcW w:type="dxa" w:w="1276"/>
          </w:tcPr>
          <w:p>
            <w:r>
              <w:rPr>
                <w:b/>
              </w:rPr>
              <w:t>Matin</w:t>
            </w:r>
          </w:p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>
            <w:r>
              <w:rPr>
                <w:b/>
              </w:rPr>
              <w:t>Après-midi</w:t>
            </w:r>
          </w:p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>
            <w:r>
              <w:rPr>
                <w:b/>
              </w:rPr>
              <w:t>Soir</w:t>
            </w:r>
          </w:p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  <w:tr>
        <w:tc>
          <w:tcPr>
            <w:tcW w:type="dxa" w:w="1276"/>
          </w:tcPr>
          <w:p>
            <w:r>
              <w:rPr>
                <w:b/>
              </w:rPr>
              <w:t>Nuit</w:t>
            </w:r>
          </w:p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  <w:tc>
          <w:tcPr>
            <w:tcW w:type="dxa" w:w="1276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CD6F7"/>
          </w:tcPr>
          <w:p>
            <w:r>
              <w:rPr>
                <w:b/>
              </w:rPr>
              <w:t xml:space="preserve">  ÉVALUATION &amp; TRANSMISSIONS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EEEEE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551"/>
            <w:shd w:fill="EEEEEE"/>
          </w:tcPr>
          <w:p>
            <w:r>
              <w:rPr>
                <w:b/>
              </w:rPr>
              <w:t>Observation / Évaluation</w:t>
            </w:r>
          </w:p>
        </w:tc>
        <w:tc>
          <w:tcPr>
            <w:tcW w:type="dxa" w:w="2551"/>
            <w:shd w:fill="EEEEEE"/>
          </w:tcPr>
          <w:p>
            <w:r>
              <w:rPr>
                <w:b/>
              </w:rPr>
              <w:t>Suite à donner (IDE/médecin)</w:t>
            </w:r>
          </w:p>
        </w:tc>
        <w:tc>
          <w:tcPr>
            <w:tcW w:type="dxa" w:w="2551"/>
            <w:shd w:fill="EEEEEE"/>
          </w:tcPr>
          <w:p>
            <w:r>
              <w:rPr>
                <w:b/>
              </w:rPr>
              <w:t>Signature</w:t>
            </w:r>
          </w:p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CD6F7"/>
          </w:tcPr>
          <w:p>
            <w:r>
              <w:rPr>
                <w:b/>
              </w:rPr>
              <w:t xml:space="preserve">  RÉVISION DU PLAN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EEEEE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551"/>
            <w:shd w:fill="EEEEEE"/>
          </w:tcPr>
          <w:p>
            <w:r>
              <w:rPr>
                <w:b/>
              </w:rPr>
              <w:t>Motif de révision / modifications</w:t>
            </w:r>
          </w:p>
        </w:tc>
        <w:tc>
          <w:tcPr>
            <w:tcW w:type="dxa" w:w="2551"/>
            <w:shd w:fill="EEEEEE"/>
          </w:tcPr>
          <w:p>
            <w:r>
              <w:rPr>
                <w:b/>
              </w:rPr>
              <w:t>Décision (IDE/MC)</w:t>
            </w:r>
          </w:p>
        </w:tc>
        <w:tc>
          <w:tcPr>
            <w:tcW w:type="dxa" w:w="2551"/>
            <w:shd w:fill="EEEEEE"/>
          </w:tcPr>
          <w:p>
            <w:r>
              <w:rPr>
                <w:b/>
              </w:rPr>
              <w:t>Signature</w:t>
            </w:r>
          </w:p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CD6F7"/>
          </w:tcPr>
          <w:p>
            <w:r>
              <w:rPr>
                <w:b/>
              </w:rPr>
              <w:t xml:space="preserve">  VALIDATION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EEEEEE"/>
          </w:tcPr>
          <w:p>
            <w:r>
              <w:rPr>
                <w:b/>
              </w:rPr>
              <w:t>AS référent(e) — Signature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IDE référent(e) — Signature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Médecin coordonnateur — Signature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Résident/Représentant — Information/Signature</w:t>
            </w:r>
          </w:p>
        </w:tc>
        <w:tc>
          <w:tcPr>
            <w:tcW w:type="dxa" w:w="2041"/>
            <w:shd w:fill="EEEEEE"/>
          </w:tcPr>
          <w:p>
            <w:r>
              <w:rPr>
                <w:b/>
              </w:rPr>
              <w:t>Date</w:t>
            </w:r>
          </w:p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</w:tbl>
    <w:sectPr w:rsidR="00FC693F" w:rsidRPr="0006063C" w:rsidSect="00034616">
      <w:footerReference w:type="default" r:id="rId9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lecoursgratuit.com — Plan de soins EHPAD — Aide-Soignant(e) — Modèle A4 (générique)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