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"/>
        <w:gridCol w:w="12472"/>
        <w:gridCol w:w="3402"/>
      </w:tblGrid>
      <w:tr>
        <w:tc>
          <w:tcPr>
            <w:tcW w:type="dxa" w:w="340"/>
            <w:shd w:fill="374151"/>
            <w:vAlign w:val="center"/>
          </w:tcPr>
          <w:p/>
        </w:tc>
        <w:tc>
          <w:tcPr>
            <w:tcW w:type="dxa" w:w="12472"/>
            <w:shd w:fill="1F2937"/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ORDRE DE FABRICATION — BANDEAU GRAPHITE</w:t>
            </w:r>
          </w:p>
        </w:tc>
        <w:tc>
          <w:tcPr>
            <w:tcW w:type="dxa" w:w="3402"/>
            <w:shd w:fill="E5E7EB"/>
            <w:vAlign w:val="center"/>
          </w:tcPr>
          <w:p>
            <w:pPr>
              <w:jc w:val="left"/>
            </w:pPr>
            <w:r>
              <w:rPr>
                <w:sz w:val="18"/>
              </w:rPr>
              <w:t>OF : __________</w:t>
              <w:br/>
              <w:t>PO/Client : __________</w:t>
              <w:br/>
              <w:t>Date émission : ____/____/______</w:t>
            </w:r>
          </w:p>
        </w:tc>
      </w:tr>
    </w:tbl>
    <w:p/>
    <w:p>
      <w:r>
        <w:rPr>
          <w:b/>
        </w:rPr>
        <w:t>1) Identité de l’OF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6E6E6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Site / Atelier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N°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6E6E6"/>
          </w:tcPr>
          <w:p>
            <w:r>
              <w:rPr>
                <w:sz w:val="18"/>
              </w:rPr>
              <w:t>Référence / 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Responsable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6E6E6"/>
          </w:tcPr>
          <w:p>
            <w:r>
              <w:rPr>
                <w:sz w:val="18"/>
              </w:rPr>
              <w:t>Qté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Tolérance (%)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Date émission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E6E6E6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E6E6E6"/>
          </w:tcPr>
          <w:p>
            <w:r>
              <w:rPr>
                <w:sz w:val="18"/>
              </w:rPr>
              <w:t>Client / PO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</w:tbl>
    <w:p/>
    <w:p>
      <w:r>
        <w:rPr>
          <w:b/>
        </w:rPr>
        <w:t>2) Produit, composants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6E6E6"/>
          </w:tcPr>
          <w:p>
            <w:r>
              <w:t>Variante / Config.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6E6E6"/>
          </w:tcPr>
          <w:p>
            <w:r>
              <w:t>N° Dossier / Version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6E6E6"/>
          </w:tcPr>
          <w:p>
            <w:r>
              <w:t>Étiquetage requis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b/>
        </w:rPr>
        <w:t>Matières premières &amp; composants (si applicable)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Réf.</w:t>
            </w:r>
          </w:p>
        </w:tc>
        <w:tc>
          <w:tcPr>
            <w:tcW w:type="dxa" w:w="3062"/>
            <w:shd w:fill="E5E7EB"/>
          </w:tcPr>
          <w:p>
            <w:r>
              <w:t>Désignation</w:t>
            </w:r>
          </w:p>
        </w:tc>
        <w:tc>
          <w:tcPr>
            <w:tcW w:type="dxa" w:w="3062"/>
            <w:shd w:fill="E5E7EB"/>
          </w:tcPr>
          <w:p>
            <w:r>
              <w:t>Lot MP</w:t>
            </w:r>
          </w:p>
        </w:tc>
        <w:tc>
          <w:tcPr>
            <w:tcW w:type="dxa" w:w="3062"/>
            <w:shd w:fill="E5E7EB"/>
          </w:tcPr>
          <w:p>
            <w:r>
              <w:t>Fournisseur</w:t>
            </w:r>
          </w:p>
        </w:tc>
        <w:tc>
          <w:tcPr>
            <w:tcW w:type="dxa" w:w="3062"/>
            <w:shd w:fill="E5E7EB"/>
          </w:tcPr>
          <w:p>
            <w:r>
              <w:t>Qté/OF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Ressources &amp; capacités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Poste/Machine</w:t>
            </w:r>
          </w:p>
        </w:tc>
        <w:tc>
          <w:tcPr>
            <w:tcW w:type="dxa" w:w="3062"/>
            <w:shd w:fill="E5E7EB"/>
          </w:tcPr>
          <w:p>
            <w:r>
              <w:t>Outillage / Programme</w:t>
            </w:r>
          </w:p>
        </w:tc>
        <w:tc>
          <w:tcPr>
            <w:tcW w:type="dxa" w:w="3062"/>
            <w:shd w:fill="E5E7EB"/>
          </w:tcPr>
          <w:p>
            <w:r>
              <w:t>Compétence</w:t>
            </w:r>
          </w:p>
        </w:tc>
        <w:tc>
          <w:tcPr>
            <w:tcW w:type="dxa" w:w="3062"/>
            <w:shd w:fill="E5E7EB"/>
          </w:tcPr>
          <w:p>
            <w:r>
              <w:t>Capacité (u/h)</w:t>
            </w:r>
          </w:p>
        </w:tc>
        <w:tc>
          <w:tcPr>
            <w:tcW w:type="dxa" w:w="3062"/>
            <w:shd w:fill="E5E7EB"/>
          </w:tcPr>
          <w:p>
            <w:r>
              <w:t>Remarques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/>
    <w:p>
      <w:r>
        <w:rPr>
          <w:b/>
        </w:rPr>
        <w:t>3) Gamme &amp; opérations planifiées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</w:tblGrid>
      <w:tr>
        <w:tc>
          <w:tcPr>
            <w:tcW w:type="dxa" w:w="1531"/>
            <w:shd w:fill="D1D5DB"/>
          </w:tcPr>
          <w:p>
            <w:r>
              <w:t>N°</w:t>
            </w:r>
          </w:p>
        </w:tc>
        <w:tc>
          <w:tcPr>
            <w:tcW w:type="dxa" w:w="1531"/>
            <w:shd w:fill="D1D5DB"/>
          </w:tcPr>
          <w:p>
            <w:r>
              <w:t>Opération</w:t>
            </w:r>
          </w:p>
        </w:tc>
        <w:tc>
          <w:tcPr>
            <w:tcW w:type="dxa" w:w="1531"/>
            <w:shd w:fill="D1D5DB"/>
          </w:tcPr>
          <w:p>
            <w:r>
              <w:t>Poste/Machine</w:t>
            </w:r>
          </w:p>
        </w:tc>
        <w:tc>
          <w:tcPr>
            <w:tcW w:type="dxa" w:w="1531"/>
            <w:shd w:fill="D1D5DB"/>
          </w:tcPr>
          <w:p>
            <w:r>
              <w:t>Doc/Version</w:t>
            </w:r>
          </w:p>
        </w:tc>
        <w:tc>
          <w:tcPr>
            <w:tcW w:type="dxa" w:w="1531"/>
            <w:shd w:fill="D1D5DB"/>
          </w:tcPr>
          <w:p>
            <w:r>
              <w:t>Temps std (min)</w:t>
            </w:r>
          </w:p>
        </w:tc>
        <w:tc>
          <w:tcPr>
            <w:tcW w:type="dxa" w:w="1531"/>
            <w:shd w:fill="D1D5DB"/>
          </w:tcPr>
          <w:p>
            <w:r>
              <w:t>MO (h)</w:t>
            </w:r>
          </w:p>
        </w:tc>
        <w:tc>
          <w:tcPr>
            <w:tcW w:type="dxa" w:w="1531"/>
            <w:shd w:fill="D1D5DB"/>
          </w:tcPr>
          <w:p>
            <w:r>
              <w:t>Début planifié</w:t>
            </w:r>
          </w:p>
        </w:tc>
        <w:tc>
          <w:tcPr>
            <w:tcW w:type="dxa" w:w="1531"/>
            <w:shd w:fill="D1D5DB"/>
          </w:tcPr>
          <w:p>
            <w:r>
              <w:t>Fin planifié</w:t>
            </w:r>
          </w:p>
        </w:tc>
        <w:tc>
          <w:tcPr>
            <w:tcW w:type="dxa" w:w="1531"/>
            <w:shd w:fill="D1D5DB"/>
          </w:tcPr>
          <w:p>
            <w:r>
              <w:t>Quantité</w:t>
            </w:r>
          </w:p>
        </w:tc>
        <w:tc>
          <w:tcPr>
            <w:tcW w:type="dxa" w:w="1531"/>
            <w:shd w:fill="D1D5DB"/>
          </w:tcPr>
          <w:p>
            <w:r>
              <w:t>Signature</w:t>
            </w:r>
          </w:p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</w:tbl>
    <w:p/>
    <w:p>
      <w:r>
        <w:rPr>
          <w:b/>
        </w:rPr>
        <w:t>4) Contrôles qualité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D1D5DB"/>
          </w:tcPr>
          <w:p>
            <w:r>
              <w:t>À l'opération</w:t>
            </w:r>
          </w:p>
        </w:tc>
        <w:tc>
          <w:tcPr>
            <w:tcW w:type="dxa" w:w="3062"/>
            <w:shd w:fill="D1D5DB"/>
          </w:tcPr>
          <w:p>
            <w:r>
              <w:t>Type contrôle</w:t>
            </w:r>
          </w:p>
        </w:tc>
        <w:tc>
          <w:tcPr>
            <w:tcW w:type="dxa" w:w="3062"/>
            <w:shd w:fill="D1D5DB"/>
          </w:tcPr>
          <w:p>
            <w:r>
              <w:t>Critères/Tolérances</w:t>
            </w:r>
          </w:p>
        </w:tc>
        <w:tc>
          <w:tcPr>
            <w:tcW w:type="dxa" w:w="3062"/>
            <w:shd w:fill="D1D5DB"/>
          </w:tcPr>
          <w:p>
            <w:r>
              <w:t>Plan d'échant.</w:t>
            </w:r>
          </w:p>
        </w:tc>
        <w:tc>
          <w:tcPr>
            <w:tcW w:type="dxa" w:w="3062"/>
            <w:shd w:fill="D1D5DB"/>
          </w:tcPr>
          <w:p>
            <w:r>
              <w:t>Visa QC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Sécurité &amp; EPI (point d’arrêt)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D1D5DB"/>
          </w:tcPr>
          <w:p>
            <w:r>
              <w:t>EPI requis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FFF7D6"/>
          </w:tcPr>
          <w:p>
            <w:r>
              <w:t>Point d’arrêt sécurité</w:t>
            </w:r>
          </w:p>
        </w:tc>
        <w:tc>
          <w:tcPr>
            <w:tcW w:type="dxa" w:w="3827"/>
          </w:tcPr>
          <w:p>
            <w:r>
              <w:t>☐ OK  ☐ À revoir</w:t>
            </w:r>
          </w:p>
        </w:tc>
      </w:tr>
      <w:tr>
        <w:tc>
          <w:tcPr>
            <w:tcW w:type="dxa" w:w="3827"/>
            <w:shd w:fill="D1D5DB"/>
          </w:tcPr>
          <w:p>
            <w:r>
              <w:t>Consignes critiques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</w:tr>
    </w:tbl>
    <w:p/>
    <w:p>
      <w:r>
        <w:rPr>
          <w:b/>
        </w:rPr>
        <w:t>5) Libérations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D1D5DB"/>
          </w:tcPr>
          <w:p>
            <w:r>
              <w:t>Planification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D1D5DB"/>
          </w:tcPr>
          <w:p>
            <w:r>
              <w:t>Production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D1D5DB"/>
          </w:tcPr>
          <w:p>
            <w:r>
              <w:t>Qualité</w:t>
            </w:r>
          </w:p>
        </w:tc>
        <w:tc>
          <w:tcPr>
            <w:tcW w:type="dxa" w:w="2551"/>
          </w:tcPr>
          <w:p>
            <w:r>
              <w:t>Libération OF : ☐ Oui ☐ Non</w:t>
            </w:r>
          </w:p>
        </w:tc>
      </w:tr>
      <w:tr>
        <w:tc>
          <w:tcPr>
            <w:tcW w:type="dxa" w:w="2551"/>
            <w:shd w:fill="D1D5DB"/>
          </w:tcPr>
          <w:p>
            <w:r>
              <w:t>Commentaires</w:t>
            </w:r>
          </w:p>
        </w:tc>
        <w:tc>
          <w:tcPr>
            <w:tcW w:type="dxa" w:w="12755"/>
            <w:gridSpan w:val="5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680" w:right="68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Ordre de fabrication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