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vAlign w:val="top"/>
          </w:tcPr>
          <w:p/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  <w:p>
            <w:pPr>
              <w:spacing w:after="40"/>
              <w:jc w:val="center"/>
            </w:pPr>
            <w:r>
              <w:t>●</w:t>
            </w:r>
          </w:p>
        </w:tc>
        <w:tc>
          <w:tcPr>
            <w:tcW w:type="dxa" w:w="5270"/>
          </w:tcPr>
          <w:p>
            <w:r>
              <w:rPr>
                <w:b/>
              </w:rPr>
              <w:t xml:space="preserve">RAISON SOCIALE : </w:t>
            </w:r>
            <w:r>
              <w:t>[Nom de l’entreprise]</w:t>
              <w:br/>
            </w:r>
            <w:r>
              <w:rPr>
                <w:b/>
              </w:rPr>
              <w:t xml:space="preserve">SIREN/SIRET : </w:t>
            </w:r>
            <w:r>
              <w:t xml:space="preserve">[__________]    </w:t>
            </w:r>
            <w:r>
              <w:rPr>
                <w:b/>
              </w:rPr>
              <w:t xml:space="preserve">Adresse : </w:t>
            </w:r>
            <w:r>
              <w:t>[________________________________________]</w:t>
              <w:br/>
            </w:r>
            <w:r>
              <w:rPr>
                <w:b/>
              </w:rPr>
              <w:t xml:space="preserve">Téléphone : </w:t>
            </w:r>
            <w:r>
              <w:t xml:space="preserve">[__________]    </w:t>
            </w:r>
            <w:r>
              <w:rPr>
                <w:b/>
              </w:rPr>
              <w:t xml:space="preserve">E-mail : </w:t>
            </w:r>
            <w:r>
              <w:t>[________________________]</w:t>
            </w:r>
          </w:p>
          <w:p>
            <w:pPr>
              <w:spacing w:after="120"/>
            </w:pPr>
          </w:p>
          <w:p>
            <w:pPr>
              <w:jc w:val="center"/>
            </w:pPr>
            <w:r>
              <w:rPr>
                <w:b/>
              </w:rPr>
              <w:t>=== ORDRE DE MISSION — STYLE DACTYLO ===</w:t>
            </w:r>
          </w:p>
          <w:p>
            <w:pPr>
              <w:jc w:val="right"/>
            </w:pPr>
            <w:r>
              <w:rPr>
                <w:b/>
              </w:rPr>
              <w:t xml:space="preserve">Fait à </w:t>
            </w:r>
            <w:r>
              <w:t xml:space="preserve">[Ville] </w:t>
            </w:r>
            <w:r>
              <w:rPr>
                <w:b/>
              </w:rPr>
              <w:t xml:space="preserve">, le </w:t>
            </w:r>
            <w:r>
              <w:t>[JJ/MM/AAAA]</w:t>
            </w:r>
          </w:p>
          <w:p>
            <w:pPr>
              <w:jc w:val="center"/>
            </w:pPr>
            <w:r>
              <w:t>----------------------------------------------------------------------</w:t>
            </w:r>
          </w:p>
          <w:p>
            <w:pPr>
              <w:spacing w:after="120"/>
              <w:ind w:firstLine="454"/>
            </w:pPr>
            <w:r>
              <w:t>Par le présent ordre, M./Mme [Nom et Prénom], matricule [__________], est mandaté(e) pour effectuer une mission à [Ville/Pays] du [JJ/MM/AAAA] au [JJ/MM/AAAA].</w:t>
            </w:r>
          </w:p>
          <w:p>
            <w:pPr>
              <w:spacing w:after="120"/>
              <w:ind w:firstLine="454"/>
            </w:pPr>
            <w:r>
              <w:t>Objet de la mission : [Description synthétique].</w:t>
            </w:r>
          </w:p>
          <w:p>
            <w:pPr>
              <w:spacing w:after="120"/>
              <w:ind w:firstLine="454"/>
            </w:pPr>
            <w:r>
              <w:t>Frais &amp; modalités : [Per diem / Transport / Hébergement]. Les justificatifs devront être fournis conformément à la procédure interne.</w:t>
            </w:r>
          </w:p>
          <w:p>
            <w:pPr>
              <w:spacing w:after="120"/>
              <w:ind w:firstLine="454"/>
            </w:pPr>
            <w:r>
              <w:t>Le(la) collaborateur(trice) demeure soumis(e) aux règles de sécurité et de confidentialité de l’entreprise.</w:t>
            </w:r>
          </w:p>
          <w:p>
            <w:r>
              <w:t xml:space="preserve"> </w:t>
            </w:r>
          </w:p>
          <w:p>
            <w:pPr>
              <w:spacing w:after="40"/>
            </w:pPr>
            <w:r>
              <w:t>Nom &amp; qualité du signataire : [________________________]</w:t>
            </w:r>
          </w:p>
          <w:p>
            <w:r>
              <w:t>Signature et cachet de l’entreprise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dactylo N&amp;B — Ordre de mission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ourier New" w:hAnsi="Courier New" w:eastAsia="Courier New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