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20" w:space="0" w:color="63B3ED"/>
          <w:left w:val="single" w:sz="20" w:space="0" w:color="63B3ED"/>
          <w:bottom w:val="single" w:sz="20" w:space="0" w:color="63B3ED"/>
          <w:right w:val="single" w:sz="20" w:space="0" w:color="63B3ED"/>
          <w:insideH w:val="single" w:sz="20" w:space="0" w:color="63B3ED"/>
          <w:insideV w:val="single" w:sz="20" w:space="0" w:color="63B3ED"/>
        </w:tblBorders>
      </w:tblPr>
      <w:tblGrid>
        <w:gridCol w:w="10312"/>
      </w:tblGrid>
      <w:tr>
        <w:tc>
          <w:tcPr>
            <w:tcW w:type="dxa" w:w="10312"/>
            <w:shd w:fill="D9F2FF" w:val="clear" w:color="auto"/>
          </w:tcPr>
          <w:p>
            <w:pPr>
              <w:jc w:val="center"/>
            </w:pPr>
            <w:r>
              <w:rPr>
                <w:b/>
                <w:sz w:val="40"/>
              </w:rPr>
              <w:t xml:space="preserve">Prépositions de lieu &amp; Dictée — KIDS CM1/CM2 </w:t>
            </w:r>
          </w:p>
          <w:p>
            <w:pPr>
              <w:jc w:val="center"/>
            </w:pPr>
            <w:r>
              <w:rPr>
                <w:i/>
                <w:sz w:val="24"/>
              </w:rPr>
              <w:t>Rituel visuel • Différenciation • A4 portrait</w:t>
            </w:r>
          </w:p>
        </w:tc>
      </w:tr>
    </w:tbl>
    <w:p>
      <w:pPr>
        <w:spacing w:after="48"/>
      </w:pPr>
    </w:p>
    <w:tbl>
      <w:tblPr>
        <w:tblW w:type="auto" w:w="0"/>
        <w:tblLook w:firstColumn="1" w:firstRow="1" w:lastColumn="0" w:lastRow="0" w:noHBand="0" w:noVBand="1" w:val="04A0"/>
        <w:tblBorders>
          <w:top w:val="single" w:sz="16" w:space="0" w:color="34A853"/>
          <w:left w:val="single" w:sz="16" w:space="0" w:color="34A853"/>
          <w:bottom w:val="single" w:sz="16" w:space="0" w:color="34A853"/>
          <w:right w:val="single" w:sz="16" w:space="0" w:color="34A853"/>
          <w:insideH w:val="single" w:sz="16" w:space="0" w:color="34A853"/>
          <w:insideV w:val="single" w:sz="16" w:space="0" w:color="34A853"/>
        </w:tblBorders>
      </w:tblPr>
      <w:tblGrid>
        <w:gridCol w:w="10312"/>
      </w:tblGrid>
      <w:tr>
        <w:tc>
          <w:tcPr>
            <w:tcW w:type="dxa" w:w="10312"/>
            <w:shd w:fill="EAF7F0" w:val="clear" w:color="auto"/>
          </w:tcPr>
          <w:p>
            <w:r>
              <w:rPr>
                <w:b/>
              </w:rPr>
              <w:t xml:space="preserve">Mini-leçon 📍 — </w:t>
            </w:r>
            <w:r>
              <w:t>Visualise la scène avant d’écrire : sur, sous, dans, devant, derrière, entre ; puis les locutions (à côté de, en face de, près de…) et les contractions (au/aux/du/des).</w:t>
            </w:r>
          </w:p>
        </w:tc>
      </w:tr>
    </w:tbl>
    <w:p>
      <w:pPr>
        <w:spacing w:after="24"/>
      </w:pPr>
    </w:p>
    <w:tbl>
      <w:tblPr>
        <w:tblW w:type="auto" w:w="0"/>
        <w:tblLook w:firstColumn="1" w:firstRow="1" w:lastColumn="0" w:lastRow="0" w:noHBand="0" w:noVBand="1" w:val="04A0"/>
        <w:tblBorders>
          <w:top w:val="single" w:sz="16" w:space="0" w:color="D9308A"/>
          <w:left w:val="single" w:sz="16" w:space="0" w:color="D9308A"/>
          <w:bottom w:val="single" w:sz="16" w:space="0" w:color="D9308A"/>
          <w:right w:val="single" w:sz="16" w:space="0" w:color="D9308A"/>
          <w:insideH w:val="single" w:sz="16" w:space="0" w:color="D9308A"/>
          <w:insideV w:val="single" w:sz="16" w:space="0" w:color="D9308A"/>
        </w:tblBorders>
      </w:tblPr>
      <w:tblGrid>
        <w:gridCol w:w="10312"/>
      </w:tblGrid>
      <w:tr>
        <w:tc>
          <w:tcPr>
            <w:tcW w:type="dxa" w:w="10312"/>
            <w:shd w:fill="FDE7F0" w:val="clear" w:color="auto"/>
          </w:tcPr>
          <w:p>
            <w:r>
              <w:rPr>
                <w:b/>
              </w:rPr>
              <w:t xml:space="preserve">Contractions </w:t>
            </w:r>
            <w:r>
              <w:rPr>
                <w:b/>
              </w:rPr>
              <w:t xml:space="preserve">—  à + le = </w:t>
            </w:r>
            <w:r>
              <w:t xml:space="preserve">au  </w:t>
            </w:r>
            <w:r>
              <w:rPr>
                <w:b/>
              </w:rPr>
              <w:t xml:space="preserve">•  à + les = </w:t>
            </w:r>
            <w:r>
              <w:t xml:space="preserve">aux  </w:t>
            </w:r>
            <w:r>
              <w:rPr>
                <w:b/>
              </w:rPr>
              <w:t xml:space="preserve">•  de + le = </w:t>
            </w:r>
            <w:r>
              <w:t xml:space="preserve">du  </w:t>
            </w:r>
            <w:r>
              <w:rPr>
                <w:b/>
              </w:rPr>
              <w:t xml:space="preserve">•  de + les = </w:t>
            </w:r>
            <w:r>
              <w:t>des</w:t>
            </w:r>
          </w:p>
        </w:tc>
      </w:tr>
    </w:tbl>
    <w:p>
      <w:pPr>
        <w:spacing w:after="48"/>
      </w:pPr>
    </w:p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20" w:space="0" w:color="63B3ED"/>
          <w:left w:val="single" w:sz="20" w:space="0" w:color="63B3ED"/>
          <w:bottom w:val="single" w:sz="20" w:space="0" w:color="63B3ED"/>
          <w:right w:val="single" w:sz="20" w:space="0" w:color="63B3ED"/>
          <w:insideH w:val="single" w:sz="20" w:space="0" w:color="63B3ED"/>
          <w:insideV w:val="single" w:sz="20" w:space="0" w:color="63B3ED"/>
        </w:tblBorders>
      </w:tblPr>
      <w:tblGrid>
        <w:gridCol w:w="5156"/>
        <w:gridCol w:w="5156"/>
      </w:tblGrid>
      <w:tr>
        <w:tc>
          <w:p>
            <w:r>
              <w:rPr>
                <w:b/>
                <w:sz w:val="28"/>
              </w:rPr>
              <w:t>🧭  Entraînement — Prépositions de lieu</w:t>
            </w:r>
          </w:p>
        </w:tc>
        <w:tc>
          <w:tcPr>
            <w:tcW w:type="dxa" w:w="5156"/>
            <w:shd w:fill="E5F8FF" w:val="clear" w:color="auto"/>
          </w:tcPr>
          <w:p/>
        </w:tc>
      </w:tr>
      <w:tr>
        <w:tc>
          <w:p>
            <w:r>
              <w:rPr>
                <w:b/>
              </w:rPr>
              <w:t>Banque de prépositions</w:t>
            </w:r>
          </w:p>
          <w:p/>
          <w:tbl>
            <w:tblPr>
              <w:tblW w:type="auto" w:w="0"/>
              <w:tblLook w:firstColumn="1" w:firstRow="1" w:lastColumn="0" w:lastRow="0" w:noHBand="0" w:noVBand="1" w:val="04A0"/>
              <w:tblBorders>
                <w:top w:val="single" w:sz="10" w:space="0" w:color="63B3ED"/>
                <w:left w:val="single" w:sz="10" w:space="0" w:color="63B3ED"/>
                <w:bottom w:val="single" w:sz="10" w:space="0" w:color="63B3ED"/>
                <w:right w:val="single" w:sz="10" w:space="0" w:color="63B3ED"/>
                <w:insideH w:val="single" w:sz="10" w:space="0" w:color="63B3ED"/>
                <w:insideV w:val="single" w:sz="10" w:space="0" w:color="63B3ED"/>
              </w:tblBorders>
            </w:tblPr>
            <w:tblGrid>
              <w:gridCol w:w="480"/>
              <w:gridCol w:w="480"/>
              <w:gridCol w:w="480"/>
            </w:tblGrid>
            <w:tr>
              <w:tc>
                <w:p>
                  <w:r>
                    <w:t>__________</w:t>
                  </w:r>
                </w:p>
              </w:tc>
              <w:tc>
                <w:p>
                  <w:r>
                    <w:t>__________</w:t>
                  </w:r>
                </w:p>
              </w:tc>
              <w:tc>
                <w:p>
                  <w:r>
                    <w:t>__________</w:t>
                  </w:r>
                </w:p>
              </w:tc>
            </w:tr>
            <w:tr>
              <w:tc>
                <w:p>
                  <w:r>
                    <w:t>__________</w:t>
                  </w:r>
                </w:p>
              </w:tc>
              <w:tc>
                <w:p>
                  <w:r>
                    <w:t>__________</w:t>
                  </w:r>
                </w:p>
              </w:tc>
              <w:tc>
                <w:p>
                  <w:r>
                    <w:t>__________</w:t>
                  </w:r>
                </w:p>
              </w:tc>
            </w:tr>
            <w:tr>
              <w:tc>
                <w:p>
                  <w:r>
                    <w:t>__________</w:t>
                  </w:r>
                </w:p>
              </w:tc>
              <w:tc>
                <w:p>
                  <w:r>
                    <w:t>__________</w:t>
                  </w:r>
                </w:p>
              </w:tc>
              <w:tc>
                <w:p>
                  <w:r>
                    <w:t>__________</w:t>
                  </w:r>
                </w:p>
              </w:tc>
            </w:tr>
          </w:tbl>
          <w:p/>
        </w:tc>
        <w:tc>
          <w:p>
            <w:r>
              <w:rPr>
                <w:b/>
              </w:rPr>
              <w:t>Complète la phrase (utilise une préposition)</w:t>
            </w:r>
          </w:p>
          <w:p>
            <w:r>
              <w:t>____________________________________________________________________</w:t>
            </w:r>
          </w:p>
          <w:p>
            <w:r>
              <w:t>____________________________________________________________________</w:t>
            </w:r>
          </w:p>
          <w:p>
            <w:r>
              <w:t>____________________________________________________________________</w:t>
            </w:r>
          </w:p>
          <w:p>
            <w:r>
              <w:t>____________________________________________________________________</w:t>
            </w:r>
          </w:p>
          <w:p>
            <w:r>
              <w:t>____________________________________________________________________</w:t>
            </w:r>
          </w:p>
          <w:p>
            <w:r>
              <w:t>____________________________________________________________________</w:t>
            </w:r>
          </w:p>
        </w:tc>
      </w:tr>
    </w:tbl>
    <w:p>
      <w:pPr>
        <w:spacing w:after="48"/>
      </w:pPr>
    </w:p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20" w:space="0" w:color="FBAA29"/>
          <w:left w:val="single" w:sz="20" w:space="0" w:color="FBAA29"/>
          <w:bottom w:val="single" w:sz="20" w:space="0" w:color="FBAA29"/>
          <w:right w:val="single" w:sz="20" w:space="0" w:color="FBAA29"/>
          <w:insideH w:val="single" w:sz="20" w:space="0" w:color="FBAA29"/>
          <w:insideV w:val="single" w:sz="20" w:space="0" w:color="FBAA29"/>
        </w:tblBorders>
      </w:tblPr>
      <w:tblGrid>
        <w:gridCol w:w="5156"/>
        <w:gridCol w:w="5156"/>
      </w:tblGrid>
      <w:tr>
        <w:tc>
          <w:p>
            <w:r>
              <w:rPr>
                <w:b/>
                <w:sz w:val="28"/>
              </w:rPr>
              <w:t>📝  Dictée guidée — Intègre des prépositions</w:t>
            </w:r>
          </w:p>
        </w:tc>
        <w:tc/>
      </w:tr>
      <w:tr>
        <w:tc>
          <w:p>
            <w:r>
              <w:rPr>
                <w:b/>
              </w:rPr>
              <w:t>Prépositions utiles</w:t>
            </w:r>
          </w:p>
          <w:p/>
          <w:tbl>
            <w:tblPr>
              <w:tblW w:type="auto" w:w="0"/>
              <w:tblLook w:firstColumn="1" w:firstRow="1" w:lastColumn="0" w:lastRow="0" w:noHBand="0" w:noVBand="1" w:val="04A0"/>
              <w:tblBorders>
                <w:top w:val="single" w:sz="10" w:space="0" w:color="FBAA29"/>
                <w:left w:val="single" w:sz="10" w:space="0" w:color="FBAA29"/>
                <w:bottom w:val="single" w:sz="10" w:space="0" w:color="FBAA29"/>
                <w:right w:val="single" w:sz="10" w:space="0" w:color="FBAA29"/>
                <w:insideH w:val="single" w:sz="10" w:space="0" w:color="FBAA29"/>
                <w:insideV w:val="single" w:sz="10" w:space="0" w:color="FBAA29"/>
              </w:tblBorders>
            </w:tblPr>
            <w:tblGrid>
              <w:gridCol w:w="360"/>
              <w:gridCol w:w="360"/>
              <w:gridCol w:w="360"/>
              <w:gridCol w:w="360"/>
            </w:tblGrid>
            <w:tr>
              <w:tc>
                <w:p>
                  <w:r>
                    <w:t>__________</w:t>
                  </w:r>
                </w:p>
              </w:tc>
              <w:tc>
                <w:p>
                  <w:r>
                    <w:t>__________</w:t>
                  </w:r>
                </w:p>
              </w:tc>
              <w:tc>
                <w:p>
                  <w:r>
                    <w:t>__________</w:t>
                  </w:r>
                </w:p>
              </w:tc>
              <w:tc>
                <w:p>
                  <w:r>
                    <w:t>__________</w:t>
                  </w:r>
                </w:p>
              </w:tc>
            </w:tr>
            <w:tr>
              <w:tc>
                <w:p>
                  <w:r>
                    <w:t>__________</w:t>
                  </w:r>
                </w:p>
              </w:tc>
              <w:tc>
                <w:p>
                  <w:r>
                    <w:t>__________</w:t>
                  </w:r>
                </w:p>
              </w:tc>
              <w:tc>
                <w:p>
                  <w:r>
                    <w:t>__________</w:t>
                  </w:r>
                </w:p>
              </w:tc>
              <w:tc>
                <w:p>
                  <w:r>
                    <w:t>__________</w:t>
                  </w:r>
                </w:p>
              </w:tc>
            </w:tr>
          </w:tbl>
          <w:p/>
        </w:tc>
        <w:tc>
          <w:p>
            <w:r>
              <w:rPr>
                <w:b/>
              </w:rPr>
              <w:t>Texte / Dictée (intégrer des prépositions de lieu)</w:t>
            </w:r>
          </w:p>
          <w:p/>
          <w:p>
            <w:r>
              <w:t>________________________________________________________________________</w:t>
            </w:r>
          </w:p>
          <w:p>
            <w:r>
              <w:t>________________________________________________________________________</w:t>
            </w:r>
          </w:p>
          <w:p>
            <w:r>
              <w:t>________________________________________________________________________</w:t>
            </w:r>
          </w:p>
          <w:p>
            <w:r>
              <w:t>________________________________________________________________________</w:t>
            </w:r>
          </w:p>
          <w:p>
            <w:r>
              <w:t>________________________________________________________________________</w:t>
            </w:r>
          </w:p>
          <w:p>
            <w:r>
              <w:t>________________________________________________________________________</w:t>
            </w:r>
          </w:p>
          <w:p>
            <w:r>
              <w:t>________________________________________________________________________</w:t>
            </w:r>
          </w:p>
          <w:p>
            <w:r>
              <w:t>________________________________________________________________________</w:t>
            </w:r>
          </w:p>
        </w:tc>
      </w:tr>
    </w:tbl>
    <w:p>
      <w:r>
        <w:br w:type="page"/>
      </w:r>
    </w:p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20" w:space="0" w:color="34A853"/>
          <w:left w:val="single" w:sz="20" w:space="0" w:color="34A853"/>
          <w:bottom w:val="single" w:sz="20" w:space="0" w:color="34A853"/>
          <w:right w:val="single" w:sz="20" w:space="0" w:color="34A853"/>
          <w:insideH w:val="single" w:sz="20" w:space="0" w:color="34A853"/>
          <w:insideV w:val="single" w:sz="20" w:space="0" w:color="34A853"/>
        </w:tblBorders>
      </w:tblPr>
      <w:tblGrid>
        <w:gridCol w:w="10312"/>
      </w:tblGrid>
      <w:tr>
        <w:tc>
          <w:tcPr>
            <w:tcW w:type="dxa" w:w="10312"/>
            <w:shd w:fill="EAF7F0" w:val="clear" w:color="auto"/>
          </w:tcPr>
          <w:p>
            <w:pPr>
              <w:jc w:val="center"/>
            </w:pPr>
            <w:r>
              <w:rPr>
                <w:b/>
                <w:sz w:val="40"/>
              </w:rPr>
              <w:t xml:space="preserve">Bilan — Description et dictée </w:t>
            </w:r>
          </w:p>
          <w:p>
            <w:pPr>
              <w:jc w:val="center"/>
            </w:pPr>
            <w:r>
              <w:rPr>
                <w:i/>
                <w:sz w:val="24"/>
              </w:rPr>
              <w:t>Prépositions + Contractions + Ponctuation</w:t>
            </w:r>
          </w:p>
        </w:tc>
      </w:tr>
    </w:tbl>
    <w:p>
      <w:pPr>
        <w:spacing w:after="24"/>
      </w:pPr>
    </w:p>
    <w:tbl>
      <w:tblPr>
        <w:tblW w:type="auto" w:w="0"/>
        <w:tblLook w:firstColumn="1" w:firstRow="1" w:lastColumn="0" w:lastRow="0" w:noHBand="0" w:noVBand="1" w:val="04A0"/>
        <w:tblBorders>
          <w:top w:val="single" w:sz="14" w:space="0" w:color="34A853"/>
          <w:left w:val="single" w:sz="14" w:space="0" w:color="34A853"/>
          <w:bottom w:val="single" w:sz="14" w:space="0" w:color="34A853"/>
          <w:right w:val="single" w:sz="14" w:space="0" w:color="34A853"/>
          <w:insideH w:val="single" w:sz="14" w:space="0" w:color="34A853"/>
          <w:insideV w:val="single" w:sz="14" w:space="0" w:color="34A853"/>
        </w:tblBorders>
      </w:tblPr>
      <w:tblGrid>
        <w:gridCol w:w="2062"/>
        <w:gridCol w:w="2062"/>
        <w:gridCol w:w="2062"/>
        <w:gridCol w:w="2062"/>
        <w:gridCol w:w="2062"/>
      </w:tblGrid>
      <w:tr>
        <w:tc>
          <w:p>
            <w:r>
              <w:t>__________</w:t>
            </w:r>
          </w:p>
        </w:tc>
        <w:tc>
          <w:p>
            <w:r>
              <w:t>__________</w:t>
            </w:r>
          </w:p>
        </w:tc>
        <w:tc>
          <w:p>
            <w:r>
              <w:t>__________</w:t>
            </w:r>
          </w:p>
        </w:tc>
        <w:tc>
          <w:p>
            <w:r>
              <w:t>__________</w:t>
            </w:r>
          </w:p>
        </w:tc>
        <w:tc>
          <w:p>
            <w:r>
              <w:t>__________</w:t>
            </w:r>
          </w:p>
        </w:tc>
      </w:tr>
      <w:tr>
        <w:tc>
          <w:p>
            <w:r>
              <w:t>__________</w:t>
            </w:r>
          </w:p>
        </w:tc>
        <w:tc>
          <w:p>
            <w:r>
              <w:t>__________</w:t>
            </w:r>
          </w:p>
        </w:tc>
        <w:tc>
          <w:p>
            <w:r>
              <w:t>__________</w:t>
            </w:r>
          </w:p>
        </w:tc>
        <w:tc>
          <w:p>
            <w:r>
              <w:t>__________</w:t>
            </w:r>
          </w:p>
        </w:tc>
        <w:tc>
          <w:p>
            <w:r>
              <w:t>__________</w:t>
            </w:r>
          </w:p>
        </w:tc>
      </w:tr>
    </w:tbl>
    <w:p/>
    <w:p>
      <w:r>
        <w:rPr>
          <w:b/>
        </w:rPr>
        <w:t>Décris l’image (5 prépositions minimum) :</w:t>
      </w:r>
    </w:p>
    <w:p>
      <w:r>
        <w:t>________________________________________________________________________</w:t>
      </w:r>
    </w:p>
    <w:p>
      <w:r>
        <w:t>________________________________________________________________________</w:t>
      </w:r>
    </w:p>
    <w:p>
      <w:r>
        <w:t>________________________________________________________________________</w:t>
      </w:r>
    </w:p>
    <w:p>
      <w:r>
        <w:t>________________________________________________________________________</w:t>
      </w:r>
    </w:p>
    <w:p>
      <w:r>
        <w:t>________________________________________________________________________</w:t>
      </w:r>
    </w:p>
    <w:p>
      <w:pPr>
        <w:spacing w:after="24"/>
      </w:pPr>
    </w:p>
    <w:p>
      <w:r>
        <w:rPr>
          <w:b/>
        </w:rPr>
        <w:t>Dictée bilan (phrases complètes) :</w:t>
      </w:r>
    </w:p>
    <w:p>
      <w:r>
        <w:t>________________________________________________________________________</w:t>
      </w:r>
    </w:p>
    <w:p>
      <w:r>
        <w:t>________________________________________________________________________</w:t>
      </w:r>
    </w:p>
    <w:p>
      <w:r>
        <w:t>________________________________________________________________________</w:t>
      </w:r>
    </w:p>
    <w:p>
      <w:r>
        <w:t>________________________________________________________________________</w:t>
      </w:r>
    </w:p>
    <w:p>
      <w:r>
        <w:t>________________________________________________________________________</w:t>
      </w:r>
    </w:p>
    <w:p>
      <w:r>
        <w:t>________________________________________________________________________</w:t>
      </w:r>
    </w:p>
    <w:p/>
    <w:tbl>
      <w:tblPr>
        <w:tblW w:type="auto" w:w="0"/>
        <w:tblLook w:firstColumn="1" w:firstRow="1" w:lastColumn="0" w:lastRow="0" w:noHBand="0" w:noVBand="1" w:val="04A0"/>
        <w:tblBorders>
          <w:top w:val="single" w:sz="12" w:space="0" w:color="8AB4F8"/>
          <w:left w:val="single" w:sz="12" w:space="0" w:color="8AB4F8"/>
          <w:bottom w:val="single" w:sz="12" w:space="0" w:color="8AB4F8"/>
          <w:right w:val="single" w:sz="12" w:space="0" w:color="8AB4F8"/>
          <w:insideH w:val="single" w:sz="12" w:space="0" w:color="8AB4F8"/>
          <w:insideV w:val="single" w:sz="12" w:space="0" w:color="8AB4F8"/>
        </w:tblBorders>
      </w:tblPr>
      <w:tblGrid>
        <w:gridCol w:w="1719"/>
        <w:gridCol w:w="1719"/>
        <w:gridCol w:w="1719"/>
        <w:gridCol w:w="1719"/>
        <w:gridCol w:w="1719"/>
        <w:gridCol w:w="1719"/>
      </w:tblGrid>
      <w:tr>
        <w:tc>
          <w:tcPr>
            <w:tcW w:type="dxa" w:w="1719"/>
          </w:tcPr>
          <w:p>
            <w:r>
              <w:t>Compétence</w:t>
            </w:r>
          </w:p>
        </w:tc>
        <w:tc>
          <w:tcPr>
            <w:tcW w:type="dxa" w:w="1719"/>
          </w:tcPr>
          <w:p>
            <w:r>
              <w:t>🙂</w:t>
            </w:r>
          </w:p>
        </w:tc>
        <w:tc>
          <w:tcPr>
            <w:tcW w:type="dxa" w:w="1719"/>
          </w:tcPr>
          <w:p>
            <w:r>
              <w:t>😐</w:t>
            </w:r>
          </w:p>
        </w:tc>
        <w:tc>
          <w:tcPr>
            <w:tcW w:type="dxa" w:w="1719"/>
          </w:tcPr>
          <w:p>
            <w:r>
              <w:t>🙁</w:t>
            </w:r>
          </w:p>
        </w:tc>
        <w:tc>
          <w:tcPr>
            <w:tcW w:type="dxa" w:w="1719"/>
          </w:tcPr>
          <w:p>
            <w:r>
              <w:t>Points</w:t>
            </w:r>
          </w:p>
        </w:tc>
        <w:tc>
          <w:tcPr>
            <w:tcW w:type="dxa" w:w="1719"/>
          </w:tcPr>
          <w:p>
            <w:r>
              <w:t>Commentaire</w:t>
            </w:r>
          </w:p>
        </w:tc>
      </w:tr>
      <w:tr>
        <w:tc>
          <w:tcPr>
            <w:tcW w:type="dxa" w:w="1719"/>
          </w:tcPr>
          <w:p>
            <w:r>
              <w:t>Choisir la bonne préposition de lieu</w:t>
            </w:r>
          </w:p>
        </w:tc>
        <w:tc>
          <w:tcPr>
            <w:tcW w:type="dxa" w:w="1719"/>
          </w:tcPr>
          <w:p>
            <w:r>
              <w:t>☐</w:t>
            </w:r>
          </w:p>
        </w:tc>
        <w:tc>
          <w:tcPr>
            <w:tcW w:type="dxa" w:w="1719"/>
          </w:tcPr>
          <w:p>
            <w:r>
              <w:t>☐</w:t>
            </w:r>
          </w:p>
        </w:tc>
        <w:tc>
          <w:tcPr>
            <w:tcW w:type="dxa" w:w="1719"/>
          </w:tcPr>
          <w:p>
            <w:r>
              <w:t>☐</w:t>
            </w:r>
          </w:p>
        </w:tc>
        <w:tc>
          <w:tcPr>
            <w:tcW w:type="dxa" w:w="1719"/>
          </w:tcPr>
          <w:p>
            <w:r/>
          </w:p>
        </w:tc>
        <w:tc>
          <w:tcPr>
            <w:tcW w:type="dxa" w:w="1719"/>
          </w:tcPr>
          <w:p>
            <w:r/>
          </w:p>
        </w:tc>
      </w:tr>
      <w:tr>
        <w:tc>
          <w:tcPr>
            <w:tcW w:type="dxa" w:w="1719"/>
          </w:tcPr>
          <w:p>
            <w:r>
              <w:t>Contractions (au/aux/du/des) correctes</w:t>
            </w:r>
          </w:p>
        </w:tc>
        <w:tc>
          <w:tcPr>
            <w:tcW w:type="dxa" w:w="1719"/>
          </w:tcPr>
          <w:p>
            <w:r>
              <w:t>☐</w:t>
            </w:r>
          </w:p>
        </w:tc>
        <w:tc>
          <w:tcPr>
            <w:tcW w:type="dxa" w:w="1719"/>
          </w:tcPr>
          <w:p>
            <w:r>
              <w:t>☐</w:t>
            </w:r>
          </w:p>
        </w:tc>
        <w:tc>
          <w:tcPr>
            <w:tcW w:type="dxa" w:w="1719"/>
          </w:tcPr>
          <w:p>
            <w:r>
              <w:t>☐</w:t>
            </w:r>
          </w:p>
        </w:tc>
        <w:tc>
          <w:tcPr>
            <w:tcW w:type="dxa" w:w="1719"/>
          </w:tcPr>
          <w:p>
            <w:r/>
          </w:p>
        </w:tc>
        <w:tc>
          <w:tcPr>
            <w:tcW w:type="dxa" w:w="1719"/>
          </w:tcPr>
          <w:p>
            <w:r/>
          </w:p>
        </w:tc>
      </w:tr>
      <w:tr>
        <w:tc>
          <w:tcPr>
            <w:tcW w:type="dxa" w:w="1719"/>
          </w:tcPr>
          <w:p>
            <w:r>
              <w:t>Accords GN (déterminant/nom/adjectif)</w:t>
            </w:r>
          </w:p>
        </w:tc>
        <w:tc>
          <w:tcPr>
            <w:tcW w:type="dxa" w:w="1719"/>
          </w:tcPr>
          <w:p>
            <w:r>
              <w:t>☐</w:t>
            </w:r>
          </w:p>
        </w:tc>
        <w:tc>
          <w:tcPr>
            <w:tcW w:type="dxa" w:w="1719"/>
          </w:tcPr>
          <w:p>
            <w:r>
              <w:t>☐</w:t>
            </w:r>
          </w:p>
        </w:tc>
        <w:tc>
          <w:tcPr>
            <w:tcW w:type="dxa" w:w="1719"/>
          </w:tcPr>
          <w:p>
            <w:r>
              <w:t>☐</w:t>
            </w:r>
          </w:p>
        </w:tc>
        <w:tc>
          <w:tcPr>
            <w:tcW w:type="dxa" w:w="1719"/>
          </w:tcPr>
          <w:p>
            <w:r/>
          </w:p>
        </w:tc>
        <w:tc>
          <w:tcPr>
            <w:tcW w:type="dxa" w:w="1719"/>
          </w:tcPr>
          <w:p>
            <w:r/>
          </w:p>
        </w:tc>
      </w:tr>
      <w:tr>
        <w:tc>
          <w:tcPr>
            <w:tcW w:type="dxa" w:w="1719"/>
          </w:tcPr>
          <w:p>
            <w:r>
              <w:t>Accord sujet–verbe</w:t>
            </w:r>
          </w:p>
        </w:tc>
        <w:tc>
          <w:tcPr>
            <w:tcW w:type="dxa" w:w="1719"/>
          </w:tcPr>
          <w:p>
            <w:r>
              <w:t>☐</w:t>
            </w:r>
          </w:p>
        </w:tc>
        <w:tc>
          <w:tcPr>
            <w:tcW w:type="dxa" w:w="1719"/>
          </w:tcPr>
          <w:p>
            <w:r>
              <w:t>☐</w:t>
            </w:r>
          </w:p>
        </w:tc>
        <w:tc>
          <w:tcPr>
            <w:tcW w:type="dxa" w:w="1719"/>
          </w:tcPr>
          <w:p>
            <w:r>
              <w:t>☐</w:t>
            </w:r>
          </w:p>
        </w:tc>
        <w:tc>
          <w:tcPr>
            <w:tcW w:type="dxa" w:w="1719"/>
          </w:tcPr>
          <w:p>
            <w:r/>
          </w:p>
        </w:tc>
        <w:tc>
          <w:tcPr>
            <w:tcW w:type="dxa" w:w="1719"/>
          </w:tcPr>
          <w:p>
            <w:r/>
          </w:p>
        </w:tc>
      </w:tr>
      <w:tr>
        <w:tc>
          <w:tcPr>
            <w:tcW w:type="dxa" w:w="1719"/>
          </w:tcPr>
          <w:p>
            <w:r>
              <w:t>Ponctuation &amp; majuscules</w:t>
            </w:r>
          </w:p>
        </w:tc>
        <w:tc>
          <w:tcPr>
            <w:tcW w:type="dxa" w:w="1719"/>
          </w:tcPr>
          <w:p>
            <w:r>
              <w:t>☐</w:t>
            </w:r>
          </w:p>
        </w:tc>
        <w:tc>
          <w:tcPr>
            <w:tcW w:type="dxa" w:w="1719"/>
          </w:tcPr>
          <w:p>
            <w:r>
              <w:t>☐</w:t>
            </w:r>
          </w:p>
        </w:tc>
        <w:tc>
          <w:tcPr>
            <w:tcW w:type="dxa" w:w="1719"/>
          </w:tcPr>
          <w:p>
            <w:r>
              <w:t>☐</w:t>
            </w:r>
          </w:p>
        </w:tc>
        <w:tc>
          <w:tcPr>
            <w:tcW w:type="dxa" w:w="1719"/>
          </w:tcPr>
          <w:p>
            <w:r/>
          </w:p>
        </w:tc>
        <w:tc>
          <w:tcPr>
            <w:tcW w:type="dxa" w:w="1719"/>
          </w:tcPr>
          <w:p>
            <w:r/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12" w:space="0" w:color="FBAA29"/>
          <w:left w:val="single" w:sz="12" w:space="0" w:color="FBAA29"/>
          <w:bottom w:val="single" w:sz="12" w:space="0" w:color="FBAA29"/>
          <w:right w:val="single" w:sz="12" w:space="0" w:color="FBAA29"/>
          <w:insideH w:val="single" w:sz="12" w:space="0" w:color="FBAA29"/>
          <w:insideV w:val="single" w:sz="12" w:space="0" w:color="FBAA29"/>
        </w:tblBorders>
      </w:tblPr>
      <w:tblGrid>
        <w:gridCol w:w="10312"/>
      </w:tblGrid>
      <w:tr>
        <w:tc>
          <w:tcPr>
            <w:tcW w:type="dxa" w:w="10312"/>
            <w:shd w:fill="FFF7D6" w:val="clear" w:color="auto"/>
          </w:tcPr>
          <w:p>
            <w:r>
              <w:rPr>
                <w:b/>
              </w:rPr>
              <w:t xml:space="preserve">Mes étoiles d’effort : </w:t>
            </w:r>
            <w:r>
              <w:t>☆ ☆ ☆ ☆ ☆  (colorie tes étoiles)</w:t>
            </w:r>
          </w:p>
        </w:tc>
      </w:tr>
    </w:tbl>
    <w:sectPr w:rsidR="00FC693F" w:rsidRPr="0006063C" w:rsidSect="00034616">
      <w:footerReference w:type="default" r:id="rId9"/>
      <w:pgSz w:w="12240" w:h="15840"/>
      <w:pgMar w:top="964" w:right="964" w:bottom="964" w:left="9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lecoursgratuit.com — Prépositions de lieu &amp; Dictée (KIDS) — Modèle vierge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