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left"/>
        <w:tblLook w:firstColumn="1" w:firstRow="1" w:lastColumn="0" w:lastRow="0" w:noHBand="0" w:noVBand="1" w:val="04A0"/>
      </w:tblPr>
      <w:tblGrid>
        <w:gridCol w:w="3515"/>
        <w:gridCol w:w="3515"/>
        <w:gridCol w:w="3515"/>
      </w:tblGrid>
      <w:tr>
        <w:tc>
          <w:tcPr>
            <w:tcW w:type="dxa" w:w="3515"/>
            <w:shd w:val="clear" w:color="auto" w:fill="CDEAC0"/>
          </w:tcPr>
          <w:p>
            <w:r>
              <w:rPr>
                <w:b/>
              </w:rPr>
              <w:t>ÉTABLISSEMENT</w:t>
            </w:r>
          </w:p>
        </w:tc>
        <w:tc>
          <w:tcPr>
            <w:tcW w:type="dxa" w:w="3515"/>
            <w:shd w:val="clear" w:color="auto" w:fill="CDEAC0"/>
          </w:tcPr>
          <w:p>
            <w:r>
              <w:rPr>
                <w:b/>
              </w:rPr>
              <w:t>Service</w:t>
            </w:r>
          </w:p>
        </w:tc>
        <w:tc>
          <w:tcPr>
            <w:tcW w:type="dxa" w:w="3515"/>
            <w:shd w:val="clear" w:color="auto" w:fill="CDEAC0"/>
          </w:tcPr>
          <w:p>
            <w:r>
              <w:rPr>
                <w:b/>
              </w:rPr>
              <w:t>Médecin-chef</w:t>
            </w:r>
          </w:p>
        </w:tc>
      </w:tr>
    </w:tbl>
    <w:p>
      <w:pPr>
        <w:jc w:val="center"/>
      </w:pPr>
      <w:r>
        <w:rPr>
          <w:b/>
          <w:sz w:val="32"/>
        </w:rPr>
        <w:t>DOSSIER MÉDICAL DU PATIENT</w:t>
      </w:r>
    </w:p>
    <w:tbl>
      <w:tblPr>
        <w:tblW w:type="auto" w:w="0"/>
        <w:jc w:val="left"/>
        <w:tblLook w:firstColumn="1" w:firstRow="1" w:lastColumn="0" w:lastRow="0" w:noHBand="0" w:noVBand="1" w:val="04A0"/>
      </w:tblPr>
      <w:tblGrid>
        <w:gridCol w:w="2636"/>
        <w:gridCol w:w="2636"/>
        <w:gridCol w:w="2636"/>
        <w:gridCol w:w="2636"/>
      </w:tblGrid>
      <w:tr>
        <w:tc>
          <w:tcPr>
            <w:tcW w:type="dxa" w:w="2636"/>
          </w:tcPr>
          <w:p>
            <w:r>
              <w:t>Nom : __________</w:t>
            </w:r>
          </w:p>
        </w:tc>
        <w:tc>
          <w:tcPr>
            <w:tcW w:type="dxa" w:w="2636"/>
          </w:tcPr>
          <w:p>
            <w:r>
              <w:t>Prénoms : __________</w:t>
            </w:r>
          </w:p>
        </w:tc>
        <w:tc>
          <w:tcPr>
            <w:tcW w:type="dxa" w:w="2636"/>
          </w:tcPr>
          <w:p>
            <w:r>
              <w:t>Né(e) le : __/__/____</w:t>
            </w:r>
          </w:p>
        </w:tc>
        <w:tc>
          <w:tcPr>
            <w:tcW w:type="dxa" w:w="2636"/>
          </w:tcPr>
          <w:p>
            <w:r>
              <w:t>Âge : ___</w:t>
            </w:r>
          </w:p>
        </w:tc>
      </w:tr>
      <w:tr>
        <w:tc>
          <w:tcPr>
            <w:tcW w:type="dxa" w:w="2636"/>
          </w:tcPr>
          <w:p>
            <w:r>
              <w:t>Domicile : ________________________</w:t>
            </w:r>
          </w:p>
        </w:tc>
        <w:tc>
          <w:tcPr>
            <w:tcW w:type="dxa" w:w="2636"/>
          </w:tcPr>
          <w:p>
            <w:r>
              <w:t>Tél. : _____________</w:t>
            </w:r>
          </w:p>
        </w:tc>
        <w:tc>
          <w:tcPr>
            <w:tcW w:type="dxa" w:w="2636"/>
          </w:tcPr>
          <w:p>
            <w:r>
              <w:t>Profession : _____________</w:t>
            </w:r>
          </w:p>
        </w:tc>
        <w:tc>
          <w:tcPr>
            <w:tcW w:type="dxa" w:w="2636"/>
          </w:tcPr>
          <w:p>
            <w:r>
              <w:t>N° dossier : HOSP-PT-00001</w:t>
            </w:r>
          </w:p>
        </w:tc>
      </w:tr>
      <w:tr>
        <w:tc>
          <w:tcPr>
            <w:tcW w:type="dxa" w:w="2636"/>
          </w:tcPr>
          <w:p>
            <w:r>
              <w:rPr>
                <w:b/>
              </w:rPr>
              <w:t xml:space="preserve">Identifiant : </w:t>
            </w:r>
            <w:r>
              <w:t>HOSP-PT-00001</w:t>
            </w:r>
          </w:p>
        </w:tc>
        <w:tc>
          <w:tcPr>
            <w:tcW w:type="dxa" w:w="2636"/>
          </w:tcPr>
          <w:p>
            <w:pPr>
              <w:jc w:val="left"/>
            </w:pPr>
            <w:fldSimple w:instr="DISPLAYBARCODE &quot;HOSP-PT-00001&quot; CODE128 \h 1200 \t">
              <w:r>
                <w:t>HOSP-PT-00001</w:t>
              </w:r>
            </w:fldSimple>
          </w:p>
        </w:tc>
        <w:tc>
          <w:tcPr>
            <w:tcW w:type="dxa" w:w="2636"/>
          </w:tcPr>
          <w:p>
            <w:pPr>
              <w:jc w:val="center"/>
            </w:pPr>
            <w:fldSimple w:instr="DISPLAYBARCODE &quot;HOSP-PT-00001&quot; DATAMATRIX \h 900">
              <w:r>
                <w:t>HOSP-PT-00001</w:t>
              </w:r>
            </w:fldSimple>
          </w:p>
        </w:tc>
        <w:tc>
          <w:tcPr>
            <w:tcW w:type="dxa" w:w="2636"/>
          </w:tcPr>
          <w:p>
            <w:pPr>
              <w:jc w:val="right"/>
            </w:pPr>
            <w:fldSimple w:instr="DISPLAYBARCODE &quot;https://hopital.local/patient?id=HOSP-PT-00001&quot; QR \h 900">
              <w:r>
                <w:t>https://hopital.local/patient?id=HOSP-PT-00001</w:t>
              </w:r>
            </w:fldSimple>
          </w:p>
        </w:tc>
      </w:tr>
    </w:tbl>
    <w:p>
      <w:pPr>
        <w:jc w:val="left"/>
      </w:pPr>
      <w:r>
        <w:rPr>
          <w:b/>
        </w:rPr>
        <w:t xml:space="preserve">Groupe sanguin : </w:t>
      </w:r>
      <w:r>
        <w:t>A  |  Rhésus : +  |  Allergies : _____________________</w:t>
      </w:r>
    </w:p>
    <w:p>
      <w:r>
        <w:rPr>
          <w:b/>
        </w:rPr>
        <w:t>ANTÉCÉDENTS PERSONNELS</w:t>
      </w:r>
    </w:p>
    <w:tbl>
      <w:tblPr>
        <w:tblW w:type="auto" w:w="0"/>
        <w:jc w:val="left"/>
        <w:tblLook w:firstColumn="1" w:firstRow="1" w:lastColumn="0" w:lastRow="0" w:noHBand="0" w:noVBand="1" w:val="04A0"/>
      </w:tblPr>
      <w:tblGrid>
        <w:gridCol w:w="5273"/>
        <w:gridCol w:w="5273"/>
      </w:tblGrid>
      <w:tr>
        <w:tc>
          <w:tcPr>
            <w:tcW w:type="dxa" w:w="5273"/>
          </w:tcPr>
          <w:p>
            <w:r>
              <w:t>Affections congénitales :</w:t>
            </w:r>
          </w:p>
        </w:tc>
        <w:tc>
          <w:tcPr>
            <w:tcW w:type="dxa" w:w="5273"/>
          </w:tcPr>
          <w:p>
            <w:r>
              <w:t>____________________________________________</w:t>
            </w:r>
          </w:p>
        </w:tc>
      </w:tr>
      <w:tr>
        <w:tc>
          <w:tcPr>
            <w:tcW w:type="dxa" w:w="5273"/>
          </w:tcPr>
          <w:p>
            <w:r>
              <w:t>Maladies infectieuses :</w:t>
            </w:r>
          </w:p>
        </w:tc>
        <w:tc>
          <w:tcPr>
            <w:tcW w:type="dxa" w:w="5273"/>
          </w:tcPr>
          <w:p>
            <w:r>
              <w:t>____________________________________________</w:t>
            </w:r>
          </w:p>
        </w:tc>
      </w:tr>
      <w:tr>
        <w:tc>
          <w:tcPr>
            <w:tcW w:type="dxa" w:w="5273"/>
          </w:tcPr>
          <w:p>
            <w:r>
              <w:t>Situation familiale/professionnelle :</w:t>
            </w:r>
          </w:p>
        </w:tc>
        <w:tc>
          <w:tcPr>
            <w:tcW w:type="dxa" w:w="5273"/>
          </w:tcPr>
          <w:p>
            <w:r>
              <w:t>____________________________________________</w:t>
            </w:r>
          </w:p>
        </w:tc>
      </w:tr>
      <w:tr>
        <w:tc>
          <w:tcPr>
            <w:tcW w:type="dxa" w:w="5273"/>
          </w:tcPr>
          <w:p>
            <w:r>
              <w:t>Appareil digestif :</w:t>
            </w:r>
          </w:p>
        </w:tc>
        <w:tc>
          <w:tcPr>
            <w:tcW w:type="dxa" w:w="5273"/>
          </w:tcPr>
          <w:p>
            <w:r>
              <w:t>____________________________________________</w:t>
            </w:r>
          </w:p>
        </w:tc>
      </w:tr>
      <w:tr>
        <w:tc>
          <w:tcPr>
            <w:tcW w:type="dxa" w:w="5273"/>
          </w:tcPr>
          <w:p>
            <w:r>
              <w:t>Appareil respiratoire :</w:t>
            </w:r>
          </w:p>
        </w:tc>
        <w:tc>
          <w:tcPr>
            <w:tcW w:type="dxa" w:w="5273"/>
          </w:tcPr>
          <w:p>
            <w:r>
              <w:t>____________________________________________</w:t>
            </w:r>
          </w:p>
        </w:tc>
      </w:tr>
      <w:tr>
        <w:tc>
          <w:tcPr>
            <w:tcW w:type="dxa" w:w="5273"/>
          </w:tcPr>
          <w:p>
            <w:r>
              <w:t>Interventions chirurgicales :</w:t>
            </w:r>
          </w:p>
        </w:tc>
        <w:tc>
          <w:tcPr>
            <w:tcW w:type="dxa" w:w="5273"/>
          </w:tcPr>
          <w:p>
            <w:r>
              <w:t>____________________________________________</w:t>
            </w:r>
          </w:p>
        </w:tc>
      </w:tr>
    </w:tbl>
    <w:p>
      <w:r>
        <w:rPr>
          <w:b/>
        </w:rPr>
        <w:t>AUTRES HOSPITALISATIONS</w:t>
      </w:r>
    </w:p>
    <w:tbl>
      <w:tblPr>
        <w:tblW w:type="auto" w:w="0"/>
        <w:jc w:val="left"/>
        <w:tblLook w:firstColumn="1" w:firstRow="1" w:lastColumn="0" w:lastRow="0" w:noHBand="0" w:noVBand="1" w:val="04A0"/>
      </w:tblPr>
      <w:tblGrid>
        <w:gridCol w:w="3515"/>
        <w:gridCol w:w="3515"/>
        <w:gridCol w:w="3515"/>
      </w:tblGrid>
      <w:tr>
        <w:tc>
          <w:tcPr>
            <w:tcW w:type="dxa" w:w="3515"/>
          </w:tcPr>
          <w:p>
            <w:r>
              <w:rPr>
                <w:b/>
              </w:rPr>
              <w:t>Date</w:t>
            </w:r>
          </w:p>
        </w:tc>
        <w:tc>
          <w:tcPr>
            <w:tcW w:type="dxa" w:w="3515"/>
          </w:tcPr>
          <w:p>
            <w:r>
              <w:rPr>
                <w:b/>
              </w:rPr>
              <w:t>Établissement</w:t>
            </w:r>
          </w:p>
        </w:tc>
        <w:tc>
          <w:tcPr>
            <w:tcW w:type="dxa" w:w="3515"/>
          </w:tcPr>
          <w:p>
            <w:r>
              <w:rPr>
                <w:b/>
              </w:rPr>
              <w:t>Cause</w:t>
            </w:r>
          </w:p>
        </w:tc>
      </w:tr>
      <w:tr>
        <w:tc>
          <w:tcPr>
            <w:tcW w:type="dxa" w:w="3515"/>
          </w:tcPr>
          <w:p/>
        </w:tc>
        <w:tc>
          <w:tcPr>
            <w:tcW w:type="dxa" w:w="3515"/>
          </w:tcPr>
          <w:p/>
        </w:tc>
        <w:tc>
          <w:tcPr>
            <w:tcW w:type="dxa" w:w="3515"/>
          </w:tcPr>
          <w:p/>
        </w:tc>
      </w:tr>
      <w:tr>
        <w:tc>
          <w:tcPr>
            <w:tcW w:type="dxa" w:w="3515"/>
          </w:tcPr>
          <w:p/>
        </w:tc>
        <w:tc>
          <w:tcPr>
            <w:tcW w:type="dxa" w:w="3515"/>
          </w:tcPr>
          <w:p/>
        </w:tc>
        <w:tc>
          <w:tcPr>
            <w:tcW w:type="dxa" w:w="3515"/>
          </w:tcPr>
          <w:p/>
        </w:tc>
      </w:tr>
      <w:tr>
        <w:tc>
          <w:tcPr>
            <w:tcW w:type="dxa" w:w="3515"/>
          </w:tcPr>
          <w:p/>
        </w:tc>
        <w:tc>
          <w:tcPr>
            <w:tcW w:type="dxa" w:w="3515"/>
          </w:tcPr>
          <w:p/>
        </w:tc>
        <w:tc>
          <w:tcPr>
            <w:tcW w:type="dxa" w:w="3515"/>
          </w:tcPr>
          <w:p/>
        </w:tc>
      </w:tr>
    </w:tbl>
    <w:sectPr w:rsidR="00FC693F" w:rsidRPr="0006063C" w:rsidSect="00034616">
      <w:footerReference w:type="default" r:id="rId9"/>
      <w:pgSz w:w="11906" w:h="16838"/>
      <w:pgMar w:top="680" w:right="680" w:bottom="680" w:left="6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sz w:val="18"/>
      </w:rPr>
      <w:t xml:space="preserve">Modèle « Dossier patient » — Code128 / DataMatrix / QR (Word DISPLAYBARCODE)  |  PAGE </w:t>
    </w:r>
    <w:fldSimple w:instr="PAGE"/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