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20" w:space="0" w:color="63B3ED"/>
          <w:left w:val="single" w:sz="20" w:space="0" w:color="63B3ED"/>
          <w:bottom w:val="single" w:sz="20" w:space="0" w:color="63B3ED"/>
          <w:right w:val="single" w:sz="20" w:space="0" w:color="63B3ED"/>
          <w:insideH w:val="single" w:sz="20" w:space="0" w:color="63B3ED"/>
          <w:insideV w:val="single" w:sz="20" w:space="0" w:color="63B3ED"/>
        </w:tblBorders>
      </w:tblPr>
      <w:tblGrid>
        <w:gridCol w:w="10312"/>
      </w:tblGrid>
      <w:tr>
        <w:tc>
          <w:tcPr>
            <w:tcW w:type="dxa" w:w="10312"/>
            <w:shd w:fill="D9F2FF" w:val="clear" w:color="auto"/>
          </w:tcPr>
          <w:p>
            <w:pPr>
              <w:jc w:val="center"/>
            </w:pPr>
            <w:r>
              <w:rPr>
                <w:b/>
                <w:sz w:val="40"/>
              </w:rPr>
              <w:t xml:space="preserve">Dictées flashs — KIDS CM1/CM2 </w:t>
            </w:r>
          </w:p>
          <w:p>
            <w:pPr>
              <w:jc w:val="center"/>
            </w:pPr>
            <w:r>
              <w:rPr>
                <w:i/>
                <w:sz w:val="24"/>
              </w:rPr>
              <w:t>Thème au choix • Différenciation • A4 portrait</w:t>
            </w:r>
          </w:p>
        </w:tc>
      </w:tr>
    </w:tbl>
    <w:p>
      <w:pPr>
        <w:spacing w:after="96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20" w:space="0" w:color="F4B400"/>
          <w:left w:val="single" w:sz="20" w:space="0" w:color="F4B400"/>
          <w:bottom w:val="single" w:sz="20" w:space="0" w:color="F4B400"/>
          <w:right w:val="single" w:sz="20" w:space="0" w:color="F4B400"/>
          <w:insideH w:val="single" w:sz="20" w:space="0" w:color="F4B400"/>
          <w:insideV w:val="single" w:sz="20" w:space="0" w:color="F4B400"/>
        </w:tblBorders>
      </w:tblPr>
      <w:tblGrid>
        <w:gridCol w:w="5156"/>
        <w:gridCol w:w="5156"/>
      </w:tblGrid>
      <w:tr>
        <w:tc>
          <w:tcPr>
            <w:tcW w:type="dxa" w:w="10312"/>
            <w:gridSpan w:val="2"/>
            <w:shd w:fill="FFEAA7" w:val="clear" w:color="auto"/>
          </w:tcPr>
          <w:p/>
          <w:p>
            <w:pPr>
              <w:jc w:val="left"/>
            </w:pPr>
            <w:r>
              <w:rPr>
                <w:b/>
                <w:sz w:val="28"/>
              </w:rPr>
              <w:t>🦊  Entraînement 1</w:t>
            </w:r>
          </w:p>
        </w:tc>
      </w:tr>
      <w:tr>
        <w:tc>
          <w:tcPr>
            <w:tcW w:type="dxa" w:w="5156"/>
          </w:tcPr>
          <w:p>
            <w:r>
              <w:rPr>
                <w:b/>
              </w:rPr>
              <w:t>Banque de mots (max 6)</w:t>
            </w:r>
          </w:p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0" w:space="0" w:color="F4B400"/>
                <w:left w:val="single" w:sz="10" w:space="0" w:color="F4B400"/>
                <w:bottom w:val="single" w:sz="10" w:space="0" w:color="F4B400"/>
                <w:right w:val="single" w:sz="10" w:space="0" w:color="F4B400"/>
                <w:insideH w:val="single" w:sz="10" w:space="0" w:color="F4B400"/>
                <w:insideV w:val="single" w:sz="10" w:space="0" w:color="F4B400"/>
              </w:tblBorders>
            </w:tblPr>
            <w:tblGrid>
              <w:gridCol w:w="2578"/>
              <w:gridCol w:w="2578"/>
            </w:tblGrid>
            <w:tr>
              <w:tc>
                <w:tcPr>
                  <w:tcW w:type="dxa" w:w="2578"/>
                  <w:shd w:fill="FFF7D6" w:val="clear" w:color="auto"/>
                </w:tcPr>
                <w:p>
                  <w:r>
                    <w:t>__________</w:t>
                  </w:r>
                </w:p>
              </w:tc>
              <w:tc>
                <w:tcPr>
                  <w:tcW w:type="dxa" w:w="2578"/>
                  <w:shd w:fill="E5F8FF" w:val="clear" w:color="auto"/>
                </w:tcPr>
                <w:p>
                  <w:r>
                    <w:t>__________</w:t>
                  </w:r>
                </w:p>
              </w:tc>
            </w:tr>
            <w:tr>
              <w:tc>
                <w:tcPr>
                  <w:tcW w:type="dxa" w:w="2578"/>
                  <w:shd w:fill="EAF7F0" w:val="clear" w:color="auto"/>
                </w:tcPr>
                <w:p>
                  <w:r>
                    <w:t>__________</w:t>
                  </w:r>
                </w:p>
              </w:tc>
              <w:tc>
                <w:tcPr>
                  <w:tcW w:type="dxa" w:w="2578"/>
                  <w:shd w:fill="FDE7F0" w:val="clear" w:color="auto"/>
                </w:tcPr>
                <w:p>
                  <w:r>
                    <w:t>__________</w:t>
                  </w:r>
                </w:p>
              </w:tc>
            </w:tr>
            <w:tr>
              <w:tc>
                <w:tcPr>
                  <w:tcW w:type="dxa" w:w="2578"/>
                  <w:shd w:fill="ECEBFF" w:val="clear" w:color="auto"/>
                </w:tcPr>
                <w:p>
                  <w:r>
                    <w:t>__________</w:t>
                  </w:r>
                </w:p>
              </w:tc>
              <w:tc>
                <w:tcPr>
                  <w:tcW w:type="dxa" w:w="2578"/>
                  <w:shd w:fill="FFF3E0" w:val="clear" w:color="auto"/>
                </w:tcPr>
                <w:p>
                  <w:r>
                    <w:t>__________</w:t>
                  </w:r>
                </w:p>
              </w:tc>
            </w:tr>
          </w:tbl>
          <w:p/>
        </w:tc>
        <w:tc>
          <w:tcPr>
            <w:tcW w:type="dxa" w:w="5156"/>
          </w:tcPr>
          <w:p>
            <w:r>
              <w:rPr>
                <w:b/>
              </w:rPr>
              <w:t>Texte à trous</w:t>
            </w:r>
          </w:p>
          <w:p/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</w:tc>
      </w:tr>
    </w:tbl>
    <w:p>
      <w:pPr>
        <w:spacing w:after="48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20" w:space="0" w:color="63B3ED"/>
          <w:left w:val="single" w:sz="20" w:space="0" w:color="63B3ED"/>
          <w:bottom w:val="single" w:sz="20" w:space="0" w:color="63B3ED"/>
          <w:right w:val="single" w:sz="20" w:space="0" w:color="63B3ED"/>
          <w:insideH w:val="single" w:sz="20" w:space="0" w:color="63B3ED"/>
          <w:insideV w:val="single" w:sz="20" w:space="0" w:color="63B3ED"/>
        </w:tblBorders>
      </w:tblPr>
      <w:tblGrid>
        <w:gridCol w:w="5156"/>
        <w:gridCol w:w="5156"/>
      </w:tblGrid>
      <w:tr>
        <w:tc>
          <w:tcPr>
            <w:tcW w:type="dxa" w:w="10312"/>
            <w:gridSpan w:val="2"/>
            <w:shd w:fill="E5F8FF" w:val="clear" w:color="auto"/>
          </w:tcPr>
          <w:p/>
          <w:p>
            <w:pPr>
              <w:jc w:val="left"/>
            </w:pPr>
            <w:r>
              <w:rPr>
                <w:b/>
                <w:sz w:val="28"/>
              </w:rPr>
              <w:t>🐢  Entraînement 2</w:t>
            </w:r>
          </w:p>
        </w:tc>
      </w:tr>
      <w:tr>
        <w:tc>
          <w:tcPr>
            <w:tcW w:type="dxa" w:w="5156"/>
          </w:tcPr>
          <w:p>
            <w:r>
              <w:rPr>
                <w:b/>
              </w:rPr>
              <w:t>Banque de mots (max 6)</w:t>
            </w:r>
          </w:p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0" w:space="0" w:color="63B3ED"/>
                <w:left w:val="single" w:sz="10" w:space="0" w:color="63B3ED"/>
                <w:bottom w:val="single" w:sz="10" w:space="0" w:color="63B3ED"/>
                <w:right w:val="single" w:sz="10" w:space="0" w:color="63B3ED"/>
                <w:insideH w:val="single" w:sz="10" w:space="0" w:color="63B3ED"/>
                <w:insideV w:val="single" w:sz="10" w:space="0" w:color="63B3ED"/>
              </w:tblBorders>
            </w:tblPr>
            <w:tblGrid>
              <w:gridCol w:w="2578"/>
              <w:gridCol w:w="2578"/>
            </w:tblGrid>
            <w:tr>
              <w:tc>
                <w:tcPr>
                  <w:tcW w:type="dxa" w:w="2578"/>
                  <w:shd w:fill="FFF7D6" w:val="clear" w:color="auto"/>
                </w:tcPr>
                <w:p>
                  <w:r>
                    <w:t>__________</w:t>
                  </w:r>
                </w:p>
              </w:tc>
              <w:tc>
                <w:tcPr>
                  <w:tcW w:type="dxa" w:w="2578"/>
                  <w:shd w:fill="E5F8FF" w:val="clear" w:color="auto"/>
                </w:tcPr>
                <w:p>
                  <w:r>
                    <w:t>__________</w:t>
                  </w:r>
                </w:p>
              </w:tc>
            </w:tr>
            <w:tr>
              <w:tc>
                <w:tcPr>
                  <w:tcW w:type="dxa" w:w="2578"/>
                  <w:shd w:fill="EAF7F0" w:val="clear" w:color="auto"/>
                </w:tcPr>
                <w:p>
                  <w:r>
                    <w:t>__________</w:t>
                  </w:r>
                </w:p>
              </w:tc>
              <w:tc>
                <w:tcPr>
                  <w:tcW w:type="dxa" w:w="2578"/>
                  <w:shd w:fill="FDE7F0" w:val="clear" w:color="auto"/>
                </w:tcPr>
                <w:p>
                  <w:r>
                    <w:t>__________</w:t>
                  </w:r>
                </w:p>
              </w:tc>
            </w:tr>
            <w:tr>
              <w:tc>
                <w:tcPr>
                  <w:tcW w:type="dxa" w:w="2578"/>
                  <w:shd w:fill="ECEBFF" w:val="clear" w:color="auto"/>
                </w:tcPr>
                <w:p>
                  <w:r>
                    <w:t>__________</w:t>
                  </w:r>
                </w:p>
              </w:tc>
              <w:tc>
                <w:tcPr>
                  <w:tcW w:type="dxa" w:w="2578"/>
                  <w:shd w:fill="FFF3E0" w:val="clear" w:color="auto"/>
                </w:tcPr>
                <w:p>
                  <w:r>
                    <w:t>__________</w:t>
                  </w:r>
                </w:p>
              </w:tc>
            </w:tr>
          </w:tbl>
          <w:p/>
        </w:tc>
        <w:tc>
          <w:tcPr>
            <w:tcW w:type="dxa" w:w="5156"/>
          </w:tcPr>
          <w:p>
            <w:r>
              <w:rPr>
                <w:b/>
              </w:rPr>
              <w:t>Texte à trous</w:t>
            </w:r>
          </w:p>
          <w:p/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</w:tc>
      </w:tr>
    </w:tbl>
    <w:p>
      <w:pPr>
        <w:spacing w:after="48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20" w:space="0" w:color="D9308A"/>
          <w:left w:val="single" w:sz="20" w:space="0" w:color="D9308A"/>
          <w:bottom w:val="single" w:sz="20" w:space="0" w:color="D9308A"/>
          <w:right w:val="single" w:sz="20" w:space="0" w:color="D9308A"/>
          <w:insideH w:val="single" w:sz="20" w:space="0" w:color="D9308A"/>
          <w:insideV w:val="single" w:sz="20" w:space="0" w:color="D9308A"/>
        </w:tblBorders>
      </w:tblPr>
      <w:tblGrid>
        <w:gridCol w:w="5156"/>
        <w:gridCol w:w="5156"/>
      </w:tblGrid>
      <w:tr>
        <w:tc>
          <w:tcPr>
            <w:tcW w:type="dxa" w:w="10312"/>
            <w:gridSpan w:val="2"/>
            <w:shd w:fill="FDE7F0" w:val="clear" w:color="auto"/>
          </w:tcPr>
          <w:p/>
          <w:p>
            <w:pPr>
              <w:jc w:val="left"/>
            </w:pPr>
            <w:r>
              <w:rPr>
                <w:b/>
                <w:sz w:val="28"/>
              </w:rPr>
              <w:t>🌈  Entraînement 3</w:t>
            </w:r>
          </w:p>
        </w:tc>
      </w:tr>
      <w:tr>
        <w:tc>
          <w:tcPr>
            <w:tcW w:type="dxa" w:w="5156"/>
          </w:tcPr>
          <w:p>
            <w:r>
              <w:rPr>
                <w:b/>
              </w:rPr>
              <w:t>Banque de mots (max 6)</w:t>
            </w:r>
          </w:p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0" w:space="0" w:color="D9308A"/>
                <w:left w:val="single" w:sz="10" w:space="0" w:color="D9308A"/>
                <w:bottom w:val="single" w:sz="10" w:space="0" w:color="D9308A"/>
                <w:right w:val="single" w:sz="10" w:space="0" w:color="D9308A"/>
                <w:insideH w:val="single" w:sz="10" w:space="0" w:color="D9308A"/>
                <w:insideV w:val="single" w:sz="10" w:space="0" w:color="D9308A"/>
              </w:tblBorders>
            </w:tblPr>
            <w:tblGrid>
              <w:gridCol w:w="2578"/>
              <w:gridCol w:w="2578"/>
            </w:tblGrid>
            <w:tr>
              <w:tc>
                <w:tcPr>
                  <w:tcW w:type="dxa" w:w="2578"/>
                  <w:shd w:fill="FFF7D6" w:val="clear" w:color="auto"/>
                </w:tcPr>
                <w:p>
                  <w:r>
                    <w:t>__________</w:t>
                  </w:r>
                </w:p>
              </w:tc>
              <w:tc>
                <w:tcPr>
                  <w:tcW w:type="dxa" w:w="2578"/>
                  <w:shd w:fill="E5F8FF" w:val="clear" w:color="auto"/>
                </w:tcPr>
                <w:p>
                  <w:r>
                    <w:t>__________</w:t>
                  </w:r>
                </w:p>
              </w:tc>
            </w:tr>
            <w:tr>
              <w:tc>
                <w:tcPr>
                  <w:tcW w:type="dxa" w:w="2578"/>
                  <w:shd w:fill="EAF7F0" w:val="clear" w:color="auto"/>
                </w:tcPr>
                <w:p>
                  <w:r>
                    <w:t>__________</w:t>
                  </w:r>
                </w:p>
              </w:tc>
              <w:tc>
                <w:tcPr>
                  <w:tcW w:type="dxa" w:w="2578"/>
                  <w:shd w:fill="FDE7F0" w:val="clear" w:color="auto"/>
                </w:tcPr>
                <w:p>
                  <w:r>
                    <w:t>__________</w:t>
                  </w:r>
                </w:p>
              </w:tc>
            </w:tr>
            <w:tr>
              <w:tc>
                <w:tcPr>
                  <w:tcW w:type="dxa" w:w="2578"/>
                  <w:shd w:fill="ECEBFF" w:val="clear" w:color="auto"/>
                </w:tcPr>
                <w:p>
                  <w:r>
                    <w:t>__________</w:t>
                  </w:r>
                </w:p>
              </w:tc>
              <w:tc>
                <w:tcPr>
                  <w:tcW w:type="dxa" w:w="2578"/>
                  <w:shd w:fill="FFF3E0" w:val="clear" w:color="auto"/>
                </w:tcPr>
                <w:p>
                  <w:r>
                    <w:t>__________</w:t>
                  </w:r>
                </w:p>
              </w:tc>
            </w:tr>
          </w:tbl>
          <w:p/>
        </w:tc>
        <w:tc>
          <w:tcPr>
            <w:tcW w:type="dxa" w:w="5156"/>
          </w:tcPr>
          <w:p>
            <w:r>
              <w:rPr>
                <w:b/>
              </w:rPr>
              <w:t>Texte à trous</w:t>
            </w:r>
          </w:p>
          <w:p/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  <w:p>
            <w:r>
              <w:t>____________________________________________________________________</w:t>
            </w:r>
          </w:p>
        </w:tc>
      </w:tr>
    </w:tbl>
    <w:p>
      <w:pPr>
        <w:spacing w:after="48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16" w:space="0" w:color="34A853"/>
          <w:left w:val="single" w:sz="16" w:space="0" w:color="34A853"/>
          <w:bottom w:val="single" w:sz="16" w:space="0" w:color="34A853"/>
          <w:right w:val="single" w:sz="16" w:space="0" w:color="34A853"/>
          <w:insideH w:val="single" w:sz="16" w:space="0" w:color="34A853"/>
          <w:insideV w:val="single" w:sz="16" w:space="0" w:color="34A853"/>
        </w:tblBorders>
      </w:tblPr>
      <w:tblGrid>
        <w:gridCol w:w="10312"/>
      </w:tblGrid>
      <w:tr>
        <w:tc>
          <w:tcPr>
            <w:tcW w:type="dxa" w:w="10312"/>
            <w:shd w:fill="EAF7F0" w:val="clear" w:color="auto"/>
          </w:tcPr>
          <w:p>
            <w:r>
              <w:rPr>
                <w:b/>
              </w:rPr>
              <w:t xml:space="preserve">Astuce du jour ✍️ — </w:t>
            </w:r>
            <w:r>
              <w:t>Entoure les verbes et vérifie l’accord avec le sujet.</w:t>
            </w:r>
          </w:p>
        </w:tc>
      </w:tr>
    </w:tbl>
    <w:p>
      <w:pPr>
        <w:spacing w:after="48"/>
      </w:pP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20" w:space="0" w:color="FBAA29"/>
          <w:left w:val="single" w:sz="20" w:space="0" w:color="FBAA29"/>
          <w:bottom w:val="single" w:sz="20" w:space="0" w:color="FBAA29"/>
          <w:right w:val="single" w:sz="20" w:space="0" w:color="FBAA29"/>
          <w:insideH w:val="single" w:sz="20" w:space="0" w:color="FBAA29"/>
          <w:insideV w:val="single" w:sz="20" w:space="0" w:color="FBAA29"/>
        </w:tblBorders>
      </w:tblPr>
      <w:tblGrid>
        <w:gridCol w:w="10312"/>
      </w:tblGrid>
      <w:tr>
        <w:tc>
          <w:tcPr>
            <w:tcW w:type="dxa" w:w="10312"/>
            <w:shd w:fill="FFF7D6" w:val="clear" w:color="auto"/>
          </w:tcPr>
          <w:p>
            <w:pPr>
              <w:jc w:val="center"/>
            </w:pPr>
            <w:r>
              <w:rPr>
                <w:b/>
                <w:sz w:val="40"/>
              </w:rPr>
              <w:t xml:space="preserve">Dictée bilan — KIDS </w:t>
            </w:r>
          </w:p>
          <w:p>
            <w:pPr>
              <w:jc w:val="center"/>
            </w:pPr>
            <w:r>
              <w:rPr>
                <w:i/>
                <w:sz w:val="24"/>
              </w:rPr>
              <w:t>Mots au choix • Autonomie</w:t>
            </w:r>
          </w:p>
        </w:tc>
      </w:tr>
    </w:tbl>
    <w:p>
      <w:pPr>
        <w:spacing w:after="48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16" w:space="0" w:color="FBAA29"/>
          <w:left w:val="single" w:sz="16" w:space="0" w:color="FBAA29"/>
          <w:bottom w:val="single" w:sz="16" w:space="0" w:color="FBAA29"/>
          <w:right w:val="single" w:sz="16" w:space="0" w:color="FBAA29"/>
          <w:insideH w:val="single" w:sz="16" w:space="0" w:color="FBAA29"/>
          <w:insideV w:val="single" w:sz="16" w:space="0" w:color="FBAA29"/>
        </w:tblBorders>
      </w:tblPr>
      <w:tblGrid>
        <w:gridCol w:w="2578"/>
        <w:gridCol w:w="2578"/>
        <w:gridCol w:w="2578"/>
        <w:gridCol w:w="2578"/>
      </w:tblGrid>
      <w:tr>
        <w:tc>
          <w:tcPr>
            <w:tcW w:type="dxa" w:w="2578"/>
            <w:shd w:fill="FFF3E0" w:val="clear" w:color="auto"/>
          </w:tcPr>
          <w:p>
            <w:r>
              <w:t>__________</w:t>
            </w:r>
          </w:p>
        </w:tc>
        <w:tc>
          <w:tcPr>
            <w:tcW w:type="dxa" w:w="2578"/>
            <w:shd w:fill="FFF3E0" w:val="clear" w:color="auto"/>
          </w:tcPr>
          <w:p>
            <w:r>
              <w:t>__________</w:t>
            </w:r>
          </w:p>
        </w:tc>
        <w:tc>
          <w:tcPr>
            <w:tcW w:type="dxa" w:w="2578"/>
            <w:shd w:fill="FFF3E0" w:val="clear" w:color="auto"/>
          </w:tcPr>
          <w:p>
            <w:r>
              <w:t>__________</w:t>
            </w:r>
          </w:p>
        </w:tc>
        <w:tc>
          <w:tcPr>
            <w:tcW w:type="dxa" w:w="2578"/>
            <w:shd w:fill="FFF3E0" w:val="clear" w:color="auto"/>
          </w:tcPr>
          <w:p>
            <w:r>
              <w:t>__________</w:t>
            </w:r>
          </w:p>
        </w:tc>
      </w:tr>
      <w:tr>
        <w:tc>
          <w:tcPr>
            <w:tcW w:type="dxa" w:w="2578"/>
            <w:shd w:fill="FFF3E0" w:val="clear" w:color="auto"/>
          </w:tcPr>
          <w:p>
            <w:r>
              <w:t>__________</w:t>
            </w:r>
          </w:p>
        </w:tc>
        <w:tc>
          <w:tcPr>
            <w:tcW w:type="dxa" w:w="2578"/>
            <w:shd w:fill="FFF3E0" w:val="clear" w:color="auto"/>
          </w:tcPr>
          <w:p>
            <w:r>
              <w:t>__________</w:t>
            </w:r>
          </w:p>
        </w:tc>
        <w:tc>
          <w:tcPr>
            <w:tcW w:type="dxa" w:w="2578"/>
            <w:shd w:fill="FFF3E0" w:val="clear" w:color="auto"/>
          </w:tcPr>
          <w:p>
            <w:r>
              <w:t>__________</w:t>
            </w:r>
          </w:p>
        </w:tc>
        <w:tc>
          <w:tcPr>
            <w:tcW w:type="dxa" w:w="2578"/>
            <w:shd w:fill="FFF3E0" w:val="clear" w:color="auto"/>
          </w:tcPr>
          <w:p>
            <w:r>
              <w:t>__________</w:t>
            </w:r>
          </w:p>
        </w:tc>
      </w:tr>
    </w:tbl>
    <w:p/>
    <w:p>
      <w:r>
        <w:rPr>
          <w:b/>
        </w:rPr>
        <w:t>Texte à trous — bilan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12" w:space="0" w:color="8AB4F8"/>
          <w:left w:val="single" w:sz="12" w:space="0" w:color="8AB4F8"/>
          <w:bottom w:val="single" w:sz="12" w:space="0" w:color="8AB4F8"/>
          <w:right w:val="single" w:sz="12" w:space="0" w:color="8AB4F8"/>
          <w:insideH w:val="single" w:sz="12" w:space="0" w:color="8AB4F8"/>
          <w:insideV w:val="single" w:sz="12" w:space="0" w:color="8AB4F8"/>
        </w:tblBorders>
      </w:tblPr>
      <w:tblGrid>
        <w:gridCol w:w="2062"/>
        <w:gridCol w:w="2062"/>
        <w:gridCol w:w="2062"/>
        <w:gridCol w:w="2062"/>
        <w:gridCol w:w="2062"/>
      </w:tblGrid>
      <w:tr>
        <w:tc>
          <w:tcPr>
            <w:tcW w:type="dxa" w:w="2062"/>
          </w:tcPr>
          <w:p>
            <w:r>
              <w:t>Compétence</w:t>
            </w:r>
          </w:p>
        </w:tc>
        <w:tc>
          <w:tcPr>
            <w:tcW w:type="dxa" w:w="2062"/>
          </w:tcPr>
          <w:p>
            <w:r>
              <w:t>🙂</w:t>
            </w:r>
          </w:p>
        </w:tc>
        <w:tc>
          <w:tcPr>
            <w:tcW w:type="dxa" w:w="2062"/>
          </w:tcPr>
          <w:p>
            <w:r>
              <w:t>😐</w:t>
            </w:r>
          </w:p>
        </w:tc>
        <w:tc>
          <w:tcPr>
            <w:tcW w:type="dxa" w:w="2062"/>
          </w:tcPr>
          <w:p>
            <w:r>
              <w:t>🙁</w:t>
            </w:r>
          </w:p>
        </w:tc>
        <w:tc>
          <w:tcPr>
            <w:tcW w:type="dxa" w:w="2062"/>
          </w:tcPr>
          <w:p>
            <w:r>
              <w:t>Commentaire</w:t>
            </w:r>
          </w:p>
        </w:tc>
      </w:tr>
      <w:tr>
        <w:tc>
          <w:tcPr>
            <w:tcW w:type="dxa" w:w="2062"/>
          </w:tcPr>
          <w:p>
            <w:r>
              <w:t>Orthographe des mots de la liste</w:t>
            </w:r>
          </w:p>
        </w:tc>
        <w:tc>
          <w:tcPr>
            <w:tcW w:type="dxa" w:w="2062"/>
          </w:tcPr>
          <w:p>
            <w:r>
              <w:t>☐</w:t>
            </w:r>
          </w:p>
        </w:tc>
        <w:tc>
          <w:tcPr>
            <w:tcW w:type="dxa" w:w="2062"/>
          </w:tcPr>
          <w:p>
            <w:r>
              <w:t>☐</w:t>
            </w:r>
          </w:p>
        </w:tc>
        <w:tc>
          <w:tcPr>
            <w:tcW w:type="dxa" w:w="2062"/>
          </w:tcPr>
          <w:p>
            <w:r>
              <w:t>☐</w:t>
            </w:r>
          </w:p>
        </w:tc>
        <w:tc>
          <w:tcPr>
            <w:tcW w:type="dxa" w:w="2062"/>
          </w:tcPr>
          <w:p>
            <w:r/>
          </w:p>
        </w:tc>
      </w:tr>
      <w:tr>
        <w:tc>
          <w:tcPr>
            <w:tcW w:type="dxa" w:w="2062"/>
          </w:tcPr>
          <w:p>
            <w:r>
              <w:t>Accords GN (déterminant/nom/adjectif)</w:t>
            </w:r>
          </w:p>
        </w:tc>
        <w:tc>
          <w:tcPr>
            <w:tcW w:type="dxa" w:w="2062"/>
          </w:tcPr>
          <w:p>
            <w:r>
              <w:t>☐</w:t>
            </w:r>
          </w:p>
        </w:tc>
        <w:tc>
          <w:tcPr>
            <w:tcW w:type="dxa" w:w="2062"/>
          </w:tcPr>
          <w:p>
            <w:r>
              <w:t>☐</w:t>
            </w:r>
          </w:p>
        </w:tc>
        <w:tc>
          <w:tcPr>
            <w:tcW w:type="dxa" w:w="2062"/>
          </w:tcPr>
          <w:p>
            <w:r>
              <w:t>☐</w:t>
            </w:r>
          </w:p>
        </w:tc>
        <w:tc>
          <w:tcPr>
            <w:tcW w:type="dxa" w:w="2062"/>
          </w:tcPr>
          <w:p>
            <w:r/>
          </w:p>
        </w:tc>
      </w:tr>
      <w:tr>
        <w:tc>
          <w:tcPr>
            <w:tcW w:type="dxa" w:w="2062"/>
          </w:tcPr>
          <w:p>
            <w:r>
              <w:t>Accord sujet–verbe</w:t>
            </w:r>
          </w:p>
        </w:tc>
        <w:tc>
          <w:tcPr>
            <w:tcW w:type="dxa" w:w="2062"/>
          </w:tcPr>
          <w:p>
            <w:r>
              <w:t>☐</w:t>
            </w:r>
          </w:p>
        </w:tc>
        <w:tc>
          <w:tcPr>
            <w:tcW w:type="dxa" w:w="2062"/>
          </w:tcPr>
          <w:p>
            <w:r>
              <w:t>☐</w:t>
            </w:r>
          </w:p>
        </w:tc>
        <w:tc>
          <w:tcPr>
            <w:tcW w:type="dxa" w:w="2062"/>
          </w:tcPr>
          <w:p>
            <w:r>
              <w:t>☐</w:t>
            </w:r>
          </w:p>
        </w:tc>
        <w:tc>
          <w:tcPr>
            <w:tcW w:type="dxa" w:w="2062"/>
          </w:tcPr>
          <w:p>
            <w:r/>
          </w:p>
        </w:tc>
      </w:tr>
      <w:tr>
        <w:tc>
          <w:tcPr>
            <w:tcW w:type="dxa" w:w="2062"/>
          </w:tcPr>
          <w:p>
            <w:r>
              <w:t>Ponctuation et majuscules</w:t>
            </w:r>
          </w:p>
        </w:tc>
        <w:tc>
          <w:tcPr>
            <w:tcW w:type="dxa" w:w="2062"/>
          </w:tcPr>
          <w:p>
            <w:r>
              <w:t>☐</w:t>
            </w:r>
          </w:p>
        </w:tc>
        <w:tc>
          <w:tcPr>
            <w:tcW w:type="dxa" w:w="2062"/>
          </w:tcPr>
          <w:p>
            <w:r>
              <w:t>☐</w:t>
            </w:r>
          </w:p>
        </w:tc>
        <w:tc>
          <w:tcPr>
            <w:tcW w:type="dxa" w:w="2062"/>
          </w:tcPr>
          <w:p>
            <w:r>
              <w:t>☐</w:t>
            </w:r>
          </w:p>
        </w:tc>
        <w:tc>
          <w:tcPr>
            <w:tcW w:type="dxa" w:w="2062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space="0" w:color="FBAA29"/>
          <w:left w:val="single" w:sz="12" w:space="0" w:color="FBAA29"/>
          <w:bottom w:val="single" w:sz="12" w:space="0" w:color="FBAA29"/>
          <w:right w:val="single" w:sz="12" w:space="0" w:color="FBAA29"/>
          <w:insideH w:val="single" w:sz="12" w:space="0" w:color="FBAA29"/>
          <w:insideV w:val="single" w:sz="12" w:space="0" w:color="FBAA29"/>
        </w:tblBorders>
      </w:tblPr>
      <w:tblGrid>
        <w:gridCol w:w="10312"/>
      </w:tblGrid>
      <w:tr>
        <w:tc>
          <w:tcPr>
            <w:tcW w:type="dxa" w:w="10312"/>
            <w:shd w:fill="FFF7D6" w:val="clear" w:color="auto"/>
          </w:tcPr>
          <w:p>
            <w:r>
              <w:rPr>
                <w:b/>
              </w:rPr>
              <w:t xml:space="preserve">Mes étoiles d’effort : </w:t>
            </w:r>
            <w:r>
              <w:t>☆ ☆ ☆ ☆ ☆  (colorie tes étoiles)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964" w:right="964" w:bottom="964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dictées flashs KIDS (CM1/CM2)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