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'1.0' encoding='UTF-8' standalone='yes'?>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tbl>
      <w:tblPr>
        <w:tblW w:type="auto" w:w="0"/>
        <w:jc w:val="center"/>
        <w:tblLook w:firstColumn="1" w:firstRow="1" w:lastColumn="0" w:lastRow="0" w:noHBand="0" w:noVBand="1" w:val="04A0"/>
      </w:tblPr>
      <w:tblGrid>
        <w:gridCol w:w="5544"/>
        <w:gridCol w:w="5544"/>
      </w:tblGrid>
      <w:tr>
        <w:tc>
          <w:tcPr>
            <w:tcW w:type="dxa" w:w="5544"/>
          </w:tcPr>
          <w:p>
            <w:pPr>
              <w:jc w:val="center"/>
            </w:pPr>
            <w:r>
              <w:drawing>
                <wp:inline xmlns:a="http://schemas.openxmlformats.org/drawingml/2006/main" xmlns:pic="http://schemas.openxmlformats.org/drawingml/2006/picture">
                  <wp:extent cx="3337560" cy="542354"/>
                  <wp:docPr id="1" name="Picture 1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0" name="banner_licorne_pastel.png"/>
                          <pic:cNvPicPr/>
                        </pic:nvPicPr>
                        <pic:blipFill>
                          <a:blip r:embed="rId9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3337560" cy="542354"/>
                          </a:xfrm>
                          <a:prstGeom prst="rect"/>
                        </pic:spPr>
                      </pic:pic>
                    </a:graphicData>
                  </a:graphic>
                </wp:inline>
              </w:drawing>
            </w:r>
          </w:p>
          <w:p>
            <w:pPr>
              <w:jc w:val="center"/>
            </w:pPr>
            <w:r>
              <w:rPr>
                <w:b/>
                <w:color w:val="EC4899"/>
                <w:sz w:val="32"/>
              </w:rPr>
              <w:t>INVITATION • ANNIVERSAIRE</w:t>
            </w:r>
          </w:p>
          <w:p>
            <w:r>
              <w:rPr>
                <w:b/>
                <w:color w:val="581C87"/>
                <w:sz w:val="22"/>
              </w:rPr>
              <w:t xml:space="preserve">Nom : </w:t>
            </w:r>
            <w:r>
              <w:rPr>
                <w:sz w:val="22"/>
              </w:rPr>
              <w:t>____________________________________________</w:t>
            </w:r>
          </w:p>
          <w:p>
            <w:r>
              <w:rPr>
                <w:b/>
                <w:color w:val="581C87"/>
                <w:sz w:val="22"/>
              </w:rPr>
              <w:t xml:space="preserve">Date : </w:t>
            </w:r>
            <w:r>
              <w:rPr>
                <w:sz w:val="22"/>
              </w:rPr>
              <w:t>____________________________________________</w:t>
            </w:r>
          </w:p>
          <w:p>
            <w:r>
              <w:rPr>
                <w:b/>
                <w:color w:val="581C87"/>
                <w:sz w:val="22"/>
              </w:rPr>
              <w:t xml:space="preserve">Heure : </w:t>
            </w:r>
            <w:r>
              <w:rPr>
                <w:sz w:val="22"/>
              </w:rPr>
              <w:t>____________________________________________</w:t>
            </w:r>
          </w:p>
          <w:p>
            <w:r>
              <w:rPr>
                <w:b/>
                <w:color w:val="581C87"/>
                <w:sz w:val="22"/>
              </w:rPr>
              <w:t xml:space="preserve">Lieu : </w:t>
            </w:r>
            <w:r>
              <w:rPr>
                <w:sz w:val="22"/>
              </w:rPr>
              <w:t>____________________________________________</w:t>
            </w:r>
          </w:p>
          <w:p>
            <w:r>
              <w:rPr>
                <w:b/>
                <w:color w:val="581C87"/>
                <w:sz w:val="22"/>
              </w:rPr>
              <w:t xml:space="preserve">RSVP / Contact : </w:t>
            </w:r>
            <w:r>
              <w:rPr>
                <w:sz w:val="22"/>
              </w:rPr>
              <w:t>____________________________________________</w:t>
            </w:r>
          </w:p>
          <w:p>
            <w:pPr>
              <w:jc w:val="center"/>
            </w:pPr>
            <w:r>
              <w:rPr>
                <w:sz w:val="18"/>
              </w:rPr>
              <w:t>Tenue : __________________   •   Thème : __________________</w:t>
            </w:r>
          </w:p>
        </w:tc>
        <w:tc>
          <w:tcPr>
            <w:tcW w:type="dxa" w:w="5544"/>
          </w:tcPr>
          <w:p>
            <w:pPr>
              <w:jc w:val="center"/>
            </w:pPr>
            <w:r>
              <w:drawing>
                <wp:inline xmlns:a="http://schemas.openxmlformats.org/drawingml/2006/main" xmlns:pic="http://schemas.openxmlformats.org/drawingml/2006/picture">
                  <wp:extent cx="3337560" cy="542354"/>
                  <wp:docPr id="2" name="Picture 2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0" name="banner_licorne_pastel.png"/>
                          <pic:cNvPicPr/>
                        </pic:nvPicPr>
                        <pic:blipFill>
                          <a:blip r:embed="rId9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3337560" cy="542354"/>
                          </a:xfrm>
                          <a:prstGeom prst="rect"/>
                        </pic:spPr>
                      </pic:pic>
                    </a:graphicData>
                  </a:graphic>
                </wp:inline>
              </w:drawing>
            </w:r>
          </w:p>
          <w:p>
            <w:pPr>
              <w:jc w:val="center"/>
            </w:pPr>
            <w:r>
              <w:rPr>
                <w:b/>
                <w:color w:val="EC4899"/>
                <w:sz w:val="32"/>
              </w:rPr>
              <w:t>INVITATION • ANNIVERSAIRE</w:t>
            </w:r>
          </w:p>
          <w:p>
            <w:r>
              <w:rPr>
                <w:b/>
                <w:color w:val="581C87"/>
                <w:sz w:val="22"/>
              </w:rPr>
              <w:t xml:space="preserve">Nom : </w:t>
            </w:r>
            <w:r>
              <w:rPr>
                <w:sz w:val="22"/>
              </w:rPr>
              <w:t>____________________________________________</w:t>
            </w:r>
          </w:p>
          <w:p>
            <w:r>
              <w:rPr>
                <w:b/>
                <w:color w:val="581C87"/>
                <w:sz w:val="22"/>
              </w:rPr>
              <w:t xml:space="preserve">Date : </w:t>
            </w:r>
            <w:r>
              <w:rPr>
                <w:sz w:val="22"/>
              </w:rPr>
              <w:t>____________________________________________</w:t>
            </w:r>
          </w:p>
          <w:p>
            <w:r>
              <w:rPr>
                <w:b/>
                <w:color w:val="581C87"/>
                <w:sz w:val="22"/>
              </w:rPr>
              <w:t xml:space="preserve">Heure : </w:t>
            </w:r>
            <w:r>
              <w:rPr>
                <w:sz w:val="22"/>
              </w:rPr>
              <w:t>____________________________________________</w:t>
            </w:r>
          </w:p>
          <w:p>
            <w:r>
              <w:rPr>
                <w:b/>
                <w:color w:val="581C87"/>
                <w:sz w:val="22"/>
              </w:rPr>
              <w:t xml:space="preserve">Lieu : </w:t>
            </w:r>
            <w:r>
              <w:rPr>
                <w:sz w:val="22"/>
              </w:rPr>
              <w:t>____________________________________________</w:t>
            </w:r>
          </w:p>
          <w:p>
            <w:r>
              <w:rPr>
                <w:b/>
                <w:color w:val="581C87"/>
                <w:sz w:val="22"/>
              </w:rPr>
              <w:t xml:space="preserve">RSVP / Contact : </w:t>
            </w:r>
            <w:r>
              <w:rPr>
                <w:sz w:val="22"/>
              </w:rPr>
              <w:t>____________________________________________</w:t>
            </w:r>
          </w:p>
          <w:p>
            <w:pPr>
              <w:jc w:val="center"/>
            </w:pPr>
            <w:r>
              <w:rPr>
                <w:sz w:val="18"/>
              </w:rPr>
              <w:t>Tenue : __________________   •   Thème : __________________</w:t>
            </w:r>
          </w:p>
        </w:tc>
      </w:tr>
      <w:tr>
        <w:tc>
          <w:tcPr>
            <w:tcW w:type="dxa" w:w="5544"/>
          </w:tcPr>
          <w:p>
            <w:pPr>
              <w:jc w:val="center"/>
            </w:pPr>
            <w:r>
              <w:drawing>
                <wp:inline xmlns:a="http://schemas.openxmlformats.org/drawingml/2006/main" xmlns:pic="http://schemas.openxmlformats.org/drawingml/2006/picture">
                  <wp:extent cx="3337560" cy="542354"/>
                  <wp:docPr id="3" name="Picture 3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0" name="banner_licorne_pastel.png"/>
                          <pic:cNvPicPr/>
                        </pic:nvPicPr>
                        <pic:blipFill>
                          <a:blip r:embed="rId9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3337560" cy="542354"/>
                          </a:xfrm>
                          <a:prstGeom prst="rect"/>
                        </pic:spPr>
                      </pic:pic>
                    </a:graphicData>
                  </a:graphic>
                </wp:inline>
              </w:drawing>
            </w:r>
          </w:p>
          <w:p>
            <w:pPr>
              <w:jc w:val="center"/>
            </w:pPr>
            <w:r>
              <w:rPr>
                <w:b/>
                <w:color w:val="EC4899"/>
                <w:sz w:val="32"/>
              </w:rPr>
              <w:t>INVITATION • ANNIVERSAIRE</w:t>
            </w:r>
          </w:p>
          <w:p>
            <w:r>
              <w:rPr>
                <w:b/>
                <w:color w:val="581C87"/>
                <w:sz w:val="22"/>
              </w:rPr>
              <w:t xml:space="preserve">Nom : </w:t>
            </w:r>
            <w:r>
              <w:rPr>
                <w:sz w:val="22"/>
              </w:rPr>
              <w:t>____________________________________________</w:t>
            </w:r>
          </w:p>
          <w:p>
            <w:r>
              <w:rPr>
                <w:b/>
                <w:color w:val="581C87"/>
                <w:sz w:val="22"/>
              </w:rPr>
              <w:t xml:space="preserve">Date : </w:t>
            </w:r>
            <w:r>
              <w:rPr>
                <w:sz w:val="22"/>
              </w:rPr>
              <w:t>____________________________________________</w:t>
            </w:r>
          </w:p>
          <w:p>
            <w:r>
              <w:rPr>
                <w:b/>
                <w:color w:val="581C87"/>
                <w:sz w:val="22"/>
              </w:rPr>
              <w:t xml:space="preserve">Heure : </w:t>
            </w:r>
            <w:r>
              <w:rPr>
                <w:sz w:val="22"/>
              </w:rPr>
              <w:t>____________________________________________</w:t>
            </w:r>
          </w:p>
          <w:p>
            <w:r>
              <w:rPr>
                <w:b/>
                <w:color w:val="581C87"/>
                <w:sz w:val="22"/>
              </w:rPr>
              <w:t xml:space="preserve">Lieu : </w:t>
            </w:r>
            <w:r>
              <w:rPr>
                <w:sz w:val="22"/>
              </w:rPr>
              <w:t>____________________________________________</w:t>
            </w:r>
          </w:p>
          <w:p>
            <w:r>
              <w:rPr>
                <w:b/>
                <w:color w:val="581C87"/>
                <w:sz w:val="22"/>
              </w:rPr>
              <w:t xml:space="preserve">RSVP / Contact : </w:t>
            </w:r>
            <w:r>
              <w:rPr>
                <w:sz w:val="22"/>
              </w:rPr>
              <w:t>____________________________________________</w:t>
            </w:r>
          </w:p>
          <w:p>
            <w:pPr>
              <w:jc w:val="center"/>
            </w:pPr>
            <w:r>
              <w:rPr>
                <w:sz w:val="18"/>
              </w:rPr>
              <w:t>Tenue : __________________   •   Thème : __________________</w:t>
            </w:r>
          </w:p>
        </w:tc>
        <w:tc>
          <w:tcPr>
            <w:tcW w:type="dxa" w:w="5544"/>
          </w:tcPr>
          <w:p>
            <w:pPr>
              <w:jc w:val="center"/>
            </w:pPr>
            <w:r>
              <w:drawing>
                <wp:inline xmlns:a="http://schemas.openxmlformats.org/drawingml/2006/main" xmlns:pic="http://schemas.openxmlformats.org/drawingml/2006/picture">
                  <wp:extent cx="3337560" cy="542354"/>
                  <wp:docPr id="4" name="Picture 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0" name="banner_licorne_pastel.png"/>
                          <pic:cNvPicPr/>
                        </pic:nvPicPr>
                        <pic:blipFill>
                          <a:blip r:embed="rId9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3337560" cy="542354"/>
                          </a:xfrm>
                          <a:prstGeom prst="rect"/>
                        </pic:spPr>
                      </pic:pic>
                    </a:graphicData>
                  </a:graphic>
                </wp:inline>
              </w:drawing>
            </w:r>
          </w:p>
          <w:p>
            <w:pPr>
              <w:jc w:val="center"/>
            </w:pPr>
            <w:r>
              <w:rPr>
                <w:b/>
                <w:color w:val="EC4899"/>
                <w:sz w:val="32"/>
              </w:rPr>
              <w:t>INVITATION • ANNIVERSAIRE</w:t>
            </w:r>
          </w:p>
          <w:p>
            <w:r>
              <w:rPr>
                <w:b/>
                <w:color w:val="581C87"/>
                <w:sz w:val="22"/>
              </w:rPr>
              <w:t xml:space="preserve">Nom : </w:t>
            </w:r>
            <w:r>
              <w:rPr>
                <w:sz w:val="22"/>
              </w:rPr>
              <w:t>____________________________________________</w:t>
            </w:r>
          </w:p>
          <w:p>
            <w:r>
              <w:rPr>
                <w:b/>
                <w:color w:val="581C87"/>
                <w:sz w:val="22"/>
              </w:rPr>
              <w:t xml:space="preserve">Date : </w:t>
            </w:r>
            <w:r>
              <w:rPr>
                <w:sz w:val="22"/>
              </w:rPr>
              <w:t>____________________________________________</w:t>
            </w:r>
          </w:p>
          <w:p>
            <w:r>
              <w:rPr>
                <w:b/>
                <w:color w:val="581C87"/>
                <w:sz w:val="22"/>
              </w:rPr>
              <w:t xml:space="preserve">Heure : </w:t>
            </w:r>
            <w:r>
              <w:rPr>
                <w:sz w:val="22"/>
              </w:rPr>
              <w:t>____________________________________________</w:t>
            </w:r>
          </w:p>
          <w:p>
            <w:r>
              <w:rPr>
                <w:b/>
                <w:color w:val="581C87"/>
                <w:sz w:val="22"/>
              </w:rPr>
              <w:t xml:space="preserve">Lieu : </w:t>
            </w:r>
            <w:r>
              <w:rPr>
                <w:sz w:val="22"/>
              </w:rPr>
              <w:t>____________________________________________</w:t>
            </w:r>
          </w:p>
          <w:p>
            <w:r>
              <w:rPr>
                <w:b/>
                <w:color w:val="581C87"/>
                <w:sz w:val="22"/>
              </w:rPr>
              <w:t xml:space="preserve">RSVP / Contact : </w:t>
            </w:r>
            <w:r>
              <w:rPr>
                <w:sz w:val="22"/>
              </w:rPr>
              <w:t>____________________________________________</w:t>
            </w:r>
          </w:p>
          <w:p>
            <w:pPr>
              <w:jc w:val="center"/>
            </w:pPr>
            <w:r>
              <w:rPr>
                <w:sz w:val="18"/>
              </w:rPr>
              <w:t>Tenue : __________________   •   Thème : __________________</w:t>
            </w:r>
          </w:p>
        </w:tc>
      </w:tr>
    </w:tbl>
    <w:sectPr w:rsidR="00FC693F" w:rsidRPr="0006063C" w:rsidSect="00034616">
      <w:pgSz w:w="12240" w:h="15840"/>
      <w:pgMar w:top="576" w:right="576" w:bottom="576" w:left="576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Courier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>
    <w:nsid w:val="FFFFFF7E"/>
    <w:multiLevelType w:val="singleLevel"/>
    <w:tmpl w:val="FB12693A"/>
    <w:lvl w:ilvl="0">
      <w:start w:val="1"/>
      <w:numFmt w:val="decimal"/>
      <w:pStyle w:val="ListNumber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>
    <w:nsid w:val="FFFFFF7F"/>
    <w:multiLevelType w:val="singleLevel"/>
    <w:tmpl w:val="38441652"/>
    <w:lvl w:ilvl="0">
      <w:start w:val="1"/>
      <w:numFmt w:val="decimal"/>
      <w:pStyle w:val="ListNumber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>
    <w:nsid w:val="FFFFFF82"/>
    <w:multiLevelType w:val="singleLevel"/>
    <w:tmpl w:val="F3EAFDEC"/>
    <w:lvl w:ilvl="0">
      <w:start w:val="1"/>
      <w:numFmt w:val="bullet"/>
      <w:pStyle w:val="ListBullet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>
    <w:nsid w:val="FFFFFF83"/>
    <w:multiLevelType w:val="singleLevel"/>
    <w:tmpl w:val="3D1EFFD4"/>
    <w:lvl w:ilvl="0">
      <w:start w:val="1"/>
      <w:numFmt w:val="bullet"/>
      <w:pStyle w:val="ListBullet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>
    <w:nsid w:val="FFFFFF88"/>
    <w:multiLevelType w:val="singleLevel"/>
    <w:tmpl w:val="D0A62B40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>
    <w:nsid w:val="FFFFFF89"/>
    <w:multiLevelType w:val="singleLevel"/>
    <w:tmpl w:val="29761A62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8"/>
  </w:num>
  <w:num w:numId="2">
    <w:abstractNumId w:val="6"/>
  </w:num>
  <w:num w:numId="3">
    <w:abstractNumId w:val="5"/>
  </w:num>
  <w:num w:numId="4">
    <w:abstractNumId w:val="4"/>
  </w:num>
  <w:num w:numId="5">
    <w:abstractNumId w:val="7"/>
  </w:num>
  <w:num w:numId="6">
    <w:abstractNumId w:val="3"/>
  </w:num>
  <w:num w:numId="7">
    <w:abstractNumId w:val="2"/>
  </w:num>
  <w:num w:numId="8">
    <w:abstractNumId w:val="1"/>
  </w:num>
  <w:num w:numId="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bestFit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47730"/>
    <w:rsid w:val="00034616"/>
    <w:rsid w:val="0006063C"/>
    <w:rsid w:val="0015074B"/>
    <w:rsid w:val="0029639D"/>
    <w:rsid w:val="00326F90"/>
    <w:rsid w:val="00AA1D8D"/>
    <w:rsid w:val="00B47730"/>
    <w:rsid w:val="00CB0664"/>
    <w:rsid w:val="00FC69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."/>
  <w:listSeparator w:val=","/>
  <w14:docId w14:val="24062061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er">
    <w:name w:val="header"/>
    <w:basedOn w:val="Normal"/>
    <w:link w:val="Head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618BF"/>
  </w:style>
  <w:style w:type="paragraph" w:styleId="Footer">
    <w:name w:val="footer"/>
    <w:basedOn w:val="Normal"/>
    <w:link w:val="Foot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618B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'1.0' encoding='UTF-8' standalone='yes'?>
<Relationships xmlns="http://schemas.openxmlformats.org/package/2006/relationships"><Relationship Id="rId3" Type="http://schemas.openxmlformats.org/officeDocument/2006/relationships/styles" Target="styles.xml"/><Relationship Id="rId4" Type="http://schemas.microsoft.com/office/2007/relationships/stylesWithEffects" Target="stylesWithEffects.xml"/><Relationship Id="rId5" Type="http://schemas.openxmlformats.org/officeDocument/2006/relationships/settings" Target="settings.xml"/><Relationship Id="rId6" Type="http://schemas.openxmlformats.org/officeDocument/2006/relationships/webSettings" Target="webSettings.xml"/><Relationship Id="rId7" Type="http://schemas.openxmlformats.org/officeDocument/2006/relationships/fontTable" Target="fontTable.xml"/><Relationship Id="rId8" Type="http://schemas.openxmlformats.org/officeDocument/2006/relationships/theme" Target="theme/theme1.xml"/><Relationship Id="rId1" Type="http://schemas.openxmlformats.org/officeDocument/2006/relationships/customXml" Target="../customXml/item1.xml"/><Relationship Id="rId2" Type="http://schemas.openxmlformats.org/officeDocument/2006/relationships/numbering" Target="numbering.xml"/><Relationship Id="rId9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'1.0' encoding='UTF-8' standalone='yes'?>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EF278816-EC6F-A645-907D-7F25AECB1D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0</Words>
  <Characters>0</Characters>
  <Application>Microsoft Macintosh Word</Application>
  <DocSecurity>0</DocSecurity>
  <Lines>0</Lines>
  <Paragraphs>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0</CharactersWithSpaces>
  <SharedDoc>false</SharedDoc>
  <HyperlinkBase/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python-docx</dc:creator>
  <cp:keywords/>
  <dc:description>generated by python-docx</dc:description>
  <cp:lastModifiedBy/>
  <cp:revision>1</cp:revision>
  <dcterms:created xsi:type="dcterms:W3CDTF">2013-12-23T23:15:00Z</dcterms:created>
  <dcterms:modified xsi:type="dcterms:W3CDTF">2013-12-23T23:15:00Z</dcterms:modified>
  <cp:category/>
</cp:coreProperties>
</file>