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544"/>
        <w:gridCol w:w="5544"/>
      </w:tblGrid>
      <w:tr>
        <w:tc>
          <w:tcPr>
            <w:tcW w:type="dxa" w:w="5544"/>
          </w:tcPr>
          <w:p>
            <w:pPr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3337560" cy="542354"/>
                  <wp:docPr id="1" name="Picture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banner_football.png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37560" cy="542354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</w:pPr>
            <w:r>
              <w:rPr>
                <w:b/>
                <w:color w:val="22C55E"/>
                <w:sz w:val="32"/>
              </w:rPr>
              <w:t>INVITATION • ANNIVERSAIRE</w:t>
            </w:r>
          </w:p>
          <w:p>
            <w:r>
              <w:rPr>
                <w:b/>
                <w:color w:val="1F2937"/>
                <w:sz w:val="22"/>
              </w:rPr>
              <w:t xml:space="preserve">Nom : </w:t>
            </w:r>
            <w:r>
              <w:rPr>
                <w:sz w:val="22"/>
              </w:rPr>
              <w:t>____________________________________________</w:t>
            </w:r>
          </w:p>
          <w:p>
            <w:r>
              <w:rPr>
                <w:b/>
                <w:color w:val="1F2937"/>
                <w:sz w:val="22"/>
              </w:rPr>
              <w:t xml:space="preserve">Date : </w:t>
            </w:r>
            <w:r>
              <w:rPr>
                <w:sz w:val="22"/>
              </w:rPr>
              <w:t>____________________________________________</w:t>
            </w:r>
          </w:p>
          <w:p>
            <w:r>
              <w:rPr>
                <w:b/>
                <w:color w:val="1F2937"/>
                <w:sz w:val="22"/>
              </w:rPr>
              <w:t xml:space="preserve">Heure : </w:t>
            </w:r>
            <w:r>
              <w:rPr>
                <w:sz w:val="22"/>
              </w:rPr>
              <w:t>____________________________________________</w:t>
            </w:r>
          </w:p>
          <w:p>
            <w:r>
              <w:rPr>
                <w:b/>
                <w:color w:val="1F2937"/>
                <w:sz w:val="22"/>
              </w:rPr>
              <w:t xml:space="preserve">Lieu : </w:t>
            </w:r>
            <w:r>
              <w:rPr>
                <w:sz w:val="22"/>
              </w:rPr>
              <w:t>____________________________________________</w:t>
            </w:r>
          </w:p>
          <w:p>
            <w:r>
              <w:rPr>
                <w:b/>
                <w:color w:val="1F2937"/>
                <w:sz w:val="22"/>
              </w:rPr>
              <w:t xml:space="preserve">RSVP / Contact : </w:t>
            </w:r>
            <w:r>
              <w:rPr>
                <w:sz w:val="22"/>
              </w:rPr>
              <w:t>____________________________________________</w:t>
            </w:r>
          </w:p>
          <w:p>
            <w:pPr>
              <w:jc w:val="center"/>
            </w:pPr>
            <w:r>
              <w:rPr>
                <w:sz w:val="18"/>
              </w:rPr>
              <w:t>Tenue : __________________   •   Thème : __________________</w:t>
            </w:r>
          </w:p>
        </w:tc>
        <w:tc>
          <w:tcPr>
            <w:tcW w:type="dxa" w:w="5544"/>
          </w:tcPr>
          <w:p>
            <w:pPr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3337560" cy="542354"/>
                  <wp:docPr id="2" name="Picture 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banner_football.png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37560" cy="542354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</w:pPr>
            <w:r>
              <w:rPr>
                <w:b/>
                <w:color w:val="22C55E"/>
                <w:sz w:val="32"/>
              </w:rPr>
              <w:t>INVITATION • ANNIVERSAIRE</w:t>
            </w:r>
          </w:p>
          <w:p>
            <w:r>
              <w:rPr>
                <w:b/>
                <w:color w:val="1F2937"/>
                <w:sz w:val="22"/>
              </w:rPr>
              <w:t xml:space="preserve">Nom : </w:t>
            </w:r>
            <w:r>
              <w:rPr>
                <w:sz w:val="22"/>
              </w:rPr>
              <w:t>____________________________________________</w:t>
            </w:r>
          </w:p>
          <w:p>
            <w:r>
              <w:rPr>
                <w:b/>
                <w:color w:val="1F2937"/>
                <w:sz w:val="22"/>
              </w:rPr>
              <w:t xml:space="preserve">Date : </w:t>
            </w:r>
            <w:r>
              <w:rPr>
                <w:sz w:val="22"/>
              </w:rPr>
              <w:t>____________________________________________</w:t>
            </w:r>
          </w:p>
          <w:p>
            <w:r>
              <w:rPr>
                <w:b/>
                <w:color w:val="1F2937"/>
                <w:sz w:val="22"/>
              </w:rPr>
              <w:t xml:space="preserve">Heure : </w:t>
            </w:r>
            <w:r>
              <w:rPr>
                <w:sz w:val="22"/>
              </w:rPr>
              <w:t>____________________________________________</w:t>
            </w:r>
          </w:p>
          <w:p>
            <w:r>
              <w:rPr>
                <w:b/>
                <w:color w:val="1F2937"/>
                <w:sz w:val="22"/>
              </w:rPr>
              <w:t xml:space="preserve">Lieu : </w:t>
            </w:r>
            <w:r>
              <w:rPr>
                <w:sz w:val="22"/>
              </w:rPr>
              <w:t>____________________________________________</w:t>
            </w:r>
          </w:p>
          <w:p>
            <w:r>
              <w:rPr>
                <w:b/>
                <w:color w:val="1F2937"/>
                <w:sz w:val="22"/>
              </w:rPr>
              <w:t xml:space="preserve">RSVP / Contact : </w:t>
            </w:r>
            <w:r>
              <w:rPr>
                <w:sz w:val="22"/>
              </w:rPr>
              <w:t>____________________________________________</w:t>
            </w:r>
          </w:p>
          <w:p>
            <w:pPr>
              <w:jc w:val="center"/>
            </w:pPr>
            <w:r>
              <w:rPr>
                <w:sz w:val="18"/>
              </w:rPr>
              <w:t>Tenue : __________________   •   Thème : __________________</w:t>
            </w:r>
          </w:p>
        </w:tc>
      </w:tr>
      <w:tr>
        <w:tc>
          <w:tcPr>
            <w:tcW w:type="dxa" w:w="5544"/>
          </w:tcPr>
          <w:p>
            <w:pPr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3337560" cy="542354"/>
                  <wp:docPr id="3" name="Picture 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banner_football.png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37560" cy="542354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</w:pPr>
            <w:r>
              <w:rPr>
                <w:b/>
                <w:color w:val="22C55E"/>
                <w:sz w:val="32"/>
              </w:rPr>
              <w:t>INVITATION • ANNIVERSAIRE</w:t>
            </w:r>
          </w:p>
          <w:p>
            <w:r>
              <w:rPr>
                <w:b/>
                <w:color w:val="1F2937"/>
                <w:sz w:val="22"/>
              </w:rPr>
              <w:t xml:space="preserve">Nom : </w:t>
            </w:r>
            <w:r>
              <w:rPr>
                <w:sz w:val="22"/>
              </w:rPr>
              <w:t>____________________________________________</w:t>
            </w:r>
          </w:p>
          <w:p>
            <w:r>
              <w:rPr>
                <w:b/>
                <w:color w:val="1F2937"/>
                <w:sz w:val="22"/>
              </w:rPr>
              <w:t xml:space="preserve">Date : </w:t>
            </w:r>
            <w:r>
              <w:rPr>
                <w:sz w:val="22"/>
              </w:rPr>
              <w:t>____________________________________________</w:t>
            </w:r>
          </w:p>
          <w:p>
            <w:r>
              <w:rPr>
                <w:b/>
                <w:color w:val="1F2937"/>
                <w:sz w:val="22"/>
              </w:rPr>
              <w:t xml:space="preserve">Heure : </w:t>
            </w:r>
            <w:r>
              <w:rPr>
                <w:sz w:val="22"/>
              </w:rPr>
              <w:t>____________________________________________</w:t>
            </w:r>
          </w:p>
          <w:p>
            <w:r>
              <w:rPr>
                <w:b/>
                <w:color w:val="1F2937"/>
                <w:sz w:val="22"/>
              </w:rPr>
              <w:t xml:space="preserve">Lieu : </w:t>
            </w:r>
            <w:r>
              <w:rPr>
                <w:sz w:val="22"/>
              </w:rPr>
              <w:t>____________________________________________</w:t>
            </w:r>
          </w:p>
          <w:p>
            <w:r>
              <w:rPr>
                <w:b/>
                <w:color w:val="1F2937"/>
                <w:sz w:val="22"/>
              </w:rPr>
              <w:t xml:space="preserve">RSVP / Contact : </w:t>
            </w:r>
            <w:r>
              <w:rPr>
                <w:sz w:val="22"/>
              </w:rPr>
              <w:t>____________________________________________</w:t>
            </w:r>
          </w:p>
          <w:p>
            <w:pPr>
              <w:jc w:val="center"/>
            </w:pPr>
            <w:r>
              <w:rPr>
                <w:sz w:val="18"/>
              </w:rPr>
              <w:t>Tenue : __________________   •   Thème : __________________</w:t>
            </w:r>
          </w:p>
        </w:tc>
        <w:tc>
          <w:tcPr>
            <w:tcW w:type="dxa" w:w="5544"/>
          </w:tcPr>
          <w:p>
            <w:pPr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3337560" cy="542354"/>
                  <wp:docPr id="4" name="Picture 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banner_football.png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37560" cy="542354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</w:pPr>
            <w:r>
              <w:rPr>
                <w:b/>
                <w:color w:val="22C55E"/>
                <w:sz w:val="32"/>
              </w:rPr>
              <w:t>INVITATION • ANNIVERSAIRE</w:t>
            </w:r>
          </w:p>
          <w:p>
            <w:r>
              <w:rPr>
                <w:b/>
                <w:color w:val="1F2937"/>
                <w:sz w:val="22"/>
              </w:rPr>
              <w:t xml:space="preserve">Nom : </w:t>
            </w:r>
            <w:r>
              <w:rPr>
                <w:sz w:val="22"/>
              </w:rPr>
              <w:t>____________________________________________</w:t>
            </w:r>
          </w:p>
          <w:p>
            <w:r>
              <w:rPr>
                <w:b/>
                <w:color w:val="1F2937"/>
                <w:sz w:val="22"/>
              </w:rPr>
              <w:t xml:space="preserve">Date : </w:t>
            </w:r>
            <w:r>
              <w:rPr>
                <w:sz w:val="22"/>
              </w:rPr>
              <w:t>____________________________________________</w:t>
            </w:r>
          </w:p>
          <w:p>
            <w:r>
              <w:rPr>
                <w:b/>
                <w:color w:val="1F2937"/>
                <w:sz w:val="22"/>
              </w:rPr>
              <w:t xml:space="preserve">Heure : </w:t>
            </w:r>
            <w:r>
              <w:rPr>
                <w:sz w:val="22"/>
              </w:rPr>
              <w:t>____________________________________________</w:t>
            </w:r>
          </w:p>
          <w:p>
            <w:r>
              <w:rPr>
                <w:b/>
                <w:color w:val="1F2937"/>
                <w:sz w:val="22"/>
              </w:rPr>
              <w:t xml:space="preserve">Lieu : </w:t>
            </w:r>
            <w:r>
              <w:rPr>
                <w:sz w:val="22"/>
              </w:rPr>
              <w:t>____________________________________________</w:t>
            </w:r>
          </w:p>
          <w:p>
            <w:r>
              <w:rPr>
                <w:b/>
                <w:color w:val="1F2937"/>
                <w:sz w:val="22"/>
              </w:rPr>
              <w:t xml:space="preserve">RSVP / Contact : </w:t>
            </w:r>
            <w:r>
              <w:rPr>
                <w:sz w:val="22"/>
              </w:rPr>
              <w:t>____________________________________________</w:t>
            </w:r>
          </w:p>
          <w:p>
            <w:pPr>
              <w:jc w:val="center"/>
            </w:pPr>
            <w:r>
              <w:rPr>
                <w:sz w:val="18"/>
              </w:rPr>
              <w:t>Tenue : __________________   •   Thème : __________________</w:t>
            </w:r>
          </w:p>
        </w:tc>
      </w:tr>
    </w:tbl>
    <w:sectPr w:rsidR="00FC693F" w:rsidRPr="0006063C" w:rsidSect="00034616">
      <w:pgSz w:w="12240" w:h="15840"/>
      <w:pgMar w:top="576" w:right="576" w:bottom="576" w:left="57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