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(France — Langues vivantes (CECRL))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082"/>
        <w:gridCol w:w="5556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Thématique / Notions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Ancrages culturels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&amp; Compétences — CECRL (CO / CE / EE / EOC / EIO / Médiation)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Phonologie / Lexique / Grammaire — Progression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Tâche finale / Évaluation sommative — critères CECRL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1928"/>
        <w:gridCol w:w="2381"/>
        <w:gridCol w:w="2041"/>
        <w:gridCol w:w="1587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 CECRL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Activités langagières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Supports (audio/vidéo/texte)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Différenciation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92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38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— Barème CECRL &amp; Indicateurs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&amp; Remédiation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Séquence (Langues vivantes / CECRL)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