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8"/>
      </w:tblGrid>
      <w:tr>
        <w:tc>
          <w:tcPr>
            <w:tcW w:type="dxa" w:w="10318"/>
            <w:shd w:val="clear" w:color="auto" w:fill="1E88E5"/>
          </w:tcPr>
          <w:p>
            <w:pPr>
              <w:jc w:val="left"/>
            </w:pPr>
            <w:r>
              <w:rPr>
                <w:b/>
                <w:color w:val="FFFFFF"/>
                <w:sz w:val="32"/>
              </w:rPr>
              <w:t>FICHE DE SÉANCE — SPORT</w:t>
            </w:r>
          </w:p>
          <w:p>
            <w:pPr>
              <w:jc w:val="left"/>
            </w:pPr>
            <w:r>
              <w:rPr>
                <w:color w:val="F5F5F5"/>
                <w:sz w:val="18"/>
              </w:rPr>
              <w:t>Discipline : __________  •  Thème : __________  •  Séance n° : ___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64"/>
        <w:gridCol w:w="2064"/>
        <w:gridCol w:w="2064"/>
        <w:gridCol w:w="2064"/>
        <w:gridCol w:w="2064"/>
      </w:tblGrid>
      <w:tr>
        <w:tc>
          <w:tcPr>
            <w:tcW w:type="dxa" w:w="2064"/>
            <w:shd w:val="clear" w:color="auto" w:fill="ECEFF1"/>
          </w:tcPr>
          <w:p>
            <w:r>
              <w:rPr>
                <w:b/>
                <w:color w:val="2D2D2D"/>
                <w:sz w:val="18"/>
              </w:rPr>
              <w:t>Catégorie</w:t>
            </w:r>
          </w:p>
        </w:tc>
        <w:tc>
          <w:tcPr>
            <w:tcW w:type="dxa" w:w="2064"/>
            <w:shd w:val="clear" w:color="auto" w:fill="ECEFF1"/>
          </w:tcPr>
          <w:p>
            <w:r>
              <w:rPr>
                <w:b/>
                <w:color w:val="2D2D2D"/>
                <w:sz w:val="18"/>
              </w:rPr>
              <w:t>Objectifs</w:t>
            </w:r>
          </w:p>
        </w:tc>
        <w:tc>
          <w:tcPr>
            <w:tcW w:type="dxa" w:w="2064"/>
            <w:shd w:val="clear" w:color="auto" w:fill="ECEFF1"/>
          </w:tcPr>
          <w:p>
            <w:r>
              <w:rPr>
                <w:b/>
                <w:color w:val="2D2D2D"/>
                <w:sz w:val="18"/>
              </w:rPr>
              <w:t>Effectif</w:t>
            </w:r>
          </w:p>
        </w:tc>
        <w:tc>
          <w:tcPr>
            <w:tcW w:type="dxa" w:w="2064"/>
            <w:shd w:val="clear" w:color="auto" w:fill="ECEFF1"/>
          </w:tcPr>
          <w:p>
            <w:r>
              <w:rPr>
                <w:b/>
                <w:color w:val="2D2D2D"/>
                <w:sz w:val="18"/>
              </w:rPr>
              <w:t>Durée</w:t>
            </w:r>
          </w:p>
        </w:tc>
        <w:tc>
          <w:tcPr>
            <w:tcW w:type="dxa" w:w="2064"/>
            <w:shd w:val="clear" w:color="auto" w:fill="ECEFF1"/>
          </w:tcPr>
          <w:p>
            <w:r>
              <w:rPr>
                <w:b/>
                <w:color w:val="2D2D2D"/>
                <w:sz w:val="18"/>
              </w:rPr>
              <w:t>Lieu</w:t>
            </w:r>
          </w:p>
        </w:tc>
      </w:tr>
      <w:tr>
        <w:tc>
          <w:tcPr>
            <w:tcW w:type="dxa" w:w="2064"/>
            <w:tcBorders>
              <w:bottom w:sz="12" w:val="single" w:color="B0BEC5"/>
            </w:tcBorders>
          </w:tcPr>
          <w:p/>
        </w:tc>
        <w:tc>
          <w:tcPr>
            <w:tcW w:type="dxa" w:w="2064"/>
            <w:tcBorders>
              <w:bottom w:sz="12" w:val="single" w:color="B0BEC5"/>
            </w:tcBorders>
          </w:tcPr>
          <w:p/>
        </w:tc>
        <w:tc>
          <w:tcPr>
            <w:tcW w:type="dxa" w:w="2064"/>
            <w:tcBorders>
              <w:bottom w:sz="12" w:val="single" w:color="B0BEC5"/>
            </w:tcBorders>
          </w:tcPr>
          <w:p/>
        </w:tc>
        <w:tc>
          <w:tcPr>
            <w:tcW w:type="dxa" w:w="2064"/>
            <w:tcBorders>
              <w:bottom w:sz="12" w:val="single" w:color="B0BEC5"/>
            </w:tcBorders>
          </w:tcPr>
          <w:p/>
        </w:tc>
        <w:tc>
          <w:tcPr>
            <w:tcW w:type="dxa" w:w="2064"/>
            <w:tcBorders>
              <w:bottom w:sz="12" w:val="single" w:color="B0BEC5"/>
            </w:tcBorders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318"/>
      </w:tblGrid>
      <w:tr>
        <w:tc>
          <w:tcPr>
            <w:tcW w:type="dxa" w:w="10318"/>
            <w:shd w:val="clear" w:color="auto" w:fill="BBDEFB"/>
          </w:tcPr>
          <w:p>
            <w:r>
              <w:rPr>
                <w:b/>
                <w:color w:val="3C3C3C"/>
                <w:sz w:val="20"/>
              </w:rPr>
              <w:t>Mise en route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064"/>
        <w:gridCol w:w="2064"/>
        <w:gridCol w:w="2064"/>
        <w:gridCol w:w="2064"/>
        <w:gridCol w:w="2064"/>
      </w:tblGrid>
      <w:tr>
        <w:tc>
          <w:tcPr>
            <w:tcW w:type="dxa" w:w="2064"/>
            <w:shd w:val="clear" w:color="auto" w:fill="BBDEFB"/>
          </w:tcPr>
          <w:p>
            <w:r>
              <w:rPr>
                <w:b/>
                <w:sz w:val="18"/>
              </w:rPr>
              <w:t>Exercice</w:t>
            </w:r>
          </w:p>
        </w:tc>
        <w:tc>
          <w:tcPr>
            <w:tcW w:type="dxa" w:w="2064"/>
            <w:shd w:val="clear" w:color="auto" w:fill="BBDEFB"/>
          </w:tcPr>
          <w:p>
            <w:r>
              <w:rPr>
                <w:b/>
                <w:sz w:val="18"/>
              </w:rPr>
              <w:t>Organisation</w:t>
            </w:r>
          </w:p>
        </w:tc>
        <w:tc>
          <w:tcPr>
            <w:tcW w:type="dxa" w:w="2064"/>
            <w:shd w:val="clear" w:color="auto" w:fill="BBDEFB"/>
          </w:tcPr>
          <w:p>
            <w:r>
              <w:rPr>
                <w:b/>
                <w:sz w:val="18"/>
              </w:rPr>
              <w:t>Durée</w:t>
            </w:r>
          </w:p>
        </w:tc>
        <w:tc>
          <w:tcPr>
            <w:tcW w:type="dxa" w:w="2064"/>
            <w:shd w:val="clear" w:color="auto" w:fill="BBDEFB"/>
          </w:tcPr>
          <w:p>
            <w:r>
              <w:rPr>
                <w:b/>
                <w:sz w:val="18"/>
              </w:rPr>
              <w:t>Consignes</w:t>
            </w:r>
          </w:p>
        </w:tc>
        <w:tc>
          <w:tcPr>
            <w:tcW w:type="dxa" w:w="2064"/>
            <w:shd w:val="clear" w:color="auto" w:fill="BBDEFB"/>
          </w:tcPr>
          <w:p>
            <w:r>
              <w:rPr>
                <w:b/>
                <w:sz w:val="18"/>
              </w:rPr>
              <w:t>Critères de réussite</w:t>
            </w:r>
          </w:p>
        </w:tc>
      </w:tr>
      <w:tr>
        <w:tc>
          <w:tcPr>
            <w:tcW w:type="dxa" w:w="2064"/>
            <w:tcBorders>
              <w:bottom w:sz="12" w:val="single" w:color="B0BEC5"/>
            </w:tcBorders>
          </w:tcPr>
          <w:p/>
        </w:tc>
        <w:tc>
          <w:tcPr>
            <w:tcW w:type="dxa" w:w="2064"/>
            <w:tcBorders>
              <w:bottom w:sz="12" w:val="single" w:color="B0BEC5"/>
            </w:tcBorders>
          </w:tcPr>
          <w:p/>
        </w:tc>
        <w:tc>
          <w:tcPr>
            <w:tcW w:type="dxa" w:w="2064"/>
            <w:tcBorders>
              <w:bottom w:sz="12" w:val="single" w:color="B0BEC5"/>
            </w:tcBorders>
          </w:tcPr>
          <w:p/>
        </w:tc>
        <w:tc>
          <w:tcPr>
            <w:tcW w:type="dxa" w:w="2064"/>
            <w:tcBorders>
              <w:bottom w:sz="12" w:val="single" w:color="B0BEC5"/>
            </w:tcBorders>
          </w:tcPr>
          <w:p/>
        </w:tc>
        <w:tc>
          <w:tcPr>
            <w:tcW w:type="dxa" w:w="2064"/>
            <w:tcBorders>
              <w:bottom w:sz="12" w:val="single" w:color="B0BEC5"/>
            </w:tcBorders>
          </w:tcPr>
          <w:p/>
        </w:tc>
      </w:tr>
      <w:tr>
        <w:tc>
          <w:tcPr>
            <w:tcW w:type="dxa" w:w="2064"/>
            <w:tcBorders>
              <w:bottom w:sz="12" w:val="single" w:color="B0BEC5"/>
            </w:tcBorders>
          </w:tcPr>
          <w:p/>
        </w:tc>
        <w:tc>
          <w:tcPr>
            <w:tcW w:type="dxa" w:w="2064"/>
            <w:tcBorders>
              <w:bottom w:sz="12" w:val="single" w:color="B0BEC5"/>
            </w:tcBorders>
          </w:tcPr>
          <w:p/>
        </w:tc>
        <w:tc>
          <w:tcPr>
            <w:tcW w:type="dxa" w:w="2064"/>
            <w:tcBorders>
              <w:bottom w:sz="12" w:val="single" w:color="B0BEC5"/>
            </w:tcBorders>
          </w:tcPr>
          <w:p/>
        </w:tc>
        <w:tc>
          <w:tcPr>
            <w:tcW w:type="dxa" w:w="2064"/>
            <w:tcBorders>
              <w:bottom w:sz="12" w:val="single" w:color="B0BEC5"/>
            </w:tcBorders>
          </w:tcPr>
          <w:p/>
        </w:tc>
        <w:tc>
          <w:tcPr>
            <w:tcW w:type="dxa" w:w="2064"/>
            <w:tcBorders>
              <w:bottom w:sz="12" w:val="single" w:color="B0BEC5"/>
            </w:tcBorders>
          </w:tcPr>
          <w:p/>
        </w:tc>
      </w:tr>
      <w:tr>
        <w:tc>
          <w:tcPr>
            <w:tcW w:type="dxa" w:w="2064"/>
            <w:tcBorders>
              <w:bottom w:sz="12" w:val="single" w:color="B0BEC5"/>
            </w:tcBorders>
          </w:tcPr>
          <w:p/>
        </w:tc>
        <w:tc>
          <w:tcPr>
            <w:tcW w:type="dxa" w:w="2064"/>
            <w:tcBorders>
              <w:bottom w:sz="12" w:val="single" w:color="B0BEC5"/>
            </w:tcBorders>
          </w:tcPr>
          <w:p/>
        </w:tc>
        <w:tc>
          <w:tcPr>
            <w:tcW w:type="dxa" w:w="2064"/>
            <w:tcBorders>
              <w:bottom w:sz="12" w:val="single" w:color="B0BEC5"/>
            </w:tcBorders>
          </w:tcPr>
          <w:p/>
        </w:tc>
        <w:tc>
          <w:tcPr>
            <w:tcW w:type="dxa" w:w="2064"/>
            <w:tcBorders>
              <w:bottom w:sz="12" w:val="single" w:color="B0BEC5"/>
            </w:tcBorders>
          </w:tcPr>
          <w:p/>
        </w:tc>
        <w:tc>
          <w:tcPr>
            <w:tcW w:type="dxa" w:w="2064"/>
            <w:tcBorders>
              <w:bottom w:sz="12" w:val="single" w:color="B0BEC5"/>
            </w:tcBorders>
          </w:tcPr>
          <w:p/>
        </w:tc>
      </w:tr>
      <w:tr>
        <w:tc>
          <w:tcPr>
            <w:tcW w:type="dxa" w:w="2064"/>
            <w:tcBorders>
              <w:bottom w:sz="12" w:val="single" w:color="B0BEC5"/>
            </w:tcBorders>
          </w:tcPr>
          <w:p/>
        </w:tc>
        <w:tc>
          <w:tcPr>
            <w:tcW w:type="dxa" w:w="2064"/>
            <w:tcBorders>
              <w:bottom w:sz="12" w:val="single" w:color="B0BEC5"/>
            </w:tcBorders>
          </w:tcPr>
          <w:p/>
        </w:tc>
        <w:tc>
          <w:tcPr>
            <w:tcW w:type="dxa" w:w="2064"/>
            <w:tcBorders>
              <w:bottom w:sz="12" w:val="single" w:color="B0BEC5"/>
            </w:tcBorders>
          </w:tcPr>
          <w:p/>
        </w:tc>
        <w:tc>
          <w:tcPr>
            <w:tcW w:type="dxa" w:w="2064"/>
            <w:tcBorders>
              <w:bottom w:sz="12" w:val="single" w:color="B0BEC5"/>
            </w:tcBorders>
          </w:tcPr>
          <w:p/>
        </w:tc>
        <w:tc>
          <w:tcPr>
            <w:tcW w:type="dxa" w:w="2064"/>
            <w:tcBorders>
              <w:bottom w:sz="12" w:val="single" w:color="B0BEC5"/>
            </w:tcBorders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318"/>
      </w:tblGrid>
      <w:tr>
        <w:tc>
          <w:tcPr>
            <w:tcW w:type="dxa" w:w="10318"/>
            <w:shd w:val="clear" w:color="auto" w:fill="E3F2FD"/>
          </w:tcPr>
          <w:p>
            <w:r>
              <w:rPr>
                <w:b/>
                <w:color w:val="3C3C3C"/>
                <w:sz w:val="20"/>
              </w:rPr>
              <w:t>Corps de séance (ateliers)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20"/>
        <w:gridCol w:w="1720"/>
        <w:gridCol w:w="1720"/>
        <w:gridCol w:w="1720"/>
        <w:gridCol w:w="1720"/>
        <w:gridCol w:w="1720"/>
      </w:tblGrid>
      <w:tr>
        <w:tc>
          <w:tcPr>
            <w:tcW w:type="dxa" w:w="1720"/>
            <w:shd w:val="clear" w:color="auto" w:fill="E3F2FD"/>
          </w:tcPr>
          <w:p>
            <w:r>
              <w:rPr>
                <w:b/>
                <w:sz w:val="18"/>
              </w:rPr>
              <w:t>Atelier</w:t>
            </w:r>
          </w:p>
        </w:tc>
        <w:tc>
          <w:tcPr>
            <w:tcW w:type="dxa" w:w="1720"/>
            <w:shd w:val="clear" w:color="auto" w:fill="E3F2FD"/>
          </w:tcPr>
          <w:p>
            <w:r>
              <w:rPr>
                <w:b/>
                <w:sz w:val="18"/>
              </w:rPr>
              <w:t>Objectifs</w:t>
            </w:r>
          </w:p>
        </w:tc>
        <w:tc>
          <w:tcPr>
            <w:tcW w:type="dxa" w:w="1720"/>
            <w:shd w:val="clear" w:color="auto" w:fill="E3F2FD"/>
          </w:tcPr>
          <w:p>
            <w:r>
              <w:rPr>
                <w:b/>
                <w:sz w:val="18"/>
              </w:rPr>
              <w:t>Description</w:t>
            </w:r>
          </w:p>
        </w:tc>
        <w:tc>
          <w:tcPr>
            <w:tcW w:type="dxa" w:w="1720"/>
            <w:shd w:val="clear" w:color="auto" w:fill="E3F2FD"/>
          </w:tcPr>
          <w:p>
            <w:r>
              <w:rPr>
                <w:b/>
                <w:sz w:val="18"/>
              </w:rPr>
              <w:t>Matériel</w:t>
            </w:r>
          </w:p>
        </w:tc>
        <w:tc>
          <w:tcPr>
            <w:tcW w:type="dxa" w:w="1720"/>
            <w:shd w:val="clear" w:color="auto" w:fill="E3F2FD"/>
          </w:tcPr>
          <w:p>
            <w:r>
              <w:rPr>
                <w:b/>
                <w:sz w:val="18"/>
              </w:rPr>
              <w:t>Durée</w:t>
            </w:r>
          </w:p>
        </w:tc>
        <w:tc>
          <w:tcPr>
            <w:tcW w:type="dxa" w:w="1720"/>
            <w:shd w:val="clear" w:color="auto" w:fill="E3F2FD"/>
          </w:tcPr>
          <w:p>
            <w:r>
              <w:rPr>
                <w:b/>
                <w:sz w:val="18"/>
              </w:rPr>
              <w:t>Sécurité</w:t>
            </w:r>
          </w:p>
        </w:tc>
      </w:tr>
      <w:tr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</w:tr>
      <w:tr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</w:tr>
      <w:tr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</w:tr>
      <w:tr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</w:tr>
      <w:tr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</w:tr>
      <w:tr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  <w:tc>
          <w:tcPr>
            <w:tcW w:type="dxa" w:w="1720"/>
            <w:tcBorders>
              <w:bottom w:sz="12" w:val="single" w:color="B0BEC5"/>
            </w:tcBorders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318"/>
      </w:tblGrid>
      <w:tr>
        <w:tc>
          <w:tcPr>
            <w:tcW w:type="dxa" w:w="10318"/>
            <w:shd w:val="clear" w:color="auto" w:fill="E8F5E9"/>
          </w:tcPr>
          <w:p>
            <w:r>
              <w:rPr>
                <w:b/>
                <w:color w:val="3C3C3C"/>
                <w:sz w:val="20"/>
              </w:rPr>
              <w:t>Retour au calme / Debrief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39"/>
        <w:gridCol w:w="3439"/>
        <w:gridCol w:w="3439"/>
      </w:tblGrid>
      <w:tr>
        <w:tc>
          <w:tcPr>
            <w:tcW w:type="dxa" w:w="3439"/>
            <w:shd w:val="clear" w:color="auto" w:fill="E8F5E9"/>
          </w:tcPr>
          <w:p>
            <w:r>
              <w:rPr>
                <w:b/>
                <w:sz w:val="18"/>
              </w:rPr>
              <w:t>Exercice/Étirements</w:t>
            </w:r>
          </w:p>
        </w:tc>
        <w:tc>
          <w:tcPr>
            <w:tcW w:type="dxa" w:w="3439"/>
            <w:shd w:val="clear" w:color="auto" w:fill="E8F5E9"/>
          </w:tcPr>
          <w:p>
            <w:r>
              <w:rPr>
                <w:b/>
                <w:sz w:val="18"/>
              </w:rPr>
              <w:t>Durée</w:t>
            </w:r>
          </w:p>
        </w:tc>
        <w:tc>
          <w:tcPr>
            <w:tcW w:type="dxa" w:w="3439"/>
            <w:shd w:val="clear" w:color="auto" w:fill="E8F5E9"/>
          </w:tcPr>
          <w:p>
            <w:r>
              <w:rPr>
                <w:b/>
                <w:sz w:val="18"/>
              </w:rPr>
              <w:t>Feedback</w:t>
            </w:r>
          </w:p>
        </w:tc>
      </w:tr>
      <w:tr>
        <w:tc>
          <w:tcPr>
            <w:tcW w:type="dxa" w:w="3439"/>
            <w:tcBorders>
              <w:bottom w:sz="12" w:val="single" w:color="B0BEC5"/>
            </w:tcBorders>
          </w:tcPr>
          <w:p/>
        </w:tc>
        <w:tc>
          <w:tcPr>
            <w:tcW w:type="dxa" w:w="3439"/>
            <w:tcBorders>
              <w:bottom w:sz="12" w:val="single" w:color="B0BEC5"/>
            </w:tcBorders>
          </w:tcPr>
          <w:p/>
        </w:tc>
        <w:tc>
          <w:tcPr>
            <w:tcW w:type="dxa" w:w="3439"/>
            <w:tcBorders>
              <w:bottom w:sz="12" w:val="single" w:color="B0BEC5"/>
            </w:tcBorders>
          </w:tcPr>
          <w:p/>
        </w:tc>
      </w:tr>
      <w:tr>
        <w:tc>
          <w:tcPr>
            <w:tcW w:type="dxa" w:w="3439"/>
            <w:tcBorders>
              <w:bottom w:sz="12" w:val="single" w:color="B0BEC5"/>
            </w:tcBorders>
          </w:tcPr>
          <w:p/>
        </w:tc>
        <w:tc>
          <w:tcPr>
            <w:tcW w:type="dxa" w:w="3439"/>
            <w:tcBorders>
              <w:bottom w:sz="12" w:val="single" w:color="B0BEC5"/>
            </w:tcBorders>
          </w:tcPr>
          <w:p/>
        </w:tc>
        <w:tc>
          <w:tcPr>
            <w:tcW w:type="dxa" w:w="3439"/>
            <w:tcBorders>
              <w:bottom w:sz="12" w:val="single" w:color="B0BEC5"/>
            </w:tcBorders>
          </w:tcPr>
          <w:p/>
        </w:tc>
      </w:tr>
      <w:tr>
        <w:tc>
          <w:tcPr>
            <w:tcW w:type="dxa" w:w="3439"/>
            <w:tcBorders>
              <w:bottom w:sz="12" w:val="single" w:color="B0BEC5"/>
            </w:tcBorders>
          </w:tcPr>
          <w:p/>
        </w:tc>
        <w:tc>
          <w:tcPr>
            <w:tcW w:type="dxa" w:w="3439"/>
            <w:tcBorders>
              <w:bottom w:sz="12" w:val="single" w:color="B0BEC5"/>
            </w:tcBorders>
          </w:tcPr>
          <w:p/>
        </w:tc>
        <w:tc>
          <w:tcPr>
            <w:tcW w:type="dxa" w:w="3439"/>
            <w:tcBorders>
              <w:bottom w:sz="12" w:val="single" w:color="B0BEC5"/>
            </w:tcBorders>
          </w:tcPr>
          <w:p/>
        </w:tc>
      </w:tr>
    </w:tbl>
    <w:sectPr w:rsidR="00FC693F" w:rsidRPr="0006063C" w:rsidSect="00034616">
      <w:footerReference w:type="default" r:id="rId9"/>
      <w:pgSz w:w="11906" w:h="16838"/>
      <w:pgMar w:top="680" w:right="794" w:bottom="680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E6E6E"/>
        <w:sz w:val="16"/>
      </w:rPr>
      <w:t>lecoursgratuit.com — Fiche séance — Sport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