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FICHE DE SÉANCE — NATATION</w:t>
      </w:r>
    </w:p>
    <w:p>
      <w:pPr>
        <w:pStyle w:val="Subtitle"/>
        <w:jc w:val="center"/>
      </w:pPr>
      <w:r>
        <w:t>Modèle vierge prêt à imprimer (A4)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DDEAF6"/>
          </w:tcPr>
          <w:p>
            <w:r>
              <w:t>Date</w:t>
            </w:r>
          </w:p>
        </w:tc>
        <w:tc>
          <w:tcPr>
            <w:tcW w:type="dxa" w:w="2551"/>
            <w:shd w:val="clear" w:color="auto" w:fill="DDEAF6"/>
          </w:tcPr>
          <w:p>
            <w:r>
              <w:t>Lieu / Bassin</w:t>
            </w:r>
          </w:p>
        </w:tc>
        <w:tc>
          <w:tcPr>
            <w:tcW w:type="dxa" w:w="2551"/>
            <w:shd w:val="clear" w:color="auto" w:fill="DDEAF6"/>
          </w:tcPr>
          <w:p>
            <w:r>
              <w:t>Entraîneur</w:t>
            </w:r>
          </w:p>
        </w:tc>
        <w:tc>
          <w:tcPr>
            <w:tcW w:type="dxa" w:w="2551"/>
            <w:shd w:val="clear" w:color="auto" w:fill="DDEAF6"/>
          </w:tcPr>
          <w:p>
            <w:r>
              <w:t>Groupe / Niveau</w:t>
            </w:r>
          </w:p>
        </w:tc>
      </w:tr>
      <w:tr>
        <w:tc>
          <w:tcPr>
            <w:tcW w:type="dxa" w:w="2551"/>
          </w:tcPr>
          <w:p>
            <w:r>
              <w:t>____ / ____ / ______</w:t>
            </w:r>
          </w:p>
        </w:tc>
        <w:tc>
          <w:tcPr>
            <w:tcW w:type="dxa" w:w="2551"/>
          </w:tcPr>
          <w:p>
            <w:r>
              <w:t>_____________________</w:t>
            </w:r>
          </w:p>
        </w:tc>
        <w:tc>
          <w:tcPr>
            <w:tcW w:type="dxa" w:w="2551"/>
          </w:tcPr>
          <w:p>
            <w:r>
              <w:t>_____________________</w:t>
            </w:r>
          </w:p>
        </w:tc>
        <w:tc>
          <w:tcPr>
            <w:tcW w:type="dxa" w:w="2551"/>
          </w:tcPr>
          <w:p>
            <w:r>
              <w:t>_____________________</w:t>
            </w:r>
          </w:p>
        </w:tc>
      </w:tr>
      <w:tr>
        <w:tc>
          <w:tcPr>
            <w:tcW w:type="dxa" w:w="2551"/>
            <w:shd w:val="clear" w:color="auto" w:fill="DDEAF6"/>
          </w:tcPr>
          <w:p>
            <w:r>
              <w:t>Effectif</w:t>
            </w:r>
          </w:p>
        </w:tc>
        <w:tc>
          <w:tcPr>
            <w:tcW w:type="dxa" w:w="2551"/>
            <w:shd w:val="clear" w:color="auto" w:fill="DDEAF6"/>
          </w:tcPr>
          <w:p>
            <w:r>
              <w:t>Objectif(s) de séance</w:t>
            </w:r>
          </w:p>
        </w:tc>
        <w:tc>
          <w:tcPr>
            <w:tcW w:type="dxa" w:w="2551"/>
            <w:shd w:val="clear" w:color="auto" w:fill="DDEAF6"/>
          </w:tcPr>
          <w:p>
            <w:r>
              <w:t>Thème</w:t>
            </w:r>
          </w:p>
        </w:tc>
        <w:tc>
          <w:tcPr>
            <w:tcW w:type="dxa" w:w="2551"/>
            <w:shd w:val="clear" w:color="auto" w:fill="DDEAF6"/>
          </w:tcPr>
          <w:p>
            <w:r>
              <w:t>Cycle / Semaine</w:t>
            </w:r>
          </w:p>
        </w:tc>
      </w:tr>
      <w:tr>
        <w:tc>
          <w:tcPr>
            <w:tcW w:type="dxa" w:w="2551"/>
          </w:tcPr>
          <w:p>
            <w:r>
              <w:t>__ nageur(se)s</w:t>
            </w:r>
          </w:p>
        </w:tc>
        <w:tc>
          <w:tcPr>
            <w:tcW w:type="dxa" w:w="2551"/>
          </w:tcPr>
          <w:p>
            <w:r>
              <w:t>☐ Technique  ☐ Endurance  ☐ Vitesse  ☐ Virages  ☐ Respiration  ☐ Autre : ______</w:t>
            </w:r>
          </w:p>
        </w:tc>
        <w:tc>
          <w:tcPr>
            <w:tcW w:type="dxa" w:w="2551"/>
          </w:tcPr>
          <w:p>
            <w:r>
              <w:t>_____________________</w:t>
            </w:r>
          </w:p>
        </w:tc>
        <w:tc>
          <w:tcPr>
            <w:tcW w:type="dxa" w:w="2551"/>
          </w:tcPr>
          <w:p>
            <w:r>
              <w:t>C__ / S__</w:t>
            </w:r>
          </w:p>
        </w:tc>
      </w:tr>
    </w:tbl>
    <w:p>
      <w:pPr>
        <w:spacing w:after="0" w:before="0"/>
      </w:pP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EAF1FB"/>
          </w:tcPr>
          <w:p>
            <w:r>
              <w:t>Matériel (cocher)</w:t>
            </w:r>
          </w:p>
        </w:tc>
        <w:tc>
          <w:tcPr>
            <w:tcW w:type="dxa" w:w="5103"/>
            <w:shd w:val="clear" w:color="auto" w:fill="EAF1FB"/>
          </w:tcPr>
          <w:p>
            <w:r>
              <w:t>Sécurité &amp; Encadrement</w:t>
            </w:r>
          </w:p>
        </w:tc>
      </w:tr>
      <w:tr>
        <w:tc>
          <w:tcPr>
            <w:tcW w:type="dxa" w:w="5103"/>
          </w:tcPr>
          <w:p>
            <w:r>
              <w:t>☐ Planche  ☐ Pull-buoy  ☐ Palmes  ☐ Plaquettes  ☐ Tuba frontal  ☐ Élastique  ☐ Frite  ☐ Cerceaux</w:t>
            </w:r>
          </w:p>
        </w:tc>
        <w:tc>
          <w:tcPr>
            <w:tcW w:type="dxa" w:w="5103"/>
          </w:tcPr>
          <w:p>
            <w:r>
              <w:t>Zones de surveillance : ____________   |  Ratio encadrement : ___ : ___</w:t>
              <w:br/>
              <w:t>Consignes clés : ______________________________________________________</w:t>
              <w:br/>
              <w:t>Échauffement à sec : ☐ Oui  ☐ Non     PCS / évacuation : ☐ Brief fait</w:t>
            </w:r>
          </w:p>
        </w:tc>
      </w:tr>
    </w:tbl>
    <w:p>
      <w:pPr>
        <w:spacing w:after="0" w:before="0"/>
      </w:pPr>
    </w:p>
    <w:p>
      <w:pPr>
        <w:pStyle w:val="Heading2"/>
      </w:pPr>
      <w:r>
        <w:t>Échauffement (10–15 min)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DDEAF6"/>
          </w:tcPr>
          <w:p>
            <w:r>
              <w:t>À sec (mobilité/articulations)</w:t>
            </w:r>
          </w:p>
        </w:tc>
        <w:tc>
          <w:tcPr>
            <w:tcW w:type="dxa" w:w="5103"/>
            <w:shd w:val="clear" w:color="auto" w:fill="DDEAF6"/>
          </w:tcPr>
          <w:p>
            <w:r>
              <w:t>Dans l’eau</w:t>
            </w:r>
          </w:p>
        </w:tc>
      </w:tr>
      <w:tr>
        <w:tc>
          <w:tcPr>
            <w:tcW w:type="dxa" w:w="5103"/>
          </w:tcPr>
          <w:p>
            <w:r>
              <w:t>_________________________________________</w:t>
              <w:br/>
              <w:t>_________________________________________</w:t>
            </w:r>
          </w:p>
        </w:tc>
        <w:tc>
          <w:tcPr>
            <w:tcW w:type="dxa" w:w="5103"/>
          </w:tcPr>
          <w:p>
            <w:r>
              <w:t>_________________________________________</w:t>
              <w:br/>
              <w:t>Total : ____ m</w:t>
            </w:r>
          </w:p>
        </w:tc>
      </w:tr>
    </w:tbl>
    <w:p>
      <w:pPr>
        <w:spacing w:after="0" w:before="0"/>
      </w:pPr>
    </w:p>
    <w:p>
      <w:pPr>
        <w:pStyle w:val="Heading2"/>
      </w:pPr>
      <w:r>
        <w:t>Corps de séance (30–40 min)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val="clear" w:color="auto" w:fill="CFE2F3"/>
          </w:tcPr>
          <w:p>
            <w:r>
              <w:t>Série</w:t>
            </w:r>
          </w:p>
        </w:tc>
        <w:tc>
          <w:tcPr>
            <w:tcW w:type="dxa" w:w="1458"/>
            <w:shd w:val="clear" w:color="auto" w:fill="CFE2F3"/>
          </w:tcPr>
          <w:p>
            <w:r>
              <w:t>Description</w:t>
            </w:r>
          </w:p>
        </w:tc>
        <w:tc>
          <w:tcPr>
            <w:tcW w:type="dxa" w:w="1458"/>
            <w:shd w:val="clear" w:color="auto" w:fill="CFE2F3"/>
          </w:tcPr>
          <w:p>
            <w:r>
              <w:t>Distance</w:t>
            </w:r>
          </w:p>
        </w:tc>
        <w:tc>
          <w:tcPr>
            <w:tcW w:type="dxa" w:w="1458"/>
            <w:shd w:val="clear" w:color="auto" w:fill="CFE2F3"/>
          </w:tcPr>
          <w:p>
            <w:r>
              <w:t>Intensité (RPE/Zone)</w:t>
            </w:r>
          </w:p>
        </w:tc>
        <w:tc>
          <w:tcPr>
            <w:tcW w:type="dxa" w:w="1458"/>
            <w:shd w:val="clear" w:color="auto" w:fill="CFE2F3"/>
          </w:tcPr>
          <w:p>
            <w:r>
              <w:t>Récup.</w:t>
            </w:r>
          </w:p>
        </w:tc>
        <w:tc>
          <w:tcPr>
            <w:tcW w:type="dxa" w:w="1458"/>
            <w:shd w:val="clear" w:color="auto" w:fill="CFE2F3"/>
          </w:tcPr>
          <w:p>
            <w:r>
              <w:t>Objectif technique</w:t>
            </w:r>
          </w:p>
        </w:tc>
        <w:tc>
          <w:tcPr>
            <w:tcW w:type="dxa" w:w="1458"/>
            <w:shd w:val="clear" w:color="auto" w:fill="CFE2F3"/>
          </w:tcPr>
          <w:p>
            <w:r>
              <w:t>Observations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  <w:tr>
        <w:tc>
          <w:tcPr>
            <w:tcW w:type="dxa" w:w="1458"/>
          </w:tcPr>
          <w:p>
            <w:r>
              <w:t>__</w:t>
            </w:r>
          </w:p>
        </w:tc>
        <w:tc>
          <w:tcPr>
            <w:tcW w:type="dxa" w:w="1458"/>
          </w:tcPr>
          <w:p>
            <w:r>
              <w:t>_________________________________________</w:t>
            </w:r>
          </w:p>
        </w:tc>
        <w:tc>
          <w:tcPr>
            <w:tcW w:type="dxa" w:w="1458"/>
          </w:tcPr>
          <w:p>
            <w:r>
              <w:t>___ m</w:t>
            </w:r>
          </w:p>
        </w:tc>
        <w:tc>
          <w:tcPr>
            <w:tcW w:type="dxa" w:w="1458"/>
          </w:tcPr>
          <w:p>
            <w:r>
              <w:t>Z__ / RPE __</w:t>
            </w:r>
          </w:p>
        </w:tc>
        <w:tc>
          <w:tcPr>
            <w:tcW w:type="dxa" w:w="1458"/>
          </w:tcPr>
          <w:p>
            <w:r>
              <w:t>__"</w:t>
            </w:r>
          </w:p>
        </w:tc>
        <w:tc>
          <w:tcPr>
            <w:tcW w:type="dxa" w:w="1458"/>
          </w:tcPr>
          <w:p>
            <w:r>
              <w:t>________________________________</w:t>
            </w:r>
          </w:p>
        </w:tc>
        <w:tc>
          <w:tcPr>
            <w:tcW w:type="dxa" w:w="1458"/>
          </w:tcPr>
          <w:p>
            <w:r>
              <w:t>________________________</w:t>
            </w:r>
          </w:p>
        </w:tc>
      </w:tr>
    </w:tbl>
    <w:p>
      <w:pPr>
        <w:spacing w:after="0" w:before="0"/>
      </w:pPr>
    </w:p>
    <w:p>
      <w:pPr>
        <w:pStyle w:val="Heading2"/>
      </w:pPr>
      <w:r>
        <w:t>Éducatifs (drills) &amp; Points techniques</w:t>
      </w:r>
    </w:p>
    <w:p>
      <w:pPr>
        <w:spacing w:after="120"/>
      </w:pPr>
      <w:r>
        <w:t>• __________________  • __________________  • __________________  • __________________</w:t>
      </w:r>
    </w:p>
    <w:p>
      <w:pPr>
        <w:spacing w:after="0" w:before="0"/>
      </w:pPr>
    </w:p>
    <w:p>
      <w:pPr>
        <w:pStyle w:val="Heading2"/>
      </w:pPr>
      <w:r>
        <w:t>Retour au calme &amp; Récupération (5–10 min)</w:t>
      </w:r>
    </w:p>
    <w:p>
      <w:r>
        <w:t>Nage douce : ____________ m   |   Étirements : ☐ Oui  ☐ Non   Notes : __________________</w:t>
      </w:r>
    </w:p>
    <w:p>
      <w:pPr>
        <w:spacing w:after="0" w:before="0"/>
      </w:pPr>
    </w:p>
    <w:p>
      <w:pPr>
        <w:pStyle w:val="Heading2"/>
      </w:pPr>
      <w:r>
        <w:t>Suivi &amp; Évaluation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DDEAF6"/>
          </w:tcPr>
          <w:p>
            <w:r>
              <w:t>Distance totale</w:t>
            </w:r>
          </w:p>
        </w:tc>
        <w:tc>
          <w:tcPr>
            <w:tcW w:type="dxa" w:w="3402"/>
            <w:shd w:val="clear" w:color="auto" w:fill="DDEAF6"/>
          </w:tcPr>
          <w:p>
            <w:r>
              <w:t>Charge perçue (RPE 1–10)</w:t>
            </w:r>
          </w:p>
        </w:tc>
        <w:tc>
          <w:tcPr>
            <w:tcW w:type="dxa" w:w="3402"/>
            <w:shd w:val="clear" w:color="auto" w:fill="DDEAF6"/>
          </w:tcPr>
          <w:p>
            <w:r>
              <w:t>Objectifs atteints</w:t>
            </w:r>
          </w:p>
        </w:tc>
      </w:tr>
      <w:tr>
        <w:tc>
          <w:tcPr>
            <w:tcW w:type="dxa" w:w="3402"/>
          </w:tcPr>
          <w:p>
            <w:r>
              <w:t>_____ m</w:t>
            </w:r>
          </w:p>
        </w:tc>
        <w:tc>
          <w:tcPr>
            <w:tcW w:type="dxa" w:w="3402"/>
          </w:tcPr>
          <w:p>
            <w:r>
              <w:t>__ / 10</w:t>
            </w:r>
          </w:p>
        </w:tc>
        <w:tc>
          <w:tcPr>
            <w:tcW w:type="dxa" w:w="3402"/>
          </w:tcPr>
          <w:p>
            <w:r>
              <w:t>☐ Oui  ☐ Non  ☐ Partiel</w:t>
            </w:r>
          </w:p>
        </w:tc>
      </w:tr>
    </w:tbl>
    <w:p>
      <w:r>
        <w:t>Points forts : ________________________________________________</w:t>
      </w:r>
    </w:p>
    <w:p>
      <w:r>
        <w:t>Axes d'amélioration : _________________________________________</w:t>
      </w:r>
    </w:p>
    <w:p>
      <w:pPr>
        <w:spacing w:after="0" w:before="0"/>
      </w:pPr>
    </w:p>
    <w:sectPr w:rsidR="00FC693F" w:rsidRPr="0006063C" w:rsidSect="00034616">
      <w:footerReference w:type="default" r:id="rId9"/>
      <w:pgSz w:w="11906" w:h="16838"/>
      <w:pgMar w:top="794" w:right="850" w:bottom="794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