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D81B60"/>
          </w:tcPr>
          <w:p>
            <w:pPr>
              <w:jc w:val="left"/>
            </w:pPr>
            <w:r>
              <w:rPr>
                <w:b/>
                <w:color w:val="FFFFFF"/>
                <w:sz w:val="32"/>
              </w:rPr>
              <w:t>FICHE DE SÉANCE — FITNESS</w:t>
            </w:r>
          </w:p>
          <w:p>
            <w:pPr>
              <w:jc w:val="left"/>
            </w:pPr>
            <w:r>
              <w:rPr>
                <w:color w:val="F5F5F5"/>
                <w:sz w:val="18"/>
              </w:rPr>
              <w:t>Objectif : ______________  •  Durée : ______  •  Groupe : ______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val="clear" w:color="auto" w:fill="ECEFF1"/>
          </w:tcPr>
          <w:p>
            <w:r>
              <w:rPr>
                <w:b/>
                <w:color w:val="2D2D2D"/>
                <w:sz w:val="18"/>
              </w:rPr>
              <w:t>Date</w:t>
            </w:r>
          </w:p>
        </w:tc>
        <w:tc>
          <w:tcPr>
            <w:tcW w:type="dxa" w:w="2041"/>
            <w:shd w:val="clear" w:color="auto" w:fill="ECEFF1"/>
          </w:tcPr>
          <w:p>
            <w:r>
              <w:rPr>
                <w:b/>
                <w:color w:val="2D2D2D"/>
                <w:sz w:val="18"/>
              </w:rPr>
              <w:t>Lieu</w:t>
            </w:r>
          </w:p>
        </w:tc>
        <w:tc>
          <w:tcPr>
            <w:tcW w:type="dxa" w:w="2041"/>
            <w:shd w:val="clear" w:color="auto" w:fill="ECEFF1"/>
          </w:tcPr>
          <w:p>
            <w:r>
              <w:rPr>
                <w:b/>
                <w:color w:val="2D2D2D"/>
                <w:sz w:val="18"/>
              </w:rPr>
              <w:t>Encadrant</w:t>
            </w:r>
          </w:p>
        </w:tc>
        <w:tc>
          <w:tcPr>
            <w:tcW w:type="dxa" w:w="2041"/>
            <w:shd w:val="clear" w:color="auto" w:fill="ECEFF1"/>
          </w:tcPr>
          <w:p>
            <w:r>
              <w:rPr>
                <w:b/>
                <w:color w:val="2D2D2D"/>
                <w:sz w:val="18"/>
              </w:rPr>
              <w:t>Public/Niveau</w:t>
            </w:r>
          </w:p>
        </w:tc>
        <w:tc>
          <w:tcPr>
            <w:tcW w:type="dxa" w:w="2041"/>
            <w:shd w:val="clear" w:color="auto" w:fill="ECEFF1"/>
          </w:tcPr>
          <w:p>
            <w:r>
              <w:rPr>
                <w:b/>
                <w:color w:val="2D2D2D"/>
                <w:sz w:val="18"/>
              </w:rPr>
              <w:t>Matériel requis</w:t>
            </w:r>
          </w:p>
        </w:tc>
      </w:tr>
      <w:tr>
        <w:tc>
          <w:tcPr>
            <w:tcW w:type="dxa" w:w="2041"/>
            <w:tcBorders>
              <w:bottom w:sz="12" w:val="single" w:color="B0BEC5"/>
            </w:tcBorders>
          </w:tcPr>
          <w:p/>
        </w:tc>
        <w:tc>
          <w:tcPr>
            <w:tcW w:type="dxa" w:w="2041"/>
            <w:tcBorders>
              <w:bottom w:sz="12" w:val="single" w:color="B0BEC5"/>
            </w:tcBorders>
          </w:tcPr>
          <w:p/>
        </w:tc>
        <w:tc>
          <w:tcPr>
            <w:tcW w:type="dxa" w:w="2041"/>
            <w:tcBorders>
              <w:bottom w:sz="12" w:val="single" w:color="B0BEC5"/>
            </w:tcBorders>
          </w:tcPr>
          <w:p/>
        </w:tc>
        <w:tc>
          <w:tcPr>
            <w:tcW w:type="dxa" w:w="2041"/>
            <w:tcBorders>
              <w:bottom w:sz="12" w:val="single" w:color="B0BEC5"/>
            </w:tcBorders>
          </w:tcPr>
          <w:p/>
        </w:tc>
        <w:tc>
          <w:tcPr>
            <w:tcW w:type="dxa" w:w="2041"/>
            <w:tcBorders>
              <w:bottom w:sz="12" w:val="single" w:color="B0BEC5"/>
            </w:tcBorders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F8BBD0"/>
          </w:tcPr>
          <w:p>
            <w:r>
              <w:rPr>
                <w:b/>
                <w:color w:val="3C3C3C"/>
                <w:sz w:val="20"/>
              </w:rPr>
              <w:t>Plan de séance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F8BBD0"/>
          </w:tcPr>
          <w:p>
            <w:r>
              <w:rPr>
                <w:b/>
                <w:sz w:val="18"/>
              </w:rPr>
              <w:t>Exercice</w:t>
            </w:r>
          </w:p>
        </w:tc>
        <w:tc>
          <w:tcPr>
            <w:tcW w:type="dxa" w:w="1701"/>
            <w:shd w:val="clear" w:color="auto" w:fill="F8BBD0"/>
          </w:tcPr>
          <w:p>
            <w:r>
              <w:rPr>
                <w:b/>
                <w:sz w:val="18"/>
              </w:rPr>
              <w:t>Séries</w:t>
            </w:r>
          </w:p>
        </w:tc>
        <w:tc>
          <w:tcPr>
            <w:tcW w:type="dxa" w:w="1701"/>
            <w:shd w:val="clear" w:color="auto" w:fill="F8BBD0"/>
          </w:tcPr>
          <w:p>
            <w:r>
              <w:rPr>
                <w:b/>
                <w:sz w:val="18"/>
              </w:rPr>
              <w:t>Rép./Durée</w:t>
            </w:r>
          </w:p>
        </w:tc>
        <w:tc>
          <w:tcPr>
            <w:tcW w:type="dxa" w:w="1701"/>
            <w:shd w:val="clear" w:color="auto" w:fill="F8BBD0"/>
          </w:tcPr>
          <w:p>
            <w:r>
              <w:rPr>
                <w:b/>
                <w:sz w:val="18"/>
              </w:rPr>
              <w:t>Charge/Intensité</w:t>
            </w:r>
          </w:p>
        </w:tc>
        <w:tc>
          <w:tcPr>
            <w:tcW w:type="dxa" w:w="1701"/>
            <w:shd w:val="clear" w:color="auto" w:fill="F8BBD0"/>
          </w:tcPr>
          <w:p>
            <w:r>
              <w:rPr>
                <w:b/>
                <w:sz w:val="18"/>
              </w:rPr>
              <w:t>RPE</w:t>
            </w:r>
          </w:p>
        </w:tc>
        <w:tc>
          <w:tcPr>
            <w:tcW w:type="dxa" w:w="1701"/>
            <w:shd w:val="clear" w:color="auto" w:fill="F8BBD0"/>
          </w:tcPr>
          <w:p>
            <w:r>
              <w:rPr>
                <w:b/>
                <w:sz w:val="18"/>
              </w:rPr>
              <w:t>Notes</w:t>
            </w:r>
          </w:p>
        </w:tc>
      </w:tr>
      <w:tr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</w:tr>
      <w:tr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</w:tr>
      <w:tr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</w:tr>
      <w:tr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</w:tr>
      <w:tr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</w:tr>
      <w:tr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</w:tr>
      <w:tr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</w:tr>
      <w:tr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</w:tr>
      <w:tr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</w:tr>
      <w:tr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  <w:tc>
          <w:tcPr>
            <w:tcW w:type="dxa" w:w="1701"/>
            <w:tcBorders>
              <w:bottom w:sz="12" w:val="single" w:color="B0BEC5"/>
            </w:tcBorders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F3E5F5"/>
          </w:tcPr>
          <w:p>
            <w:r>
              <w:rPr>
                <w:b/>
                <w:color w:val="3C3C3C"/>
                <w:sz w:val="20"/>
              </w:rPr>
              <w:t>Échauffement (5–10 min)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F3E5F5"/>
          </w:tcPr>
          <w:p>
            <w:r>
              <w:rPr>
                <w:b/>
                <w:sz w:val="18"/>
              </w:rPr>
              <w:t>Mouvement</w:t>
            </w:r>
          </w:p>
        </w:tc>
        <w:tc>
          <w:tcPr>
            <w:tcW w:type="dxa" w:w="3402"/>
            <w:shd w:val="clear" w:color="auto" w:fill="F3E5F5"/>
          </w:tcPr>
          <w:p>
            <w:r>
              <w:rPr>
                <w:b/>
                <w:sz w:val="18"/>
              </w:rPr>
              <w:t>Durée</w:t>
            </w:r>
          </w:p>
        </w:tc>
        <w:tc>
          <w:tcPr>
            <w:tcW w:type="dxa" w:w="3402"/>
            <w:shd w:val="clear" w:color="auto" w:fill="F3E5F5"/>
          </w:tcPr>
          <w:p>
            <w:r>
              <w:rPr>
                <w:b/>
                <w:sz w:val="18"/>
              </w:rPr>
              <w:t>Repères</w:t>
            </w:r>
          </w:p>
        </w:tc>
      </w:tr>
      <w:tr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</w:tr>
      <w:tr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</w:tr>
      <w:tr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E1F5FE"/>
          </w:tcPr>
          <w:p>
            <w:r>
              <w:rPr>
                <w:b/>
                <w:color w:val="3C3C3C"/>
                <w:sz w:val="20"/>
              </w:rPr>
              <w:t>Finisher / Retour au calme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E1F5FE"/>
          </w:tcPr>
          <w:p>
            <w:r>
              <w:rPr>
                <w:b/>
                <w:sz w:val="18"/>
              </w:rPr>
              <w:t>Exercice/Étirements</w:t>
            </w:r>
          </w:p>
        </w:tc>
        <w:tc>
          <w:tcPr>
            <w:tcW w:type="dxa" w:w="3402"/>
            <w:shd w:val="clear" w:color="auto" w:fill="E1F5FE"/>
          </w:tcPr>
          <w:p>
            <w:r>
              <w:rPr>
                <w:b/>
                <w:sz w:val="18"/>
              </w:rPr>
              <w:t>Durée</w:t>
            </w:r>
          </w:p>
        </w:tc>
        <w:tc>
          <w:tcPr>
            <w:tcW w:type="dxa" w:w="3402"/>
            <w:shd w:val="clear" w:color="auto" w:fill="E1F5FE"/>
          </w:tcPr>
          <w:p>
            <w:r>
              <w:rPr>
                <w:b/>
                <w:sz w:val="18"/>
              </w:rPr>
              <w:t>Repères</w:t>
            </w:r>
          </w:p>
        </w:tc>
      </w:tr>
      <w:tr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</w:tr>
      <w:tr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</w:tr>
      <w:tr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  <w:tc>
          <w:tcPr>
            <w:tcW w:type="dxa" w:w="3402"/>
            <w:tcBorders>
              <w:bottom w:sz="12" w:val="single" w:color="B0BEC5"/>
            </w:tcBorders>
          </w:tcPr>
          <w:p/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6"/>
      </w:rPr>
      <w:t>lecoursgratuit.com — Fiche séance — Fitness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