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613"/>
        <w:gridCol w:w="5613"/>
      </w:tblGrid>
      <w:tr>
        <w:tc>
          <w:tcPr>
            <w:tcW w:type="dxa" w:w="5613"/>
            <w:tcBorders>
              <w:top w:sz="12" w:val="single" w:color="B0BEC5"/>
              <w:left w:sz="12" w:val="single" w:color="B0BEC5"/>
              <w:bottom w:sz="12" w:val="single" w:color="B0BEC5"/>
              <w:right w:sz="12" w:val="single" w:color="B0BEC5"/>
            </w:tcBorders>
          </w:tcPr>
          <w:p>
            <w:pPr>
              <w:jc w:val="center"/>
            </w:pPr>
            <w:r>
              <w:rPr>
                <w:b/>
                <w:color w:val="5A5A5A"/>
                <w:sz w:val="24"/>
              </w:rPr>
              <w:t>LOGO</w:t>
            </w:r>
          </w:p>
        </w:tc>
        <w:tc>
          <w:tcPr>
            <w:tcW w:type="dxa" w:w="5613"/>
            <w:shd w:val="clear" w:color="auto" w:fill="1F3A93"/>
          </w:tcPr>
          <w:p>
            <w:pPr>
              <w:jc w:val="left"/>
            </w:pPr>
            <w:r>
              <w:rPr>
                <w:b/>
                <w:color w:val="FFFFFF"/>
                <w:sz w:val="32"/>
              </w:rPr>
              <w:t>INSCRIPTION — ADHÉRENT MAJEUR</w:t>
            </w:r>
          </w:p>
          <w:p>
            <w:pPr>
              <w:jc w:val="left"/>
            </w:pPr>
            <w:r>
              <w:rPr>
                <w:color w:val="F0F0F0"/>
                <w:sz w:val="18"/>
              </w:rPr>
              <w:t>Saison __________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806"/>
        <w:gridCol w:w="2806"/>
        <w:gridCol w:w="2806"/>
        <w:gridCol w:w="2806"/>
      </w:tblGrid>
      <w:tr>
        <w:tc>
          <w:tcPr>
            <w:tcW w:type="dxa" w:w="2806"/>
            <w:shd w:val="clear" w:color="auto" w:fill="ECEFF1"/>
          </w:tcPr>
          <w:p>
            <w:r>
              <w:rPr>
                <w:b/>
                <w:color w:val="323232"/>
                <w:sz w:val="18"/>
              </w:rPr>
              <w:t>Date</w:t>
            </w:r>
          </w:p>
        </w:tc>
        <w:tc>
          <w:tcPr>
            <w:tcW w:type="dxa" w:w="2806"/>
            <w:shd w:val="clear" w:color="auto" w:fill="ECEFF1"/>
          </w:tcPr>
          <w:p>
            <w:r>
              <w:rPr>
                <w:b/>
                <w:color w:val="323232"/>
                <w:sz w:val="18"/>
              </w:rPr>
              <w:t>Structure</w:t>
            </w:r>
          </w:p>
        </w:tc>
        <w:tc>
          <w:tcPr>
            <w:tcW w:type="dxa" w:w="2806"/>
            <w:shd w:val="clear" w:color="auto" w:fill="ECEFF1"/>
          </w:tcPr>
          <w:p>
            <w:r>
              <w:rPr>
                <w:b/>
                <w:color w:val="323232"/>
                <w:sz w:val="18"/>
              </w:rPr>
              <w:t>Site</w:t>
            </w:r>
          </w:p>
        </w:tc>
        <w:tc>
          <w:tcPr>
            <w:tcW w:type="dxa" w:w="2806"/>
            <w:shd w:val="clear" w:color="auto" w:fill="ECEFF1"/>
          </w:tcPr>
          <w:p>
            <w:r>
              <w:rPr>
                <w:b/>
                <w:color w:val="323232"/>
                <w:sz w:val="18"/>
              </w:rPr>
              <w:t>N° d’adhésion</w:t>
            </w:r>
          </w:p>
        </w:tc>
      </w:tr>
      <w:tr>
        <w:tc>
          <w:tcPr>
            <w:tcW w:type="dxa" w:w="2806"/>
            <w:tcBorders>
              <w:bottom w:sz="12" w:val="single" w:color="B0BEC5"/>
            </w:tcBorders>
          </w:tcPr>
          <w:p/>
        </w:tc>
        <w:tc>
          <w:tcPr>
            <w:tcW w:type="dxa" w:w="2806"/>
            <w:tcBorders>
              <w:bottom w:sz="12" w:val="single" w:color="B0BEC5"/>
            </w:tcBorders>
          </w:tcPr>
          <w:p/>
        </w:tc>
        <w:tc>
          <w:tcPr>
            <w:tcW w:type="dxa" w:w="2806"/>
            <w:tcBorders>
              <w:bottom w:sz="12" w:val="single" w:color="B0BEC5"/>
            </w:tcBorders>
          </w:tcPr>
          <w:p/>
        </w:tc>
        <w:tc>
          <w:tcPr>
            <w:tcW w:type="dxa" w:w="2806"/>
            <w:tcBorders>
              <w:bottom w:sz="12" w:val="single" w:color="B0BEC5"/>
            </w:tcBorders>
          </w:tcPr>
          <w:p/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613"/>
        <w:gridCol w:w="5613"/>
      </w:tblGrid>
      <w:tr>
        <w:tc>
          <w:tcPr>
            <w:tcW w:type="dxa" w:w="5613"/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613"/>
            </w:tblGrid>
            <w:tr>
              <w:tc>
                <w:tcPr>
                  <w:tcW w:type="dxa" w:w="5613"/>
                  <w:shd w:val="clear" w:color="auto" w:fill="1F3A93"/>
                </w:tcPr>
                <w:p>
                  <w:r>
                    <w:rPr>
                      <w:b/>
                      <w:color w:val="FFFFFF"/>
                      <w:sz w:val="20"/>
                    </w:rPr>
                    <w:t>Identité &amp; contact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806"/>
              <w:gridCol w:w="2806"/>
            </w:tblGrid>
            <w:tr>
              <w:tc>
                <w:tcPr>
                  <w:tcW w:type="dxa" w:w="2806"/>
                  <w:shd w:val="clear" w:color="auto" w:fill="ECEFF1"/>
                </w:tcPr>
                <w:p>
                  <w:r>
                    <w:rPr>
                      <w:b/>
                      <w:color w:val="323232"/>
                      <w:sz w:val="18"/>
                    </w:rPr>
                    <w:t>Nom</w:t>
                  </w:r>
                </w:p>
              </w:tc>
              <w:tc>
                <w:tcPr>
                  <w:tcW w:type="dxa" w:w="2806"/>
                  <w:tcBorders>
                    <w:bottom w:sz="12" w:val="single" w:color="B0BEC5"/>
                  </w:tcBorders>
                </w:tcPr>
                <w:p/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806"/>
              <w:gridCol w:w="2806"/>
            </w:tblGrid>
            <w:tr>
              <w:tc>
                <w:tcPr>
                  <w:tcW w:type="dxa" w:w="2806"/>
                  <w:shd w:val="clear" w:color="auto" w:fill="ECEFF1"/>
                </w:tcPr>
                <w:p>
                  <w:r>
                    <w:rPr>
                      <w:b/>
                      <w:color w:val="323232"/>
                      <w:sz w:val="18"/>
                    </w:rPr>
                    <w:t>Prénom</w:t>
                  </w:r>
                </w:p>
              </w:tc>
              <w:tc>
                <w:tcPr>
                  <w:tcW w:type="dxa" w:w="2806"/>
                  <w:tcBorders>
                    <w:bottom w:sz="12" w:val="single" w:color="B0BEC5"/>
                  </w:tcBorders>
                </w:tcPr>
                <w:p/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806"/>
              <w:gridCol w:w="2806"/>
            </w:tblGrid>
            <w:tr>
              <w:tc>
                <w:tcPr>
                  <w:tcW w:type="dxa" w:w="2806"/>
                  <w:shd w:val="clear" w:color="auto" w:fill="ECEFF1"/>
                </w:tcPr>
                <w:p>
                  <w:r>
                    <w:rPr>
                      <w:b/>
                      <w:color w:val="323232"/>
                      <w:sz w:val="18"/>
                    </w:rPr>
                    <w:t>Date de naissance</w:t>
                  </w:r>
                </w:p>
              </w:tc>
              <w:tc>
                <w:tcPr>
                  <w:tcW w:type="dxa" w:w="2806"/>
                  <w:tcBorders>
                    <w:bottom w:sz="12" w:val="single" w:color="B0BEC5"/>
                  </w:tcBorders>
                </w:tcPr>
                <w:p/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806"/>
              <w:gridCol w:w="2806"/>
            </w:tblGrid>
            <w:tr>
              <w:tc>
                <w:tcPr>
                  <w:tcW w:type="dxa" w:w="2806"/>
                  <w:shd w:val="clear" w:color="auto" w:fill="ECEFF1"/>
                </w:tcPr>
                <w:p>
                  <w:r>
                    <w:rPr>
                      <w:b/>
                      <w:color w:val="323232"/>
                      <w:sz w:val="18"/>
                    </w:rPr>
                    <w:t>Adresse complète</w:t>
                  </w:r>
                </w:p>
              </w:tc>
              <w:tc>
                <w:tcPr>
                  <w:tcW w:type="dxa" w:w="2806"/>
                  <w:tcBorders>
                    <w:bottom w:sz="12" w:val="single" w:color="B0BEC5"/>
                  </w:tcBorders>
                </w:tcPr>
                <w:p/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806"/>
              <w:gridCol w:w="2806"/>
            </w:tblGrid>
            <w:tr>
              <w:tc>
                <w:tcPr>
                  <w:tcW w:type="dxa" w:w="2806"/>
                  <w:shd w:val="clear" w:color="auto" w:fill="ECEFF1"/>
                </w:tcPr>
                <w:p>
                  <w:r>
                    <w:rPr>
                      <w:b/>
                      <w:color w:val="323232"/>
                      <w:sz w:val="18"/>
                    </w:rPr>
                    <w:t>Code postal / Ville</w:t>
                  </w:r>
                </w:p>
              </w:tc>
              <w:tc>
                <w:tcPr>
                  <w:tcW w:type="dxa" w:w="2806"/>
                  <w:tcBorders>
                    <w:bottom w:sz="12" w:val="single" w:color="B0BEC5"/>
                  </w:tcBorders>
                </w:tcPr>
                <w:p/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806"/>
              <w:gridCol w:w="2806"/>
            </w:tblGrid>
            <w:tr>
              <w:tc>
                <w:tcPr>
                  <w:tcW w:type="dxa" w:w="2806"/>
                  <w:shd w:val="clear" w:color="auto" w:fill="ECEFF1"/>
                </w:tcPr>
                <w:p>
                  <w:r>
                    <w:rPr>
                      <w:b/>
                      <w:color w:val="323232"/>
                      <w:sz w:val="18"/>
                    </w:rPr>
                    <w:t>Téléphone / Email</w:t>
                  </w:r>
                </w:p>
              </w:tc>
              <w:tc>
                <w:tcPr>
                  <w:tcW w:type="dxa" w:w="2806"/>
                  <w:tcBorders>
                    <w:bottom w:sz="12" w:val="single" w:color="B0BEC5"/>
                  </w:tcBorders>
                </w:tcPr>
                <w:p/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613"/>
            </w:tblGrid>
            <w:tr>
              <w:tc>
                <w:tcPr>
                  <w:tcW w:type="dxa" w:w="5613"/>
                  <w:shd w:val="clear" w:color="auto" w:fill="1F3A93"/>
                </w:tcPr>
                <w:p>
                  <w:r>
                    <w:rPr>
                      <w:b/>
                      <w:color w:val="FFFFFF"/>
                      <w:sz w:val="20"/>
                    </w:rPr>
                    <w:t>Consentements &amp; urgences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806"/>
              <w:gridCol w:w="2806"/>
            </w:tblGrid>
            <w:tr>
              <w:tc>
                <w:tcPr>
                  <w:tcW w:type="dxa" w:w="2806"/>
                  <w:shd w:val="clear" w:color="auto" w:fill="ECEFF1"/>
                </w:tcPr>
                <w:p>
                  <w:r>
                    <w:rPr>
                      <w:b/>
                      <w:color w:val="323232"/>
                      <w:sz w:val="18"/>
                    </w:rPr>
                    <w:t>Règlement intérieur</w:t>
                  </w:r>
                </w:p>
              </w:tc>
              <w:tc>
                <w:tcPr>
                  <w:tcW w:type="dxa" w:w="2806"/>
                </w:tcPr>
                <w:p>
                  <w:pPr>
                    <w:jc w:val="left"/>
                  </w:pPr>
                  <w:r>
                    <w:rPr>
                      <w:sz w:val="18"/>
                    </w:rPr>
                    <w:t>☐ Je reconnais avoir pris connaissance et l’accepter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806"/>
              <w:gridCol w:w="2806"/>
            </w:tblGrid>
            <w:tr>
              <w:tc>
                <w:tcPr>
                  <w:tcW w:type="dxa" w:w="2806"/>
                  <w:shd w:val="clear" w:color="auto" w:fill="ECEFF1"/>
                </w:tcPr>
                <w:p>
                  <w:r>
                    <w:rPr>
                      <w:b/>
                      <w:color w:val="323232"/>
                      <w:sz w:val="18"/>
                    </w:rPr>
                    <w:t>Statuts de l’association</w:t>
                  </w:r>
                </w:p>
              </w:tc>
              <w:tc>
                <w:tcPr>
                  <w:tcW w:type="dxa" w:w="2806"/>
                </w:tcPr>
                <w:p>
                  <w:pPr>
                    <w:jc w:val="left"/>
                  </w:pPr>
                  <w:r>
                    <w:rPr>
                      <w:sz w:val="18"/>
                    </w:rPr>
                    <w:t>☐ Je reconnais avoir pris connaissance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806"/>
              <w:gridCol w:w="2806"/>
            </w:tblGrid>
            <w:tr>
              <w:tc>
                <w:tcPr>
                  <w:tcW w:type="dxa" w:w="2806"/>
                  <w:shd w:val="clear" w:color="auto" w:fill="ECEFF1"/>
                </w:tcPr>
                <w:p>
                  <w:r>
                    <w:rPr>
                      <w:b/>
                      <w:color w:val="323232"/>
                      <w:sz w:val="18"/>
                    </w:rPr>
                    <w:t>Droit à l’image</w:t>
                  </w:r>
                </w:p>
              </w:tc>
              <w:tc>
                <w:tcPr>
                  <w:tcW w:type="dxa" w:w="2806"/>
                </w:tcPr>
                <w:p>
                  <w:pPr>
                    <w:jc w:val="left"/>
                  </w:pPr>
                  <w:r>
                    <w:rPr>
                      <w:sz w:val="18"/>
                    </w:rPr>
                    <w:t>☐ J’autorise   ☐ Je n’autorise pas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806"/>
              <w:gridCol w:w="2806"/>
            </w:tblGrid>
            <w:tr>
              <w:tc>
                <w:tcPr>
                  <w:tcW w:type="dxa" w:w="2806"/>
                  <w:shd w:val="clear" w:color="auto" w:fill="ECEFF1"/>
                </w:tcPr>
                <w:p>
                  <w:r>
                    <w:rPr>
                      <w:b/>
                      <w:color w:val="323232"/>
                      <w:sz w:val="18"/>
                    </w:rPr>
                    <w:t>Contact d’urgence (Nom, lien, téléphone)</w:t>
                  </w:r>
                </w:p>
              </w:tc>
              <w:tc>
                <w:tcPr>
                  <w:tcW w:type="dxa" w:w="2806"/>
                  <w:tcBorders>
                    <w:bottom w:sz="12" w:val="single" w:color="B0BEC5"/>
                  </w:tcBorders>
                </w:tcPr>
                <w:p/>
              </w:tc>
            </w:tr>
          </w:tbl>
          <w:p/>
        </w:tc>
        <w:tc>
          <w:tcPr>
            <w:tcW w:type="dxa" w:w="5613"/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613"/>
            </w:tblGrid>
            <w:tr>
              <w:tc>
                <w:tcPr>
                  <w:tcW w:type="dxa" w:w="5613"/>
                  <w:shd w:val="clear" w:color="auto" w:fill="1F3A93"/>
                </w:tcPr>
                <w:p>
                  <w:r>
                    <w:rPr>
                      <w:b/>
                      <w:color w:val="FFFFFF"/>
                      <w:sz w:val="20"/>
                    </w:rPr>
                    <w:t>Cotisation &amp; paiement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806"/>
              <w:gridCol w:w="2806"/>
            </w:tblGrid>
            <w:tr>
              <w:tc>
                <w:tcPr>
                  <w:tcW w:type="dxa" w:w="2806"/>
                  <w:shd w:val="clear" w:color="auto" w:fill="ECEFF1"/>
                </w:tcPr>
                <w:p>
                  <w:r>
                    <w:rPr>
                      <w:b/>
                      <w:color w:val="323232"/>
                      <w:sz w:val="18"/>
                    </w:rPr>
                    <w:t>Type d’adhésion</w:t>
                  </w:r>
                </w:p>
              </w:tc>
              <w:tc>
                <w:tcPr>
                  <w:tcW w:type="dxa" w:w="2806"/>
                  <w:tcBorders>
                    <w:bottom w:sz="12" w:val="single" w:color="B0BEC5"/>
                  </w:tcBorders>
                </w:tcPr>
                <w:p/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806"/>
              <w:gridCol w:w="2806"/>
            </w:tblGrid>
            <w:tr>
              <w:tc>
                <w:tcPr>
                  <w:tcW w:type="dxa" w:w="2806"/>
                  <w:shd w:val="clear" w:color="auto" w:fill="ECEFF1"/>
                </w:tcPr>
                <w:p>
                  <w:r>
                    <w:rPr>
                      <w:b/>
                      <w:color w:val="323232"/>
                      <w:sz w:val="18"/>
                    </w:rPr>
                    <w:t>Montant versé</w:t>
                  </w:r>
                </w:p>
              </w:tc>
              <w:tc>
                <w:tcPr>
                  <w:tcW w:type="dxa" w:w="2806"/>
                  <w:tcBorders>
                    <w:bottom w:sz="12" w:val="single" w:color="B0BEC5"/>
                  </w:tcBorders>
                </w:tcPr>
                <w:p/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806"/>
              <w:gridCol w:w="2806"/>
            </w:tblGrid>
            <w:tr>
              <w:tc>
                <w:tcPr>
                  <w:tcW w:type="dxa" w:w="2806"/>
                  <w:shd w:val="clear" w:color="auto" w:fill="ECEFF1"/>
                </w:tcPr>
                <w:p>
                  <w:r>
                    <w:rPr>
                      <w:b/>
                      <w:color w:val="323232"/>
                      <w:sz w:val="18"/>
                    </w:rPr>
                    <w:t>Moyen de paiement</w:t>
                  </w:r>
                </w:p>
              </w:tc>
              <w:tc>
                <w:tcPr>
                  <w:tcW w:type="dxa" w:w="2806"/>
                </w:tcPr>
                <w:p>
                  <w:pPr>
                    <w:jc w:val="left"/>
                  </w:pPr>
                  <w:r>
                    <w:rPr>
                      <w:sz w:val="18"/>
                    </w:rPr>
                    <w:t>☐ Espèces   ☐ Chèque   ☐ Virement   ☐ Autre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806"/>
              <w:gridCol w:w="2806"/>
            </w:tblGrid>
            <w:tr>
              <w:tc>
                <w:tcPr>
                  <w:tcW w:type="dxa" w:w="2806"/>
                  <w:shd w:val="clear" w:color="auto" w:fill="ECEFF1"/>
                </w:tcPr>
                <w:p>
                  <w:r>
                    <w:rPr>
                      <w:b/>
                      <w:color w:val="323232"/>
                      <w:sz w:val="18"/>
                    </w:rPr>
                    <w:t>N° de reçu / Référence</w:t>
                  </w:r>
                </w:p>
              </w:tc>
              <w:tc>
                <w:tcPr>
                  <w:tcW w:type="dxa" w:w="2806"/>
                  <w:tcBorders>
                    <w:bottom w:sz="12" w:val="single" w:color="B0BEC5"/>
                  </w:tcBorders>
                </w:tcPr>
                <w:p/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613"/>
            </w:tblGrid>
            <w:tr>
              <w:tc>
                <w:tcPr>
                  <w:tcW w:type="dxa" w:w="5613"/>
                  <w:shd w:val="clear" w:color="auto" w:fill="1F3A93"/>
                </w:tcPr>
                <w:p>
                  <w:r>
                    <w:rPr>
                      <w:b/>
                      <w:color w:val="FFFFFF"/>
                      <w:sz w:val="20"/>
                    </w:rPr>
                    <w:t>Informations complémentaires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806"/>
              <w:gridCol w:w="2806"/>
            </w:tblGrid>
            <w:tr>
              <w:tc>
                <w:tcPr>
                  <w:tcW w:type="dxa" w:w="2806"/>
                  <w:shd w:val="clear" w:color="auto" w:fill="ECEFF1"/>
                </w:tcPr>
                <w:p>
                  <w:r>
                    <w:rPr>
                      <w:b/>
                      <w:color w:val="323232"/>
                      <w:sz w:val="18"/>
                    </w:rPr>
                    <w:t>Profession (optionnel)</w:t>
                  </w:r>
                </w:p>
              </w:tc>
              <w:tc>
                <w:tcPr>
                  <w:tcW w:type="dxa" w:w="2806"/>
                  <w:tcBorders>
                    <w:bottom w:sz="12" w:val="single" w:color="B0BEC5"/>
                  </w:tcBorders>
                </w:tcPr>
                <w:p/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806"/>
              <w:gridCol w:w="2806"/>
            </w:tblGrid>
            <w:tr>
              <w:tc>
                <w:tcPr>
                  <w:tcW w:type="dxa" w:w="2806"/>
                  <w:shd w:val="clear" w:color="auto" w:fill="ECEFF1"/>
                </w:tcPr>
                <w:p>
                  <w:r>
                    <w:rPr>
                      <w:b/>
                      <w:color w:val="323232"/>
                      <w:sz w:val="18"/>
                    </w:rPr>
                    <w:t>Observations</w:t>
                  </w:r>
                </w:p>
              </w:tc>
              <w:tc>
                <w:tcPr>
                  <w:tcW w:type="dxa" w:w="2806"/>
                  <w:tcBorders>
                    <w:bottom w:sz="12" w:val="single" w:color="B0BEC5"/>
                  </w:tcBorders>
                </w:tcPr>
                <w:p/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613"/>
            </w:tblGrid>
            <w:tr>
              <w:tc>
                <w:tcPr>
                  <w:tcW w:type="dxa" w:w="5613"/>
                  <w:shd w:val="clear" w:color="auto" w:fill="1F3A93"/>
                </w:tcPr>
                <w:p>
                  <w:r>
                    <w:rPr>
                      <w:b/>
                      <w:color w:val="FFFFFF"/>
                      <w:sz w:val="20"/>
                    </w:rPr>
                    <w:t>Cadre réservé à l’association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806"/>
              <w:gridCol w:w="2806"/>
            </w:tblGrid>
            <w:tr>
              <w:tc>
                <w:tcPr>
                  <w:tcW w:type="dxa" w:w="2806"/>
                  <w:shd w:val="clear" w:color="auto" w:fill="ECEFF1"/>
                </w:tcPr>
                <w:p>
                  <w:r>
                    <w:rPr>
                      <w:b/>
                      <w:color w:val="323232"/>
                      <w:sz w:val="18"/>
                    </w:rPr>
                    <w:t>Certificat médical</w:t>
                  </w:r>
                </w:p>
              </w:tc>
              <w:tc>
                <w:tcPr>
                  <w:tcW w:type="dxa" w:w="2806"/>
                </w:tcPr>
                <w:p>
                  <w:pPr>
                    <w:jc w:val="left"/>
                  </w:pPr>
                  <w:r>
                    <w:rPr>
                      <w:sz w:val="18"/>
                    </w:rPr>
                    <w:t>☐ Fourni   ☐ Non concerné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806"/>
              <w:gridCol w:w="2806"/>
            </w:tblGrid>
            <w:tr>
              <w:tc>
                <w:tcPr>
                  <w:tcW w:type="dxa" w:w="2806"/>
                  <w:shd w:val="clear" w:color="auto" w:fill="ECEFF1"/>
                </w:tcPr>
                <w:p>
                  <w:r>
                    <w:rPr>
                      <w:b/>
                      <w:color w:val="323232"/>
                      <w:sz w:val="18"/>
                    </w:rPr>
                    <w:t>N° d’adhérent attribué</w:t>
                  </w:r>
                </w:p>
              </w:tc>
              <w:tc>
                <w:tcPr>
                  <w:tcW w:type="dxa" w:w="2806"/>
                  <w:tcBorders>
                    <w:bottom w:sz="12" w:val="single" w:color="B0BEC5"/>
                  </w:tcBorders>
                </w:tcPr>
                <w:p/>
              </w:tc>
            </w:tr>
          </w:tbl>
          <w:p/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1226"/>
      </w:tblGrid>
      <w:tr>
        <w:tc>
          <w:tcPr>
            <w:tcW w:type="dxa" w:w="11226"/>
            <w:shd w:val="clear" w:color="auto" w:fill="1F3A93"/>
          </w:tcPr>
          <w:p>
            <w:r>
              <w:rPr>
                <w:color w:val="FFFFFF"/>
                <w:sz w:val="16"/>
              </w:rPr>
              <w:t>Données : utilisées pour la gestion de l’adhésion et des activités. Vous disposez d’un droit d’accès, de rectification et d’opposition. Contact : ________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742"/>
        <w:gridCol w:w="3742"/>
        <w:gridCol w:w="3742"/>
      </w:tblGrid>
      <w:tr>
        <w:tc>
          <w:tcPr>
            <w:tcW w:type="dxa" w:w="3742"/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3742"/>
            </w:tblGrid>
            <w:tr>
              <w:tc>
                <w:tcPr>
                  <w:tcW w:type="dxa" w:w="3742"/>
                  <w:shd w:val="clear" w:color="auto" w:fill="1F3A93"/>
                </w:tcPr>
                <w:p>
                  <w:r>
                    <w:rPr>
                      <w:b/>
                      <w:color w:val="FFFFFF"/>
                      <w:sz w:val="20"/>
                    </w:rPr>
                    <w:t>Signature du/de la demandeur·se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1871"/>
              <w:gridCol w:w="1871"/>
            </w:tblGrid>
            <w:tr>
              <w:tc>
                <w:tcPr>
                  <w:tcW w:type="dxa" w:w="1871"/>
                  <w:shd w:val="clear" w:color="auto" w:fill="ECEFF1"/>
                </w:tcPr>
                <w:p>
                  <w:r>
                    <w:rPr>
                      <w:b/>
                      <w:color w:val="323232"/>
                      <w:sz w:val="18"/>
                    </w:rPr>
                    <w:t>Nom &amp; Visa</w:t>
                  </w:r>
                </w:p>
              </w:tc>
              <w:tc>
                <w:tcPr>
                  <w:tcW w:type="dxa" w:w="1871"/>
                  <w:tcBorders>
                    <w:bottom w:sz="12" w:val="single" w:color="B0BEC5"/>
                  </w:tcBorders>
                </w:tcPr>
                <w:p/>
              </w:tc>
            </w:tr>
          </w:tbl>
          <w:p/>
        </w:tc>
        <w:tc>
          <w:tcPr>
            <w:tcW w:type="dxa" w:w="3742"/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3742"/>
            </w:tblGrid>
            <w:tr>
              <w:tc>
                <w:tcPr>
                  <w:tcW w:type="dxa" w:w="3742"/>
                  <w:shd w:val="clear" w:color="auto" w:fill="1F3A93"/>
                </w:tcPr>
                <w:p>
                  <w:r>
                    <w:rPr>
                      <w:b/>
                      <w:color w:val="FFFFFF"/>
                      <w:sz w:val="20"/>
                    </w:rPr>
                    <w:t>Visa de l’association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1871"/>
              <w:gridCol w:w="1871"/>
            </w:tblGrid>
            <w:tr>
              <w:tc>
                <w:tcPr>
                  <w:tcW w:type="dxa" w:w="1871"/>
                  <w:shd w:val="clear" w:color="auto" w:fill="ECEFF1"/>
                </w:tcPr>
                <w:p>
                  <w:r>
                    <w:rPr>
                      <w:b/>
                      <w:color w:val="323232"/>
                      <w:sz w:val="18"/>
                    </w:rPr>
                    <w:t>Nom &amp; Visa</w:t>
                  </w:r>
                </w:p>
              </w:tc>
              <w:tc>
                <w:tcPr>
                  <w:tcW w:type="dxa" w:w="1871"/>
                  <w:tcBorders>
                    <w:bottom w:sz="12" w:val="single" w:color="B0BEC5"/>
                  </w:tcBorders>
                </w:tcPr>
                <w:p/>
              </w:tc>
            </w:tr>
          </w:tbl>
          <w:p/>
        </w:tc>
        <w:tc>
          <w:tcPr>
            <w:tcW w:type="dxa" w:w="3742"/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3742"/>
            </w:tblGrid>
            <w:tr>
              <w:tc>
                <w:tcPr>
                  <w:tcW w:type="dxa" w:w="3742"/>
                  <w:shd w:val="clear" w:color="auto" w:fill="1F3A93"/>
                </w:tcPr>
                <w:p>
                  <w:r>
                    <w:rPr>
                      <w:b/>
                      <w:color w:val="FFFFFF"/>
                      <w:sz w:val="20"/>
                    </w:rPr>
                    <w:t>Tampon</w:t>
                  </w:r>
                </w:p>
              </w:tc>
            </w:tr>
          </w:tbl>
          <w:p/>
        </w:tc>
      </w:tr>
    </w:tbl>
    <w:sectPr w:rsidR="00FC693F" w:rsidRPr="0006063C" w:rsidSect="00034616">
      <w:footerReference w:type="default" r:id="rId9"/>
      <w:pgSz w:w="11906" w:h="16838"/>
      <w:pgMar w:top="340" w:right="340" w:bottom="340" w:left="3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E6E6E"/>
        <w:sz w:val="16"/>
      </w:rPr>
      <w:t>lecoursgratuit.com — Modèles d’inscription — 1 page A4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