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Fiche d'exercices GAMIFIÉE — Renforcement musculaire</w:t>
      </w:r>
    </w:p>
    <w:p>
      <w:pPr>
        <w:jc w:val="center"/>
      </w:pPr>
      <w:r>
        <w:rPr>
          <w:i/>
          <w:sz w:val="22"/>
        </w:rPr>
        <w:t>Objectif : progresser en s'amusant — système de points, badges et défis</w:t>
      </w:r>
    </w:p>
    <w:p>
      <w:r>
        <w:t xml:space="preserve"> 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</w:tcPr>
          <w:p>
            <w:r>
              <w:rPr>
                <w:b/>
                <w:sz w:val="20"/>
              </w:rPr>
              <w:t>Nom/Prénom</w:t>
            </w:r>
          </w:p>
        </w:tc>
        <w:tc>
          <w:tcPr>
            <w:tcW w:type="dxa" w:w="1701"/>
          </w:tcPr>
          <w:p>
            <w:r>
              <w:rPr>
                <w:b/>
                <w:sz w:val="20"/>
              </w:rPr>
              <w:t>Date</w:t>
            </w:r>
          </w:p>
        </w:tc>
        <w:tc>
          <w:tcPr>
            <w:tcW w:type="dxa" w:w="1701"/>
          </w:tcPr>
          <w:p>
            <w:r>
              <w:rPr>
                <w:b/>
                <w:sz w:val="20"/>
              </w:rPr>
              <w:t>Séance n°</w:t>
            </w:r>
          </w:p>
        </w:tc>
        <w:tc>
          <w:tcPr>
            <w:tcW w:type="dxa" w:w="1701"/>
          </w:tcPr>
          <w:p>
            <w:r>
              <w:rPr>
                <w:b/>
                <w:sz w:val="20"/>
              </w:rPr>
              <w:t>Objectif de la séance</w:t>
            </w:r>
          </w:p>
        </w:tc>
        <w:tc>
          <w:tcPr>
            <w:tcW w:type="dxa" w:w="1701"/>
          </w:tcPr>
          <w:p>
            <w:r>
              <w:rPr>
                <w:b/>
                <w:sz w:val="20"/>
              </w:rPr>
              <w:t>Matériel</w:t>
            </w:r>
          </w:p>
        </w:tc>
        <w:tc>
          <w:tcPr>
            <w:tcW w:type="dxa" w:w="1701"/>
          </w:tcPr>
          <w:p>
            <w:r>
              <w:rPr>
                <w:b/>
                <w:sz w:val="20"/>
              </w:rPr>
              <w:t>Coach</w:t>
            </w:r>
          </w:p>
        </w:tc>
      </w:tr>
      <w:tr>
        <w:tc>
          <w:tcPr>
            <w:tcW w:type="dxa" w:w="1701"/>
          </w:tcPr>
          <w:p>
            <w:r>
              <w:rPr>
                <w:sz w:val="20"/>
              </w:rPr>
              <w:t>……………………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……/……/……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Force / Endurance / Tonus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Tapis / Haltères / Élastiques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……………………</w:t>
            </w:r>
          </w:p>
        </w:tc>
      </w:tr>
    </w:tbl>
    <w:p>
      <w:r>
        <w:t xml:space="preserve"> </w:t>
      </w:r>
    </w:p>
    <w:p>
      <w:r>
        <w:rPr>
          <w:b/>
        </w:rPr>
        <w:t>🎮 Gamification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</w:tcPr>
          <w:p>
            <w:r>
              <w:rPr>
                <w:b/>
                <w:sz w:val="20"/>
              </w:rPr>
              <w:t>Vies ❤️</w:t>
            </w:r>
          </w:p>
        </w:tc>
        <w:tc>
          <w:tcPr>
            <w:tcW w:type="dxa" w:w="2041"/>
          </w:tcPr>
          <w:p>
            <w:r>
              <w:rPr>
                <w:b/>
                <w:sz w:val="20"/>
              </w:rPr>
              <w:t>Étoiles ★</w:t>
            </w:r>
          </w:p>
        </w:tc>
        <w:tc>
          <w:tcPr>
            <w:tcW w:type="dxa" w:w="2041"/>
          </w:tcPr>
          <w:p>
            <w:r>
              <w:rPr>
                <w:b/>
                <w:sz w:val="20"/>
              </w:rPr>
              <w:t>Streak 🔥 (jours)</w:t>
            </w:r>
          </w:p>
        </w:tc>
        <w:tc>
          <w:tcPr>
            <w:tcW w:type="dxa" w:w="2041"/>
          </w:tcPr>
          <w:p>
            <w:r>
              <w:rPr>
                <w:b/>
                <w:sz w:val="20"/>
              </w:rPr>
              <w:t>Badges 🏅</w:t>
            </w:r>
          </w:p>
        </w:tc>
        <w:tc>
          <w:tcPr>
            <w:tcW w:type="dxa" w:w="2041"/>
          </w:tcPr>
          <w:p>
            <w:r>
              <w:rPr>
                <w:b/>
                <w:sz w:val="20"/>
              </w:rPr>
              <w:t>Défi du jour</w:t>
            </w:r>
          </w:p>
        </w:tc>
      </w:tr>
      <w:tr>
        <w:tc>
          <w:tcPr>
            <w:tcW w:type="dxa" w:w="2041"/>
          </w:tcPr>
          <w:p>
            <w:r>
              <w:rPr>
                <w:sz w:val="20"/>
              </w:rPr>
              <w:t>☐ ☐ ☐</w:t>
            </w:r>
          </w:p>
        </w:tc>
        <w:tc>
          <w:tcPr>
            <w:tcW w:type="dxa" w:w="2041"/>
          </w:tcPr>
          <w:p>
            <w:r>
              <w:rPr>
                <w:sz w:val="20"/>
              </w:rPr>
              <w:t>☆ ☆ ☆ ☆ ☆</w:t>
            </w:r>
          </w:p>
        </w:tc>
        <w:tc>
          <w:tcPr>
            <w:tcW w:type="dxa" w:w="2041"/>
          </w:tcPr>
          <w:p>
            <w:r>
              <w:rPr>
                <w:sz w:val="20"/>
              </w:rPr>
              <w:t>0</w:t>
            </w:r>
          </w:p>
        </w:tc>
        <w:tc>
          <w:tcPr>
            <w:tcW w:type="dxa" w:w="2041"/>
          </w:tcPr>
          <w:p>
            <w:r>
              <w:rPr>
                <w:sz w:val="20"/>
              </w:rPr>
              <w:t>☐ Bronze ☐ Argent ☐ Or</w:t>
            </w:r>
          </w:p>
        </w:tc>
        <w:tc>
          <w:tcPr>
            <w:tcW w:type="dxa" w:w="2041"/>
          </w:tcPr>
          <w:p>
            <w:r>
              <w:rPr>
                <w:sz w:val="20"/>
              </w:rPr>
              <w:t>…… 30'' planche / 30 squats …</w:t>
            </w:r>
          </w:p>
        </w:tc>
      </w:tr>
    </w:tbl>
    <w:p>
      <w:r>
        <w:t xml:space="preserve"> </w:t>
      </w:r>
    </w:p>
    <w:p>
      <w:r>
        <w:rPr>
          <w:b/>
        </w:rPr>
        <w:t>🔥 Échauffement (5–7 min)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</w:tcPr>
          <w:p>
            <w:r>
              <w:rPr>
                <w:b/>
                <w:sz w:val="20"/>
              </w:rPr>
              <w:t>Exercice</w:t>
            </w:r>
          </w:p>
        </w:tc>
        <w:tc>
          <w:tcPr>
            <w:tcW w:type="dxa" w:w="3402"/>
          </w:tcPr>
          <w:p>
            <w:r>
              <w:rPr>
                <w:b/>
                <w:sz w:val="20"/>
              </w:rPr>
              <w:t>Durée/Répétitions</w:t>
            </w:r>
          </w:p>
        </w:tc>
        <w:tc>
          <w:tcPr>
            <w:tcW w:type="dxa" w:w="3402"/>
          </w:tcPr>
          <w:p>
            <w:r>
              <w:rPr>
                <w:b/>
                <w:sz w:val="20"/>
              </w:rPr>
              <w:t>Fait ☑</w:t>
            </w:r>
          </w:p>
        </w:tc>
      </w:tr>
      <w:tr>
        <w:tc>
          <w:tcPr>
            <w:tcW w:type="dxa" w:w="3402"/>
          </w:tcPr>
          <w:p>
            <w:r>
              <w:rPr>
                <w:sz w:val="20"/>
              </w:rPr>
              <w:t>Mobilité des épaules / hanches</w:t>
            </w:r>
          </w:p>
        </w:tc>
        <w:tc>
          <w:tcPr>
            <w:tcW w:type="dxa" w:w="3402"/>
          </w:tcPr>
          <w:p>
            <w:r>
              <w:rPr>
                <w:sz w:val="20"/>
              </w:rPr>
              <w:t>60–90 s</w:t>
            </w:r>
          </w:p>
        </w:tc>
        <w:tc>
          <w:tcPr>
            <w:tcW w:type="dxa" w:w="3402"/>
          </w:tcPr>
          <w:p>
            <w:r>
              <w:rPr>
                <w:sz w:val="24"/>
              </w:rPr>
              <w:t>☐</w:t>
            </w:r>
          </w:p>
        </w:tc>
      </w:tr>
      <w:tr>
        <w:tc>
          <w:tcPr>
            <w:tcW w:type="dxa" w:w="3402"/>
          </w:tcPr>
          <w:p>
            <w:r>
              <w:rPr>
                <w:sz w:val="20"/>
              </w:rPr>
              <w:t>Jumping jacks</w:t>
            </w:r>
          </w:p>
        </w:tc>
        <w:tc>
          <w:tcPr>
            <w:tcW w:type="dxa" w:w="3402"/>
          </w:tcPr>
          <w:p>
            <w:r>
              <w:rPr>
                <w:sz w:val="20"/>
              </w:rPr>
              <w:t>45 s</w:t>
            </w:r>
          </w:p>
        </w:tc>
        <w:tc>
          <w:tcPr>
            <w:tcW w:type="dxa" w:w="3402"/>
          </w:tcPr>
          <w:p>
            <w:r>
              <w:rPr>
                <w:sz w:val="24"/>
              </w:rPr>
              <w:t>☐</w:t>
            </w:r>
          </w:p>
        </w:tc>
      </w:tr>
      <w:tr>
        <w:tc>
          <w:tcPr>
            <w:tcW w:type="dxa" w:w="3402"/>
          </w:tcPr>
          <w:p>
            <w:r>
              <w:rPr>
                <w:sz w:val="20"/>
              </w:rPr>
              <w:t>Squats lents + ouverture de hanches</w:t>
            </w:r>
          </w:p>
        </w:tc>
        <w:tc>
          <w:tcPr>
            <w:tcW w:type="dxa" w:w="3402"/>
          </w:tcPr>
          <w:p>
            <w:r>
              <w:rPr>
                <w:sz w:val="20"/>
              </w:rPr>
              <w:t>12–15</w:t>
            </w:r>
          </w:p>
        </w:tc>
        <w:tc>
          <w:tcPr>
            <w:tcW w:type="dxa" w:w="3402"/>
          </w:tcPr>
          <w:p>
            <w:r>
              <w:rPr>
                <w:sz w:val="24"/>
              </w:rPr>
              <w:t>☐</w:t>
            </w:r>
          </w:p>
        </w:tc>
      </w:tr>
    </w:tbl>
    <w:p>
      <w:r>
        <w:t xml:space="preserve"> </w:t>
      </w:r>
    </w:p>
    <w:p>
      <w:r>
        <w:rPr>
          <w:b/>
        </w:rPr>
        <w:t>🏋️ Circuit principal (2–4 tours)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</w:tcPr>
          <w:p>
            <w:r>
              <w:rPr>
                <w:b/>
                <w:sz w:val="20"/>
              </w:rPr>
              <w:t>Exercice</w:t>
            </w:r>
          </w:p>
        </w:tc>
        <w:tc>
          <w:tcPr>
            <w:tcW w:type="dxa" w:w="1701"/>
          </w:tcPr>
          <w:p>
            <w:r>
              <w:rPr>
                <w:b/>
                <w:sz w:val="20"/>
              </w:rPr>
              <w:t>Niveau</w:t>
            </w:r>
          </w:p>
        </w:tc>
        <w:tc>
          <w:tcPr>
            <w:tcW w:type="dxa" w:w="1701"/>
          </w:tcPr>
          <w:p>
            <w:r>
              <w:rPr>
                <w:b/>
                <w:sz w:val="20"/>
              </w:rPr>
              <w:t>Rép./Temps</w:t>
            </w:r>
          </w:p>
        </w:tc>
        <w:tc>
          <w:tcPr>
            <w:tcW w:type="dxa" w:w="1701"/>
          </w:tcPr>
          <w:p>
            <w:r>
              <w:rPr>
                <w:b/>
                <w:sz w:val="20"/>
              </w:rPr>
              <w:t>RPE/Tempo</w:t>
            </w:r>
          </w:p>
        </w:tc>
        <w:tc>
          <w:tcPr>
            <w:tcW w:type="dxa" w:w="1701"/>
          </w:tcPr>
          <w:p>
            <w:r>
              <w:rPr>
                <w:b/>
                <w:sz w:val="20"/>
              </w:rPr>
              <w:t>Points</w:t>
            </w:r>
          </w:p>
        </w:tc>
        <w:tc>
          <w:tcPr>
            <w:tcW w:type="dxa" w:w="1701"/>
          </w:tcPr>
          <w:p>
            <w:r>
              <w:rPr>
                <w:b/>
                <w:sz w:val="20"/>
              </w:rPr>
              <w:t>Tours ☑</w:t>
            </w:r>
          </w:p>
        </w:tc>
      </w:tr>
      <w:tr>
        <w:tc>
          <w:tcPr>
            <w:tcW w:type="dxa" w:w="1701"/>
          </w:tcPr>
          <w:p>
            <w:r>
              <w:rPr>
                <w:sz w:val="20"/>
              </w:rPr>
              <w:t>……………………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Déb / Int / Av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① ☐ ② ☐ ③ ☐ ④ ☐</w:t>
            </w:r>
          </w:p>
        </w:tc>
      </w:tr>
      <w:tr>
        <w:tc>
          <w:tcPr>
            <w:tcW w:type="dxa" w:w="1701"/>
          </w:tcPr>
          <w:p>
            <w:r>
              <w:rPr>
                <w:sz w:val="20"/>
              </w:rPr>
              <w:t>……………………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Déb / Int / Av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① ☐ ② ☐ ③ ☐ ④ ☐</w:t>
            </w:r>
          </w:p>
        </w:tc>
      </w:tr>
      <w:tr>
        <w:tc>
          <w:tcPr>
            <w:tcW w:type="dxa" w:w="1701"/>
          </w:tcPr>
          <w:p>
            <w:r>
              <w:rPr>
                <w:sz w:val="20"/>
              </w:rPr>
              <w:t>……………………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Déb / Int / Av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① ☐ ② ☐ ③ ☐ ④ ☐</w:t>
            </w:r>
          </w:p>
        </w:tc>
      </w:tr>
      <w:tr>
        <w:tc>
          <w:tcPr>
            <w:tcW w:type="dxa" w:w="1701"/>
          </w:tcPr>
          <w:p>
            <w:r>
              <w:rPr>
                <w:sz w:val="20"/>
              </w:rPr>
              <w:t>……………………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Déb / Int / Av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① ☐ ② ☐ ③ ☐ ④ ☐</w:t>
            </w:r>
          </w:p>
        </w:tc>
      </w:tr>
      <w:tr>
        <w:tc>
          <w:tcPr>
            <w:tcW w:type="dxa" w:w="1701"/>
          </w:tcPr>
          <w:p>
            <w:r>
              <w:rPr>
                <w:sz w:val="20"/>
              </w:rPr>
              <w:t>……………………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Déb / Int / Av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① ☐ ② ☐ ③ ☐ ④ ☐</w:t>
            </w:r>
          </w:p>
        </w:tc>
      </w:tr>
      <w:tr>
        <w:tc>
          <w:tcPr>
            <w:tcW w:type="dxa" w:w="1701"/>
          </w:tcPr>
          <w:p>
            <w:r>
              <w:rPr>
                <w:sz w:val="20"/>
              </w:rPr>
              <w:t>……………………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Déb / Int / Av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① ☐ ② ☐ ③ ☐ ④ ☐</w:t>
            </w:r>
          </w:p>
        </w:tc>
      </w:tr>
      <w:tr>
        <w:tc>
          <w:tcPr>
            <w:tcW w:type="dxa" w:w="1701"/>
          </w:tcPr>
          <w:p>
            <w:r>
              <w:rPr>
                <w:sz w:val="20"/>
              </w:rPr>
              <w:t>……………………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Déb / Int / Av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……</w:t>
            </w:r>
          </w:p>
        </w:tc>
        <w:tc>
          <w:tcPr>
            <w:tcW w:type="dxa" w:w="1701"/>
          </w:tcPr>
          <w:p>
            <w:r>
              <w:rPr>
                <w:sz w:val="20"/>
              </w:rPr>
              <w:t>① ☐ ② ☐ ③ ☐ ④ ☐</w:t>
            </w:r>
          </w:p>
        </w:tc>
      </w:tr>
    </w:tbl>
    <w:p>
      <w:r>
        <w:t xml:space="preserve"> </w:t>
      </w:r>
    </w:p>
    <w:p>
      <w:r>
        <w:rPr>
          <w:b/>
        </w:rPr>
        <w:t>🎯 Bonus &amp; combos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  <w:sz w:val="20"/>
              </w:rPr>
              <w:t>Combo réussi (enchaîner 3 exos sans pause) :</w:t>
            </w:r>
          </w:p>
        </w:tc>
        <w:tc>
          <w:tcPr>
            <w:tcW w:type="dxa" w:w="5103"/>
          </w:tcPr>
          <w:p>
            <w:r>
              <w:rPr>
                <w:sz w:val="20"/>
              </w:rPr>
              <w:t>+5 pts / combo</w:t>
            </w:r>
          </w:p>
        </w:tc>
      </w:tr>
      <w:tr>
        <w:tc>
          <w:tcPr>
            <w:tcW w:type="dxa" w:w="5103"/>
          </w:tcPr>
          <w:p>
            <w:r>
              <w:rPr>
                <w:b/>
                <w:sz w:val="20"/>
              </w:rPr>
              <w:t>Sans pause sur tout le tour :</w:t>
            </w:r>
          </w:p>
        </w:tc>
        <w:tc>
          <w:tcPr>
            <w:tcW w:type="dxa" w:w="5103"/>
          </w:tcPr>
          <w:p>
            <w:r>
              <w:rPr>
                <w:sz w:val="20"/>
              </w:rPr>
              <w:t>+15 pts</w:t>
            </w:r>
          </w:p>
        </w:tc>
      </w:tr>
      <w:tr>
        <w:tc>
          <w:tcPr>
            <w:tcW w:type="dxa" w:w="5103"/>
          </w:tcPr>
          <w:p>
            <w:r>
              <w:rPr>
                <w:b/>
                <w:sz w:val="20"/>
              </w:rPr>
              <w:t>Paliers d'étoiles :</w:t>
            </w:r>
          </w:p>
        </w:tc>
        <w:tc>
          <w:tcPr>
            <w:tcW w:type="dxa" w:w="5103"/>
          </w:tcPr>
          <w:p>
            <w:r>
              <w:rPr>
                <w:sz w:val="20"/>
              </w:rPr>
              <w:t>★ 40 pts  |  ★★ 70 pts  |  ★★★ 100 pts  |  ★★★★ 130 pts  |  ★★★★★ 160 pts</w:t>
            </w:r>
          </w:p>
        </w:tc>
      </w:tr>
    </w:tbl>
    <w:p>
      <w:r>
        <w:t xml:space="preserve"> </w:t>
      </w:r>
    </w:p>
    <w:p>
      <w:r>
        <w:rPr>
          <w:b/>
        </w:rPr>
        <w:t>🧊 Retour au calme &amp; suivi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</w:tcPr>
          <w:p>
            <w:r>
              <w:rPr>
                <w:b/>
                <w:sz w:val="20"/>
              </w:rPr>
              <w:t>Étirements</w:t>
            </w:r>
          </w:p>
        </w:tc>
        <w:tc>
          <w:tcPr>
            <w:tcW w:type="dxa" w:w="2551"/>
          </w:tcPr>
          <w:p>
            <w:r>
              <w:rPr>
                <w:b/>
                <w:sz w:val="20"/>
              </w:rPr>
              <w:t>Respiration</w:t>
            </w:r>
          </w:p>
        </w:tc>
        <w:tc>
          <w:tcPr>
            <w:tcW w:type="dxa" w:w="2551"/>
          </w:tcPr>
          <w:p>
            <w:r>
              <w:rPr>
                <w:b/>
                <w:sz w:val="20"/>
              </w:rPr>
              <w:t>Hydratation</w:t>
            </w:r>
          </w:p>
        </w:tc>
        <w:tc>
          <w:tcPr>
            <w:tcW w:type="dxa" w:w="2551"/>
          </w:tcPr>
          <w:p>
            <w:r>
              <w:rPr>
                <w:b/>
                <w:sz w:val="20"/>
              </w:rPr>
              <w:t>Fait ☑</w:t>
            </w:r>
          </w:p>
        </w:tc>
      </w:tr>
      <w:tr>
        <w:tc>
          <w:tcPr>
            <w:tcW w:type="dxa" w:w="2551"/>
          </w:tcPr>
          <w:p>
            <w:r>
              <w:rPr>
                <w:sz w:val="20"/>
              </w:rPr>
              <w:t>Quadriceps / ischios / mollets</w:t>
            </w:r>
          </w:p>
        </w:tc>
        <w:tc>
          <w:tcPr>
            <w:tcW w:type="dxa" w:w="2551"/>
          </w:tcPr>
          <w:p>
            <w:r>
              <w:rPr>
                <w:sz w:val="20"/>
              </w:rPr>
              <w:t>2–3 min</w:t>
            </w:r>
          </w:p>
        </w:tc>
        <w:tc>
          <w:tcPr>
            <w:tcW w:type="dxa" w:w="2551"/>
          </w:tcPr>
          <w:p>
            <w:r>
              <w:rPr>
                <w:sz w:val="20"/>
              </w:rPr>
              <w:t>250–500 ml</w:t>
            </w:r>
          </w:p>
        </w:tc>
        <w:tc>
          <w:tcPr>
            <w:tcW w:type="dxa" w:w="2551"/>
          </w:tcPr>
          <w:p>
            <w:r>
              <w:rPr>
                <w:sz w:val="20"/>
              </w:rPr>
              <w:t>☐</w:t>
            </w:r>
          </w:p>
        </w:tc>
      </w:tr>
      <w:tr>
        <w:tc>
          <w:tcPr>
            <w:tcW w:type="dxa" w:w="2551"/>
          </w:tcPr>
          <w:p>
            <w:r>
              <w:rPr>
                <w:sz w:val="20"/>
              </w:rPr>
              <w:t>Pectoraux / dorsaux / épaules</w:t>
            </w:r>
          </w:p>
        </w:tc>
        <w:tc>
          <w:tcPr>
            <w:tcW w:type="dxa" w:w="2551"/>
          </w:tcPr>
          <w:p>
            <w:r>
              <w:rPr>
                <w:sz w:val="20"/>
              </w:rPr>
              <w:t>2–3 min</w:t>
            </w:r>
          </w:p>
        </w:tc>
        <w:tc>
          <w:tcPr>
            <w:tcW w:type="dxa" w:w="2551"/>
          </w:tcPr>
          <w:p>
            <w:r>
              <w:rPr>
                <w:sz w:val="20"/>
              </w:rPr>
              <w:t>—</w:t>
            </w:r>
          </w:p>
        </w:tc>
        <w:tc>
          <w:tcPr>
            <w:tcW w:type="dxa" w:w="2551"/>
          </w:tcPr>
          <w:p>
            <w:r>
              <w:rPr>
                <w:sz w:val="20"/>
              </w:rPr>
              <w:t>☐</w:t>
            </w:r>
          </w:p>
        </w:tc>
      </w:tr>
    </w:tbl>
    <w:p>
      <w:r>
        <w:t xml:space="preserve"> </w:t>
      </w:r>
    </w:p>
    <w:p>
      <w:r>
        <w:rPr>
          <w:b/>
        </w:rPr>
        <w:t>📒 Notes &amp; leaderboard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</w:tcPr>
          <w:p>
            <w:r>
              <w:rPr>
                <w:b/>
                <w:sz w:val="20"/>
              </w:rPr>
              <w:t>Commentaires / Ressenti (RPE global)</w:t>
            </w:r>
          </w:p>
        </w:tc>
        <w:tc>
          <w:tcPr>
            <w:tcW w:type="dxa" w:w="3402"/>
          </w:tcPr>
          <w:p>
            <w:r>
              <w:rPr>
                <w:b/>
                <w:sz w:val="20"/>
              </w:rPr>
              <w:t>Total points</w:t>
            </w:r>
          </w:p>
        </w:tc>
        <w:tc>
          <w:tcPr>
            <w:tcW w:type="dxa" w:w="3402"/>
          </w:tcPr>
          <w:p>
            <w:r>
              <w:rPr>
                <w:b/>
                <w:sz w:val="20"/>
              </w:rPr>
              <w:t>Classement / Semaine</w:t>
            </w:r>
          </w:p>
        </w:tc>
      </w:tr>
      <w:tr>
        <w:tc>
          <w:tcPr>
            <w:tcW w:type="dxa" w:w="3402"/>
          </w:tcPr>
          <w:p>
            <w:r>
              <w:t>……………………………………………………………………………………………………………………</w:t>
            </w:r>
          </w:p>
        </w:tc>
        <w:tc>
          <w:tcPr>
            <w:tcW w:type="dxa" w:w="3402"/>
          </w:tcPr>
          <w:p>
            <w:r>
              <w:t>…… pts</w:t>
            </w:r>
          </w:p>
        </w:tc>
        <w:tc>
          <w:tcPr>
            <w:tcW w:type="dxa" w:w="3402"/>
          </w:tcPr>
          <w:p>
            <w:r>
              <w:t>1) ……  2) ……  3) ……</w:t>
            </w:r>
          </w:p>
        </w:tc>
      </w:tr>
      <w:tr>
        <w:tc>
          <w:tcPr>
            <w:tcW w:type="dxa" w:w="3402"/>
          </w:tcPr>
          <w:p>
            <w:r>
              <w:t>……………………………………………………………………………………………………………………</w:t>
            </w:r>
          </w:p>
        </w:tc>
        <w:tc>
          <w:tcPr>
            <w:tcW w:type="dxa" w:w="3402"/>
          </w:tcPr>
          <w:p>
            <w:r>
              <w:t>Objectif : …… pts</w:t>
            </w:r>
          </w:p>
        </w:tc>
        <w:tc>
          <w:tcPr>
            <w:tcW w:type="dxa" w:w="3402"/>
          </w:tcPr>
          <w:p>
            <w:r>
              <w:t>Semaine : ……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85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lecoursgratuit.com — Modèle A4 à imprimer • Utilisation non médicale / éducative uniquement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