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776"/>
        <w:gridCol w:w="5775"/>
      </w:tblGrid>
      <w:tr w:rsidR="00451829" w14:paraId="169710FC" w14:textId="77777777">
        <w:trPr>
          <w:jc w:val="center"/>
        </w:trPr>
        <w:tc>
          <w:tcPr>
            <w:tcW w:w="5783" w:type="dxa"/>
            <w:tcBorders>
              <w:top w:val="single" w:sz="12" w:space="0" w:color="B0BEC5"/>
              <w:left w:val="single" w:sz="12" w:space="0" w:color="B0BEC5"/>
              <w:bottom w:val="single" w:sz="12" w:space="0" w:color="B0BEC5"/>
              <w:right w:val="single" w:sz="12" w:space="0" w:color="B0BEC5"/>
            </w:tcBorders>
          </w:tcPr>
          <w:p w14:paraId="7AB58684" w14:textId="77777777" w:rsidR="00451829" w:rsidRDefault="00A8186F">
            <w:pPr>
              <w:jc w:val="center"/>
            </w:pPr>
            <w:r>
              <w:rPr>
                <w:b/>
                <w:color w:val="5A5A5A"/>
                <w:sz w:val="24"/>
              </w:rPr>
              <w:t>LOGO</w:t>
            </w:r>
          </w:p>
        </w:tc>
        <w:tc>
          <w:tcPr>
            <w:tcW w:w="5783" w:type="dxa"/>
            <w:shd w:val="clear" w:color="auto" w:fill="1E88E5"/>
          </w:tcPr>
          <w:p w14:paraId="29A413C4" w14:textId="56F2766B" w:rsidR="00451829" w:rsidRDefault="00A8186F" w:rsidP="00996400">
            <w:r>
              <w:rPr>
                <w:b/>
                <w:color w:val="FFFFFF"/>
                <w:sz w:val="32"/>
              </w:rPr>
              <w:t xml:space="preserve">FICHE DE PRÉSENTATION — ASSOCIATION </w:t>
            </w:r>
            <w:proofErr w:type="spellStart"/>
            <w:r>
              <w:rPr>
                <w:color w:val="F0F0F0"/>
                <w:sz w:val="18"/>
              </w:rPr>
              <w:t>M</w:t>
            </w:r>
            <w:r>
              <w:rPr>
                <w:color w:val="F0F0F0"/>
                <w:sz w:val="18"/>
              </w:rPr>
              <w:t>odèle</w:t>
            </w:r>
            <w:proofErr w:type="spellEnd"/>
            <w:r>
              <w:rPr>
                <w:color w:val="F0F0F0"/>
                <w:sz w:val="18"/>
              </w:rPr>
              <w:t xml:space="preserve"> « </w:t>
            </w:r>
            <w:proofErr w:type="spellStart"/>
            <w:r>
              <w:rPr>
                <w:color w:val="F0F0F0"/>
                <w:sz w:val="18"/>
              </w:rPr>
              <w:t>Formulaire</w:t>
            </w:r>
            <w:proofErr w:type="spellEnd"/>
            <w:r>
              <w:rPr>
                <w:color w:val="F0F0F0"/>
                <w:sz w:val="18"/>
              </w:rPr>
              <w:t xml:space="preserve"> </w:t>
            </w:r>
            <w:proofErr w:type="spellStart"/>
            <w:r>
              <w:rPr>
                <w:color w:val="F0F0F0"/>
                <w:sz w:val="18"/>
              </w:rPr>
              <w:t>pleine</w:t>
            </w:r>
            <w:proofErr w:type="spellEnd"/>
            <w:r>
              <w:rPr>
                <w:color w:val="F0F0F0"/>
                <w:sz w:val="18"/>
              </w:rPr>
              <w:t xml:space="preserve"> page » — impression optimisée</w:t>
            </w:r>
          </w:p>
        </w:tc>
      </w:tr>
      <w:tr w:rsidR="00451829" w14:paraId="207C00D4" w14:textId="77777777">
        <w:trPr>
          <w:jc w:val="center"/>
        </w:trPr>
        <w:tc>
          <w:tcPr>
            <w:tcW w:w="5783" w:type="dxa"/>
          </w:tcPr>
          <w:p w14:paraId="3C7351AA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60"/>
            </w:tblGrid>
            <w:tr w:rsidR="00451829" w14:paraId="2E4F7B0F" w14:textId="77777777">
              <w:tc>
                <w:tcPr>
                  <w:tcW w:w="5783" w:type="dxa"/>
                  <w:shd w:val="clear" w:color="auto" w:fill="1E88E5"/>
                </w:tcPr>
                <w:p w14:paraId="2F10B07D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Identité &amp; Coordonnées</w:t>
                  </w:r>
                </w:p>
              </w:tc>
            </w:tr>
          </w:tbl>
          <w:p w14:paraId="3A30CB83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78"/>
              <w:gridCol w:w="2782"/>
            </w:tblGrid>
            <w:tr w:rsidR="00451829" w14:paraId="306A6DC4" w14:textId="77777777">
              <w:tc>
                <w:tcPr>
                  <w:tcW w:w="2891" w:type="dxa"/>
                  <w:shd w:val="clear" w:color="auto" w:fill="ECEFF1"/>
                </w:tcPr>
                <w:p w14:paraId="7CFC2AFE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Nom de l’association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710A3A45" w14:textId="77777777" w:rsidR="00451829" w:rsidRDefault="00A8186F">
                  <w:r>
                    <w:rPr>
                      <w:color w:val="787878"/>
                      <w:sz w:val="18"/>
                    </w:rPr>
                    <w:t>Dénomination exacte</w:t>
                  </w:r>
                </w:p>
              </w:tc>
            </w:tr>
          </w:tbl>
          <w:p w14:paraId="7E01C60D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77"/>
              <w:gridCol w:w="2783"/>
            </w:tblGrid>
            <w:tr w:rsidR="00451829" w14:paraId="4BB38D1D" w14:textId="77777777">
              <w:tc>
                <w:tcPr>
                  <w:tcW w:w="2891" w:type="dxa"/>
                  <w:shd w:val="clear" w:color="auto" w:fill="ECEFF1"/>
                </w:tcPr>
                <w:p w14:paraId="2517D65D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Objet / Mission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1E876828" w14:textId="77777777" w:rsidR="00451829" w:rsidRDefault="00A8186F">
                  <w:r>
                    <w:rPr>
                      <w:color w:val="787878"/>
                      <w:sz w:val="18"/>
                    </w:rPr>
                    <w:t>Objet statutaire en une phrase</w:t>
                  </w:r>
                </w:p>
              </w:tc>
            </w:tr>
          </w:tbl>
          <w:p w14:paraId="42396F6C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96"/>
              <w:gridCol w:w="2764"/>
            </w:tblGrid>
            <w:tr w:rsidR="00451829" w14:paraId="2F683F6D" w14:textId="77777777">
              <w:tc>
                <w:tcPr>
                  <w:tcW w:w="2891" w:type="dxa"/>
                  <w:shd w:val="clear" w:color="auto" w:fill="ECEFF1"/>
                </w:tcPr>
                <w:p w14:paraId="30744C91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Année de création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78AA1157" w14:textId="77777777" w:rsidR="00451829" w:rsidRDefault="00451829"/>
              </w:tc>
            </w:tr>
          </w:tbl>
          <w:p w14:paraId="4D560626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96"/>
              <w:gridCol w:w="2764"/>
            </w:tblGrid>
            <w:tr w:rsidR="00451829" w14:paraId="6CAFB69B" w14:textId="77777777">
              <w:tc>
                <w:tcPr>
                  <w:tcW w:w="2891" w:type="dxa"/>
                  <w:shd w:val="clear" w:color="auto" w:fill="ECEFF1"/>
                </w:tcPr>
                <w:p w14:paraId="7836B991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Adresse du siège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6679E0BE" w14:textId="77777777" w:rsidR="00451829" w:rsidRDefault="00451829"/>
              </w:tc>
            </w:tr>
          </w:tbl>
          <w:p w14:paraId="2BFD537E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04"/>
              <w:gridCol w:w="2756"/>
            </w:tblGrid>
            <w:tr w:rsidR="00451829" w14:paraId="5A465092" w14:textId="77777777">
              <w:tc>
                <w:tcPr>
                  <w:tcW w:w="2891" w:type="dxa"/>
                  <w:shd w:val="clear" w:color="auto" w:fill="ECEFF1"/>
                </w:tcPr>
                <w:p w14:paraId="3078D3EE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Contact (Téléphone / Email)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26670C0F" w14:textId="77777777" w:rsidR="00451829" w:rsidRDefault="00451829"/>
              </w:tc>
            </w:tr>
          </w:tbl>
          <w:p w14:paraId="568DE8EC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96"/>
              <w:gridCol w:w="2764"/>
            </w:tblGrid>
            <w:tr w:rsidR="00451829" w14:paraId="3B6E9B4E" w14:textId="77777777">
              <w:tc>
                <w:tcPr>
                  <w:tcW w:w="2891" w:type="dxa"/>
                  <w:shd w:val="clear" w:color="auto" w:fill="ECEFF1"/>
                </w:tcPr>
                <w:p w14:paraId="1D2D978E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Site web / Réseaux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791BD2B0" w14:textId="77777777" w:rsidR="00451829" w:rsidRDefault="00451829"/>
              </w:tc>
            </w:tr>
          </w:tbl>
          <w:p w14:paraId="1D48D26F" w14:textId="77777777" w:rsidR="00451829" w:rsidRDefault="00451829"/>
        </w:tc>
        <w:tc>
          <w:tcPr>
            <w:tcW w:w="5783" w:type="dxa"/>
          </w:tcPr>
          <w:p w14:paraId="0DBDB0AA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59"/>
            </w:tblGrid>
            <w:tr w:rsidR="00451829" w14:paraId="45876F3B" w14:textId="77777777">
              <w:tc>
                <w:tcPr>
                  <w:tcW w:w="5783" w:type="dxa"/>
                  <w:shd w:val="clear" w:color="auto" w:fill="1E88E5"/>
                </w:tcPr>
                <w:p w14:paraId="412F100C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Statut &amp; Références</w:t>
                  </w:r>
                </w:p>
              </w:tc>
            </w:tr>
          </w:tbl>
          <w:p w14:paraId="77C30039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91"/>
              <w:gridCol w:w="2768"/>
            </w:tblGrid>
            <w:tr w:rsidR="00451829" w14:paraId="23EC1605" w14:textId="77777777">
              <w:tc>
                <w:tcPr>
                  <w:tcW w:w="2891" w:type="dxa"/>
                  <w:shd w:val="clear" w:color="auto" w:fill="ECEFF1"/>
                </w:tcPr>
                <w:p w14:paraId="0EEC8A17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N° RNA / SIREN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237A3FBE" w14:textId="77777777" w:rsidR="00451829" w:rsidRDefault="00451829"/>
              </w:tc>
            </w:tr>
          </w:tbl>
          <w:p w14:paraId="331587EC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19"/>
              <w:gridCol w:w="2740"/>
            </w:tblGrid>
            <w:tr w:rsidR="00451829" w14:paraId="5EF2A74D" w14:textId="77777777">
              <w:tc>
                <w:tcPr>
                  <w:tcW w:w="2891" w:type="dxa"/>
                  <w:shd w:val="clear" w:color="auto" w:fill="ECEFF1"/>
                </w:tcPr>
                <w:p w14:paraId="5C0C34DC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Agrément(s) / Reconnaissances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5B54CABD" w14:textId="77777777" w:rsidR="00451829" w:rsidRDefault="00451829"/>
              </w:tc>
            </w:tr>
          </w:tbl>
          <w:p w14:paraId="1E090B5E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01"/>
              <w:gridCol w:w="2758"/>
            </w:tblGrid>
            <w:tr w:rsidR="00451829" w14:paraId="5DA69C55" w14:textId="77777777">
              <w:tc>
                <w:tcPr>
                  <w:tcW w:w="2891" w:type="dxa"/>
                  <w:shd w:val="clear" w:color="auto" w:fill="ECEFF1"/>
                </w:tcPr>
                <w:p w14:paraId="5C05D92F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Assurance (RC, locaux…)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6769B737" w14:textId="77777777" w:rsidR="00451829" w:rsidRDefault="00451829"/>
              </w:tc>
            </w:tr>
          </w:tbl>
          <w:p w14:paraId="5BC86389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04"/>
              <w:gridCol w:w="2755"/>
            </w:tblGrid>
            <w:tr w:rsidR="00451829" w14:paraId="576F8201" w14:textId="77777777">
              <w:tc>
                <w:tcPr>
                  <w:tcW w:w="2891" w:type="dxa"/>
                  <w:shd w:val="clear" w:color="auto" w:fill="ECEFF1"/>
                </w:tcPr>
                <w:p w14:paraId="319F65DF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Périmètre d’action (quartiers / communes)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4B13F374" w14:textId="77777777" w:rsidR="00451829" w:rsidRDefault="00451829"/>
              </w:tc>
            </w:tr>
          </w:tbl>
          <w:p w14:paraId="6BDB4A89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97"/>
              <w:gridCol w:w="2762"/>
            </w:tblGrid>
            <w:tr w:rsidR="00451829" w14:paraId="6EC64AD1" w14:textId="77777777">
              <w:tc>
                <w:tcPr>
                  <w:tcW w:w="2891" w:type="dxa"/>
                  <w:shd w:val="clear" w:color="auto" w:fill="ECEFF1"/>
                </w:tcPr>
                <w:p w14:paraId="56C7525E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Jours &amp; horaires d’accueil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37AFCFDE" w14:textId="77777777" w:rsidR="00451829" w:rsidRDefault="00451829"/>
              </w:tc>
            </w:tr>
          </w:tbl>
          <w:p w14:paraId="48312598" w14:textId="77777777" w:rsidR="00451829" w:rsidRDefault="00451829"/>
        </w:tc>
      </w:tr>
      <w:tr w:rsidR="00451829" w14:paraId="0DA40CA8" w14:textId="77777777">
        <w:trPr>
          <w:jc w:val="center"/>
        </w:trPr>
        <w:tc>
          <w:tcPr>
            <w:tcW w:w="5783" w:type="dxa"/>
          </w:tcPr>
          <w:p w14:paraId="503878DE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60"/>
            </w:tblGrid>
            <w:tr w:rsidR="00451829" w14:paraId="06823F43" w14:textId="77777777">
              <w:tc>
                <w:tcPr>
                  <w:tcW w:w="5783" w:type="dxa"/>
                  <w:shd w:val="clear" w:color="auto" w:fill="1E88E5"/>
                </w:tcPr>
                <w:p w14:paraId="2181AACD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Activités phares (décrivez brièvement)</w:t>
                  </w:r>
                </w:p>
              </w:tc>
            </w:tr>
          </w:tbl>
          <w:p w14:paraId="4DC19713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58"/>
              <w:gridCol w:w="1860"/>
              <w:gridCol w:w="1842"/>
            </w:tblGrid>
            <w:tr w:rsidR="00451829" w14:paraId="400F525C" w14:textId="77777777">
              <w:tc>
                <w:tcPr>
                  <w:tcW w:w="1928" w:type="dxa"/>
                  <w:shd w:val="clear" w:color="auto" w:fill="ECEFF1"/>
                </w:tcPr>
                <w:p w14:paraId="16CD946A" w14:textId="77777777" w:rsidR="00451829" w:rsidRDefault="00A8186F">
                  <w:r>
                    <w:rPr>
                      <w:b/>
                      <w:sz w:val="18"/>
                    </w:rPr>
                    <w:t>Intitulé</w:t>
                  </w:r>
                </w:p>
              </w:tc>
              <w:tc>
                <w:tcPr>
                  <w:tcW w:w="1928" w:type="dxa"/>
                  <w:shd w:val="clear" w:color="auto" w:fill="ECEFF1"/>
                </w:tcPr>
                <w:p w14:paraId="67C3582F" w14:textId="77777777" w:rsidR="00451829" w:rsidRDefault="00A8186F">
                  <w:r>
                    <w:rPr>
                      <w:b/>
                      <w:sz w:val="18"/>
                    </w:rPr>
                    <w:t>Objectif</w:t>
                  </w:r>
                </w:p>
              </w:tc>
              <w:tc>
                <w:tcPr>
                  <w:tcW w:w="1928" w:type="dxa"/>
                  <w:shd w:val="clear" w:color="auto" w:fill="ECEFF1"/>
                </w:tcPr>
                <w:p w14:paraId="4C1AED52" w14:textId="77777777" w:rsidR="00451829" w:rsidRDefault="00A8186F">
                  <w:r>
                    <w:rPr>
                      <w:b/>
                      <w:sz w:val="18"/>
                    </w:rPr>
                    <w:t>Lieu</w:t>
                  </w:r>
                </w:p>
              </w:tc>
            </w:tr>
            <w:tr w:rsidR="00451829" w14:paraId="0CFD8E27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26D758A8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2E70F894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3EFD0D8C" w14:textId="77777777" w:rsidR="00451829" w:rsidRDefault="00451829"/>
              </w:tc>
            </w:tr>
            <w:tr w:rsidR="00451829" w14:paraId="3EFFEEEB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76431CEC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07B970C4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7027B963" w14:textId="77777777" w:rsidR="00451829" w:rsidRDefault="00451829"/>
              </w:tc>
            </w:tr>
            <w:tr w:rsidR="00451829" w14:paraId="5A7CEFD6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7B7D9332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1B84DF99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5382C2ED" w14:textId="77777777" w:rsidR="00451829" w:rsidRDefault="00451829"/>
              </w:tc>
            </w:tr>
            <w:tr w:rsidR="00451829" w14:paraId="738E8858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0609DA9C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43143B6F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7A38E3F8" w14:textId="77777777" w:rsidR="00451829" w:rsidRDefault="00451829"/>
              </w:tc>
            </w:tr>
          </w:tbl>
          <w:p w14:paraId="3E117D7F" w14:textId="77777777" w:rsidR="00451829" w:rsidRDefault="00451829"/>
        </w:tc>
        <w:tc>
          <w:tcPr>
            <w:tcW w:w="5783" w:type="dxa"/>
          </w:tcPr>
          <w:p w14:paraId="40084FC5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59"/>
            </w:tblGrid>
            <w:tr w:rsidR="00451829" w14:paraId="1FD2762B" w14:textId="77777777">
              <w:tc>
                <w:tcPr>
                  <w:tcW w:w="5783" w:type="dxa"/>
                  <w:shd w:val="clear" w:color="auto" w:fill="1E88E5"/>
                </w:tcPr>
                <w:p w14:paraId="19E92238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Publics &amp; Accès</w:t>
                  </w:r>
                </w:p>
              </w:tc>
            </w:tr>
          </w:tbl>
          <w:p w14:paraId="680C0F75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99"/>
              <w:gridCol w:w="2760"/>
            </w:tblGrid>
            <w:tr w:rsidR="00451829" w14:paraId="1A9F848C" w14:textId="77777777">
              <w:tc>
                <w:tcPr>
                  <w:tcW w:w="2891" w:type="dxa"/>
                </w:tcPr>
                <w:p w14:paraId="31B9F26B" w14:textId="77777777" w:rsidR="00451829" w:rsidRDefault="00A8186F">
                  <w:r>
                    <w:rPr>
                      <w:color w:val="464646"/>
                      <w:sz w:val="18"/>
                    </w:rPr>
                    <w:t>☐</w:t>
                  </w:r>
                  <w:r>
                    <w:rPr>
                      <w:color w:val="464646"/>
                      <w:sz w:val="18"/>
                    </w:rPr>
                    <w:t xml:space="preserve"> Adultes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4595B076" w14:textId="77777777" w:rsidR="00451829" w:rsidRDefault="00451829"/>
              </w:tc>
            </w:tr>
            <w:tr w:rsidR="00451829" w14:paraId="73E07F3F" w14:textId="77777777">
              <w:tc>
                <w:tcPr>
                  <w:tcW w:w="2891" w:type="dxa"/>
                </w:tcPr>
                <w:p w14:paraId="74ACB4FD" w14:textId="77777777" w:rsidR="00451829" w:rsidRDefault="00A8186F">
                  <w:r>
                    <w:rPr>
                      <w:color w:val="464646"/>
                      <w:sz w:val="18"/>
                    </w:rPr>
                    <w:t>☐</w:t>
                  </w:r>
                  <w:r>
                    <w:rPr>
                      <w:color w:val="464646"/>
                      <w:sz w:val="18"/>
                    </w:rPr>
                    <w:t xml:space="preserve"> Jeunes 16–25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20A84EB7" w14:textId="77777777" w:rsidR="00451829" w:rsidRDefault="00451829"/>
              </w:tc>
            </w:tr>
            <w:tr w:rsidR="00451829" w14:paraId="43A28A45" w14:textId="77777777">
              <w:tc>
                <w:tcPr>
                  <w:tcW w:w="2891" w:type="dxa"/>
                </w:tcPr>
                <w:p w14:paraId="067E79A5" w14:textId="77777777" w:rsidR="00451829" w:rsidRDefault="00A8186F">
                  <w:r>
                    <w:rPr>
                      <w:color w:val="464646"/>
                      <w:sz w:val="18"/>
                    </w:rPr>
                    <w:t>☐</w:t>
                  </w:r>
                  <w:r>
                    <w:rPr>
                      <w:color w:val="464646"/>
                      <w:sz w:val="18"/>
                    </w:rPr>
                    <w:t xml:space="preserve"> Familles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3D0D55D4" w14:textId="77777777" w:rsidR="00451829" w:rsidRDefault="00451829"/>
              </w:tc>
            </w:tr>
            <w:tr w:rsidR="00451829" w14:paraId="0C2D5F11" w14:textId="77777777">
              <w:tc>
                <w:tcPr>
                  <w:tcW w:w="2891" w:type="dxa"/>
                </w:tcPr>
                <w:p w14:paraId="4D9F5441" w14:textId="77777777" w:rsidR="00451829" w:rsidRDefault="00A8186F">
                  <w:r>
                    <w:rPr>
                      <w:color w:val="464646"/>
                      <w:sz w:val="18"/>
                    </w:rPr>
                    <w:t>☐</w:t>
                  </w:r>
                  <w:r>
                    <w:rPr>
                      <w:color w:val="464646"/>
                      <w:sz w:val="18"/>
                    </w:rPr>
                    <w:t xml:space="preserve"> Seniors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74701D9F" w14:textId="77777777" w:rsidR="00451829" w:rsidRDefault="00451829"/>
              </w:tc>
            </w:tr>
            <w:tr w:rsidR="00451829" w14:paraId="01E533FF" w14:textId="77777777">
              <w:tc>
                <w:tcPr>
                  <w:tcW w:w="2891" w:type="dxa"/>
                </w:tcPr>
                <w:p w14:paraId="43A4BDDB" w14:textId="77777777" w:rsidR="00451829" w:rsidRDefault="00A8186F">
                  <w:r>
                    <w:rPr>
                      <w:color w:val="464646"/>
                      <w:sz w:val="18"/>
                    </w:rPr>
                    <w:t>☐</w:t>
                  </w:r>
                  <w:r>
                    <w:rPr>
                      <w:color w:val="464646"/>
                      <w:sz w:val="18"/>
                    </w:rPr>
                    <w:t xml:space="preserve"> Nouveaux arrivants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22145A9E" w14:textId="77777777" w:rsidR="00451829" w:rsidRDefault="00451829"/>
              </w:tc>
            </w:tr>
            <w:tr w:rsidR="00451829" w14:paraId="16C82A9B" w14:textId="77777777">
              <w:tc>
                <w:tcPr>
                  <w:tcW w:w="2891" w:type="dxa"/>
                </w:tcPr>
                <w:p w14:paraId="510873E2" w14:textId="77777777" w:rsidR="00451829" w:rsidRDefault="00A8186F">
                  <w:r>
                    <w:rPr>
                      <w:color w:val="464646"/>
                      <w:sz w:val="18"/>
                    </w:rPr>
                    <w:t>☐</w:t>
                  </w:r>
                  <w:r>
                    <w:rPr>
                      <w:color w:val="464646"/>
                      <w:sz w:val="18"/>
                    </w:rPr>
                    <w:t xml:space="preserve"> Personnes en situation de handicap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4C52926D" w14:textId="77777777" w:rsidR="00451829" w:rsidRDefault="00451829"/>
              </w:tc>
            </w:tr>
          </w:tbl>
          <w:p w14:paraId="181728F8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07"/>
              <w:gridCol w:w="2752"/>
            </w:tblGrid>
            <w:tr w:rsidR="00451829" w14:paraId="0E80B014" w14:textId="77777777">
              <w:tc>
                <w:tcPr>
                  <w:tcW w:w="2891" w:type="dxa"/>
                  <w:shd w:val="clear" w:color="auto" w:fill="ECEFF1"/>
                </w:tcPr>
                <w:p w14:paraId="4B8B6F76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 xml:space="preserve">Modalités d’inscription / </w:t>
                  </w:r>
                  <w:r>
                    <w:rPr>
                      <w:b/>
                      <w:color w:val="282828"/>
                      <w:sz w:val="18"/>
                    </w:rPr>
                    <w:t>adhésion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3F3FD2A4" w14:textId="77777777" w:rsidR="00451829" w:rsidRDefault="00451829"/>
              </w:tc>
            </w:tr>
          </w:tbl>
          <w:p w14:paraId="79EFA237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02"/>
              <w:gridCol w:w="2757"/>
            </w:tblGrid>
            <w:tr w:rsidR="00451829" w14:paraId="628687D6" w14:textId="77777777">
              <w:tc>
                <w:tcPr>
                  <w:tcW w:w="2891" w:type="dxa"/>
                  <w:shd w:val="clear" w:color="auto" w:fill="ECEFF1"/>
                </w:tcPr>
                <w:p w14:paraId="792F0599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Conditions d’accès (gratuit / tarifs)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1BF6B4E5" w14:textId="77777777" w:rsidR="00451829" w:rsidRDefault="00451829"/>
              </w:tc>
            </w:tr>
          </w:tbl>
          <w:p w14:paraId="5E1603FE" w14:textId="77777777" w:rsidR="00451829" w:rsidRDefault="00451829"/>
        </w:tc>
      </w:tr>
      <w:tr w:rsidR="00451829" w14:paraId="65643B31" w14:textId="77777777">
        <w:trPr>
          <w:jc w:val="center"/>
        </w:trPr>
        <w:tc>
          <w:tcPr>
            <w:tcW w:w="5783" w:type="dxa"/>
          </w:tcPr>
          <w:p w14:paraId="6986334A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60"/>
            </w:tblGrid>
            <w:tr w:rsidR="00451829" w14:paraId="7E0F2864" w14:textId="77777777">
              <w:tc>
                <w:tcPr>
                  <w:tcW w:w="5783" w:type="dxa"/>
                  <w:shd w:val="clear" w:color="auto" w:fill="1E88E5"/>
                </w:tcPr>
                <w:p w14:paraId="5C6A88CE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Gouvernance</w:t>
                  </w:r>
                </w:p>
              </w:tc>
            </w:tr>
          </w:tbl>
          <w:p w14:paraId="268D7133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98"/>
              <w:gridCol w:w="1850"/>
              <w:gridCol w:w="1812"/>
            </w:tblGrid>
            <w:tr w:rsidR="00451829" w14:paraId="74637CCE" w14:textId="77777777">
              <w:tc>
                <w:tcPr>
                  <w:tcW w:w="1928" w:type="dxa"/>
                  <w:shd w:val="clear" w:color="auto" w:fill="ECEFF1"/>
                </w:tcPr>
                <w:p w14:paraId="1B3C8886" w14:textId="77777777" w:rsidR="00451829" w:rsidRDefault="00A8186F">
                  <w:r>
                    <w:rPr>
                      <w:b/>
                      <w:sz w:val="18"/>
                    </w:rPr>
                    <w:t>Instance (AG/CA/Bureau)</w:t>
                  </w:r>
                </w:p>
              </w:tc>
              <w:tc>
                <w:tcPr>
                  <w:tcW w:w="1928" w:type="dxa"/>
                  <w:shd w:val="clear" w:color="auto" w:fill="ECEFF1"/>
                </w:tcPr>
                <w:p w14:paraId="7C4E2BBB" w14:textId="77777777" w:rsidR="00451829" w:rsidRDefault="00A8186F">
                  <w:r>
                    <w:rPr>
                      <w:b/>
                      <w:sz w:val="18"/>
                    </w:rPr>
                    <w:t>Fréquence</w:t>
                  </w:r>
                </w:p>
              </w:tc>
              <w:tc>
                <w:tcPr>
                  <w:tcW w:w="1928" w:type="dxa"/>
                  <w:shd w:val="clear" w:color="auto" w:fill="ECEFF1"/>
                </w:tcPr>
                <w:p w14:paraId="5DF0A7D5" w14:textId="77777777" w:rsidR="00451829" w:rsidRDefault="00A8186F">
                  <w:r>
                    <w:rPr>
                      <w:b/>
                      <w:sz w:val="18"/>
                    </w:rPr>
                    <w:t>Notes</w:t>
                  </w:r>
                </w:p>
              </w:tc>
            </w:tr>
            <w:tr w:rsidR="00451829" w14:paraId="40C39E30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27B7D04A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51BE7EA0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140C8E81" w14:textId="77777777" w:rsidR="00451829" w:rsidRDefault="00451829"/>
              </w:tc>
            </w:tr>
            <w:tr w:rsidR="00451829" w14:paraId="45DBE5FD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2B98818A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14AE4667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7CCFAAE4" w14:textId="77777777" w:rsidR="00451829" w:rsidRDefault="00451829"/>
              </w:tc>
            </w:tr>
            <w:tr w:rsidR="00451829" w14:paraId="1E7C45C0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2012E9D0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10A08E4E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7A801395" w14:textId="77777777" w:rsidR="00451829" w:rsidRDefault="00451829"/>
              </w:tc>
            </w:tr>
          </w:tbl>
          <w:p w14:paraId="208C8BBA" w14:textId="77777777" w:rsidR="00451829" w:rsidRDefault="00451829"/>
        </w:tc>
        <w:tc>
          <w:tcPr>
            <w:tcW w:w="5783" w:type="dxa"/>
          </w:tcPr>
          <w:p w14:paraId="4AD92228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59"/>
            </w:tblGrid>
            <w:tr w:rsidR="00451829" w14:paraId="2CAD82CA" w14:textId="77777777">
              <w:tc>
                <w:tcPr>
                  <w:tcW w:w="5783" w:type="dxa"/>
                  <w:shd w:val="clear" w:color="auto" w:fill="1E88E5"/>
                </w:tcPr>
                <w:p w14:paraId="07002C3B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Équipe &amp; Bénévolat</w:t>
                  </w:r>
                </w:p>
              </w:tc>
            </w:tr>
          </w:tbl>
          <w:p w14:paraId="177F516F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34"/>
              <w:gridCol w:w="1851"/>
              <w:gridCol w:w="1874"/>
            </w:tblGrid>
            <w:tr w:rsidR="00451829" w14:paraId="767A96DB" w14:textId="77777777">
              <w:tc>
                <w:tcPr>
                  <w:tcW w:w="1928" w:type="dxa"/>
                  <w:shd w:val="clear" w:color="auto" w:fill="ECEFF1"/>
                </w:tcPr>
                <w:p w14:paraId="0A63BED5" w14:textId="77777777" w:rsidR="00451829" w:rsidRDefault="00A8186F">
                  <w:r>
                    <w:rPr>
                      <w:b/>
                      <w:sz w:val="18"/>
                    </w:rPr>
                    <w:t>Salariés (ETP)</w:t>
                  </w:r>
                </w:p>
              </w:tc>
              <w:tc>
                <w:tcPr>
                  <w:tcW w:w="1928" w:type="dxa"/>
                  <w:shd w:val="clear" w:color="auto" w:fill="ECEFF1"/>
                </w:tcPr>
                <w:p w14:paraId="2F9CAB00" w14:textId="77777777" w:rsidR="00451829" w:rsidRDefault="00A8186F">
                  <w:r>
                    <w:rPr>
                      <w:b/>
                      <w:sz w:val="18"/>
                    </w:rPr>
                    <w:t>Bénévoles</w:t>
                  </w:r>
                </w:p>
              </w:tc>
              <w:tc>
                <w:tcPr>
                  <w:tcW w:w="1928" w:type="dxa"/>
                  <w:shd w:val="clear" w:color="auto" w:fill="ECEFF1"/>
                </w:tcPr>
                <w:p w14:paraId="2858ECA1" w14:textId="77777777" w:rsidR="00451829" w:rsidRDefault="00A8186F">
                  <w:r>
                    <w:rPr>
                      <w:b/>
                      <w:sz w:val="18"/>
                    </w:rPr>
                    <w:t>Compétences clés</w:t>
                  </w:r>
                </w:p>
              </w:tc>
            </w:tr>
            <w:tr w:rsidR="00451829" w14:paraId="0B0A7215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57FA3C81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35EFFEE6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531295D2" w14:textId="77777777" w:rsidR="00451829" w:rsidRDefault="00451829"/>
              </w:tc>
            </w:tr>
            <w:tr w:rsidR="00451829" w14:paraId="0802CC7A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2AC74C79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3ACD8451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7959E067" w14:textId="77777777" w:rsidR="00451829" w:rsidRDefault="00451829"/>
              </w:tc>
            </w:tr>
            <w:tr w:rsidR="00451829" w14:paraId="6471C336" w14:textId="77777777"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6E6B1DF0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1E68742E" w14:textId="77777777" w:rsidR="00451829" w:rsidRDefault="00451829"/>
              </w:tc>
              <w:tc>
                <w:tcPr>
                  <w:tcW w:w="1928" w:type="dxa"/>
                  <w:tcBorders>
                    <w:bottom w:val="single" w:sz="12" w:space="0" w:color="B0BEC5"/>
                  </w:tcBorders>
                </w:tcPr>
                <w:p w14:paraId="283DC315" w14:textId="77777777" w:rsidR="00451829" w:rsidRDefault="00451829"/>
              </w:tc>
            </w:tr>
          </w:tbl>
          <w:p w14:paraId="7B5ACC80" w14:textId="77777777" w:rsidR="00451829" w:rsidRDefault="00451829"/>
        </w:tc>
      </w:tr>
      <w:tr w:rsidR="00451829" w14:paraId="71B27307" w14:textId="77777777">
        <w:trPr>
          <w:jc w:val="center"/>
        </w:trPr>
        <w:tc>
          <w:tcPr>
            <w:tcW w:w="5783" w:type="dxa"/>
          </w:tcPr>
          <w:p w14:paraId="513FA7D5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60"/>
            </w:tblGrid>
            <w:tr w:rsidR="00451829" w14:paraId="03267726" w14:textId="77777777">
              <w:tc>
                <w:tcPr>
                  <w:tcW w:w="5783" w:type="dxa"/>
                  <w:shd w:val="clear" w:color="auto" w:fill="1E88E5"/>
                </w:tcPr>
                <w:p w14:paraId="121678D6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Financement &amp; Ressources</w:t>
                  </w:r>
                </w:p>
              </w:tc>
            </w:tr>
          </w:tbl>
          <w:p w14:paraId="75B59244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82"/>
              <w:gridCol w:w="2778"/>
            </w:tblGrid>
            <w:tr w:rsidR="00451829" w14:paraId="1DFD7F63" w14:textId="77777777">
              <w:tc>
                <w:tcPr>
                  <w:tcW w:w="2891" w:type="dxa"/>
                  <w:shd w:val="clear" w:color="auto" w:fill="ECEFF1"/>
                </w:tcPr>
                <w:p w14:paraId="51B93403" w14:textId="77777777" w:rsidR="00451829" w:rsidRDefault="00A8186F">
                  <w:r>
                    <w:rPr>
                      <w:b/>
                      <w:sz w:val="18"/>
                    </w:rPr>
                    <w:t>Source</w:t>
                  </w:r>
                </w:p>
              </w:tc>
              <w:tc>
                <w:tcPr>
                  <w:tcW w:w="2891" w:type="dxa"/>
                  <w:shd w:val="clear" w:color="auto" w:fill="ECEFF1"/>
                </w:tcPr>
                <w:p w14:paraId="490D4ADB" w14:textId="77777777" w:rsidR="00451829" w:rsidRDefault="00A8186F">
                  <w:r>
                    <w:rPr>
                      <w:b/>
                      <w:sz w:val="18"/>
                    </w:rPr>
                    <w:t>Détail</w:t>
                  </w:r>
                </w:p>
              </w:tc>
            </w:tr>
            <w:tr w:rsidR="00451829" w14:paraId="6CEC18AC" w14:textId="77777777"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210CCBEA" w14:textId="77777777" w:rsidR="00451829" w:rsidRDefault="00451829"/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02F78669" w14:textId="77777777" w:rsidR="00451829" w:rsidRDefault="00451829"/>
              </w:tc>
            </w:tr>
            <w:tr w:rsidR="00451829" w14:paraId="75C3B27D" w14:textId="77777777"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387B76F9" w14:textId="77777777" w:rsidR="00451829" w:rsidRDefault="00451829"/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738FFC01" w14:textId="77777777" w:rsidR="00451829" w:rsidRDefault="00451829"/>
              </w:tc>
            </w:tr>
            <w:tr w:rsidR="00451829" w14:paraId="594763F5" w14:textId="77777777"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6FA356A0" w14:textId="77777777" w:rsidR="00451829" w:rsidRDefault="00451829"/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683F23A5" w14:textId="77777777" w:rsidR="00451829" w:rsidRDefault="00451829"/>
              </w:tc>
            </w:tr>
            <w:tr w:rsidR="00451829" w14:paraId="1DFF35A3" w14:textId="77777777"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22D280E0" w14:textId="77777777" w:rsidR="00451829" w:rsidRDefault="00451829"/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00A6E72C" w14:textId="77777777" w:rsidR="00451829" w:rsidRDefault="00451829"/>
              </w:tc>
            </w:tr>
            <w:tr w:rsidR="00451829" w14:paraId="176945CA" w14:textId="77777777"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62B97FF6" w14:textId="77777777" w:rsidR="00451829" w:rsidRDefault="00451829"/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016EEC3B" w14:textId="77777777" w:rsidR="00451829" w:rsidRDefault="00451829"/>
              </w:tc>
            </w:tr>
          </w:tbl>
          <w:p w14:paraId="3CA70C42" w14:textId="77777777" w:rsidR="00451829" w:rsidRDefault="00451829"/>
        </w:tc>
        <w:tc>
          <w:tcPr>
            <w:tcW w:w="5783" w:type="dxa"/>
          </w:tcPr>
          <w:p w14:paraId="6F8E15F4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59"/>
            </w:tblGrid>
            <w:tr w:rsidR="00451829" w14:paraId="7E3961AA" w14:textId="77777777">
              <w:tc>
                <w:tcPr>
                  <w:tcW w:w="5783" w:type="dxa"/>
                  <w:shd w:val="clear" w:color="auto" w:fill="1E88E5"/>
                </w:tcPr>
                <w:p w14:paraId="38ED2F39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Récit d’utilité (sans chiffres)</w:t>
                  </w:r>
                </w:p>
              </w:tc>
            </w:tr>
          </w:tbl>
          <w:p w14:paraId="7A64AD4B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59"/>
            </w:tblGrid>
            <w:tr w:rsidR="00451829" w14:paraId="081035F2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0358FDE0" w14:textId="77777777" w:rsidR="00451829" w:rsidRDefault="00451829"/>
              </w:tc>
            </w:tr>
            <w:tr w:rsidR="00451829" w14:paraId="19BD2B3B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70F247E6" w14:textId="77777777" w:rsidR="00451829" w:rsidRDefault="00451829"/>
              </w:tc>
            </w:tr>
            <w:tr w:rsidR="00451829" w14:paraId="1C1A2F66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093046D6" w14:textId="77777777" w:rsidR="00451829" w:rsidRDefault="00451829"/>
              </w:tc>
            </w:tr>
            <w:tr w:rsidR="00451829" w14:paraId="14F8036C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3399239D" w14:textId="77777777" w:rsidR="00451829" w:rsidRDefault="00451829"/>
              </w:tc>
            </w:tr>
            <w:tr w:rsidR="00451829" w14:paraId="0D48BF9A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09A8015B" w14:textId="77777777" w:rsidR="00451829" w:rsidRDefault="00451829"/>
              </w:tc>
            </w:tr>
            <w:tr w:rsidR="00451829" w14:paraId="6AF540D6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3AEB2B9F" w14:textId="77777777" w:rsidR="00451829" w:rsidRDefault="00451829"/>
              </w:tc>
            </w:tr>
          </w:tbl>
          <w:p w14:paraId="5DC535EB" w14:textId="77777777" w:rsidR="00451829" w:rsidRDefault="00451829"/>
        </w:tc>
      </w:tr>
      <w:tr w:rsidR="00451829" w14:paraId="4DCE83E5" w14:textId="77777777">
        <w:tblPrEx>
          <w:jc w:val="left"/>
        </w:tblPrEx>
        <w:tc>
          <w:tcPr>
            <w:tcW w:w="5783" w:type="dxa"/>
          </w:tcPr>
          <w:p w14:paraId="65F3BAA4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60"/>
            </w:tblGrid>
            <w:tr w:rsidR="00451829" w14:paraId="4DF63F77" w14:textId="77777777">
              <w:tc>
                <w:tcPr>
                  <w:tcW w:w="5783" w:type="dxa"/>
                  <w:shd w:val="clear" w:color="auto" w:fill="1E88E5"/>
                </w:tcPr>
                <w:p w14:paraId="524C2362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Signature du/de la Président·e</w:t>
                  </w:r>
                </w:p>
              </w:tc>
            </w:tr>
          </w:tbl>
          <w:p w14:paraId="7AEDA267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88"/>
              <w:gridCol w:w="2772"/>
            </w:tblGrid>
            <w:tr w:rsidR="00451829" w14:paraId="62C17227" w14:textId="77777777">
              <w:tc>
                <w:tcPr>
                  <w:tcW w:w="2891" w:type="dxa"/>
                  <w:shd w:val="clear" w:color="auto" w:fill="ECEFF1"/>
                </w:tcPr>
                <w:p w14:paraId="097C3206" w14:textId="77777777" w:rsidR="00451829" w:rsidRDefault="00A8186F">
                  <w:r>
                    <w:rPr>
                      <w:b/>
                      <w:color w:val="282828"/>
                      <w:sz w:val="18"/>
                    </w:rPr>
                    <w:t>Nom &amp; Visa</w:t>
                  </w:r>
                </w:p>
              </w:tc>
              <w:tc>
                <w:tcPr>
                  <w:tcW w:w="2891" w:type="dxa"/>
                  <w:tcBorders>
                    <w:bottom w:val="single" w:sz="12" w:space="0" w:color="B0BEC5"/>
                  </w:tcBorders>
                </w:tcPr>
                <w:p w14:paraId="7C97B32B" w14:textId="77777777" w:rsidR="00451829" w:rsidRDefault="00451829"/>
              </w:tc>
            </w:tr>
          </w:tbl>
          <w:p w14:paraId="324533FC" w14:textId="77777777" w:rsidR="00451829" w:rsidRDefault="00451829"/>
        </w:tc>
        <w:tc>
          <w:tcPr>
            <w:tcW w:w="5783" w:type="dxa"/>
          </w:tcPr>
          <w:p w14:paraId="23E82104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59"/>
            </w:tblGrid>
            <w:tr w:rsidR="00451829" w14:paraId="1C729887" w14:textId="77777777">
              <w:tc>
                <w:tcPr>
                  <w:tcW w:w="5783" w:type="dxa"/>
                  <w:shd w:val="clear" w:color="auto" w:fill="1E88E5"/>
                </w:tcPr>
                <w:p w14:paraId="1B476175" w14:textId="77777777" w:rsidR="00451829" w:rsidRDefault="00A8186F">
                  <w:r>
                    <w:rPr>
                      <w:b/>
                      <w:color w:val="FFFFFF"/>
                      <w:sz w:val="20"/>
                    </w:rPr>
                    <w:t>Tampon de l’association</w:t>
                  </w:r>
                </w:p>
              </w:tc>
            </w:tr>
          </w:tbl>
          <w:p w14:paraId="73523068" w14:textId="77777777" w:rsidR="00451829" w:rsidRDefault="00451829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59"/>
            </w:tblGrid>
            <w:tr w:rsidR="00451829" w14:paraId="3A4E9605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3317FCEB" w14:textId="77777777" w:rsidR="00451829" w:rsidRDefault="00451829"/>
              </w:tc>
            </w:tr>
            <w:tr w:rsidR="00451829" w14:paraId="268124C5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73DDFEB4" w14:textId="77777777" w:rsidR="00451829" w:rsidRDefault="00451829"/>
              </w:tc>
            </w:tr>
            <w:tr w:rsidR="00451829" w14:paraId="31357E3B" w14:textId="77777777">
              <w:tc>
                <w:tcPr>
                  <w:tcW w:w="5783" w:type="dxa"/>
                  <w:tcBorders>
                    <w:bottom w:val="single" w:sz="12" w:space="0" w:color="B0BEC5"/>
                  </w:tcBorders>
                </w:tcPr>
                <w:p w14:paraId="436C6A44" w14:textId="77777777" w:rsidR="00451829" w:rsidRDefault="00451829"/>
              </w:tc>
            </w:tr>
          </w:tbl>
          <w:p w14:paraId="6C387ADE" w14:textId="77777777" w:rsidR="00451829" w:rsidRDefault="00451829"/>
        </w:tc>
      </w:tr>
    </w:tbl>
    <w:p w14:paraId="06A6BBBE" w14:textId="77777777" w:rsidR="00A8186F" w:rsidRDefault="00A8186F"/>
    <w:sectPr w:rsidR="00A8186F" w:rsidSect="00034616">
      <w:footerReference w:type="default" r:id="rId8"/>
      <w:pgSz w:w="11906" w:h="16838"/>
      <w:pgMar w:top="170" w:right="170" w:bottom="170" w:left="1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1EAC6" w14:textId="77777777" w:rsidR="00A8186F" w:rsidRDefault="00A8186F">
      <w:pPr>
        <w:spacing w:after="0" w:line="240" w:lineRule="auto"/>
      </w:pPr>
      <w:r>
        <w:separator/>
      </w:r>
    </w:p>
  </w:endnote>
  <w:endnote w:type="continuationSeparator" w:id="0">
    <w:p w14:paraId="6A177D23" w14:textId="77777777" w:rsidR="00A8186F" w:rsidRDefault="00A81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5E24B" w14:textId="77777777" w:rsidR="00451829" w:rsidRDefault="00A8186F">
    <w:pPr>
      <w:pStyle w:val="Pieddepage"/>
      <w:jc w:val="center"/>
    </w:pPr>
    <w:r>
      <w:rPr>
        <w:color w:val="6E6E6E"/>
        <w:sz w:val="16"/>
      </w:rPr>
      <w:t xml:space="preserve">lecoursgratuit.com — Modèle Formulaire pleine page — A4 (prévoir imprimante sans bordure pour </w:t>
    </w:r>
    <w:r>
      <w:rPr>
        <w:color w:val="6E6E6E"/>
        <w:sz w:val="16"/>
      </w:rPr>
      <w:t>vrai « sans marge »)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A3C7E" w14:textId="77777777" w:rsidR="00A8186F" w:rsidRDefault="00A8186F">
      <w:pPr>
        <w:spacing w:after="0" w:line="240" w:lineRule="auto"/>
      </w:pPr>
      <w:r>
        <w:separator/>
      </w:r>
    </w:p>
  </w:footnote>
  <w:footnote w:type="continuationSeparator" w:id="0">
    <w:p w14:paraId="5191203B" w14:textId="77777777" w:rsidR="00A8186F" w:rsidRDefault="00A818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51829"/>
    <w:rsid w:val="00996400"/>
    <w:rsid w:val="00A8186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CD534C"/>
  <w14:defaultImageDpi w14:val="300"/>
  <w15:docId w15:val="{18C6FE06-BD1F-4D9F-B9CE-5883D7956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2025-10-19T18:44:00Z</dcterms:created>
  <dcterms:modified xsi:type="dcterms:W3CDTF">2025-10-19T18:44:00Z</dcterms:modified>
  <cp:category/>
</cp:coreProperties>
</file>