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6"/>
      </w:tblGrid>
      <w:tr w:rsidR="0064136F" w14:paraId="0BD3A07A" w14:textId="77777777">
        <w:trPr>
          <w:jc w:val="center"/>
        </w:trPr>
        <w:tc>
          <w:tcPr>
            <w:tcW w:w="10546" w:type="dxa"/>
            <w:shd w:val="clear" w:color="auto" w:fill="275A9F"/>
            <w:tcMar>
              <w:top w:w="220" w:type="dxa"/>
              <w:left w:w="220" w:type="dxa"/>
              <w:bottom w:w="180" w:type="dxa"/>
              <w:right w:w="220" w:type="dxa"/>
            </w:tcMar>
          </w:tcPr>
          <w:p w14:paraId="1D2E462F" w14:textId="2A41FA4A" w:rsidR="0064136F" w:rsidRDefault="00A2446C">
            <w:r>
              <w:rPr>
                <w:b/>
                <w:color w:val="FFFFFF"/>
                <w:sz w:val="40"/>
              </w:rPr>
              <w:t>ÉCHÉANCIER PME</w:t>
            </w:r>
          </w:p>
          <w:p w14:paraId="3175B5FE" w14:textId="7DA20A8B" w:rsidR="0064136F" w:rsidRDefault="00A2446C" w:rsidP="00745AE4">
            <w:r>
              <w:rPr>
                <w:color w:val="E6F0FF"/>
              </w:rPr>
              <w:t xml:space="preserve">Feuille de travail </w:t>
            </w:r>
            <w:proofErr w:type="spellStart"/>
            <w:r>
              <w:rPr>
                <w:color w:val="E6F0FF"/>
              </w:rPr>
              <w:t>opérationnelle</w:t>
            </w:r>
            <w:proofErr w:type="spellEnd"/>
            <w:r>
              <w:rPr>
                <w:color w:val="E6F0FF"/>
              </w:rPr>
              <w:t xml:space="preserve"> </w:t>
            </w:r>
            <w:r w:rsidR="00745AE4">
              <w:rPr>
                <w:color w:val="E6F0FF"/>
              </w:rPr>
              <w:t xml:space="preserve"> par </w:t>
            </w:r>
            <w:r>
              <w:rPr>
                <w:color w:val="E6F0FF"/>
                <w:sz w:val="18"/>
              </w:rPr>
              <w:t>l</w:t>
            </w:r>
            <w:r>
              <w:rPr>
                <w:color w:val="E6F0FF"/>
                <w:sz w:val="18"/>
              </w:rPr>
              <w:t xml:space="preserve">ecoursgratuit.com — </w:t>
            </w:r>
            <w:proofErr w:type="spellStart"/>
            <w:r>
              <w:rPr>
                <w:color w:val="E6F0FF"/>
                <w:sz w:val="18"/>
              </w:rPr>
              <w:t>Feuille</w:t>
            </w:r>
            <w:proofErr w:type="spellEnd"/>
            <w:r>
              <w:rPr>
                <w:color w:val="E6F0FF"/>
                <w:sz w:val="18"/>
              </w:rPr>
              <w:t xml:space="preserve"> de travail A4</w:t>
            </w:r>
          </w:p>
        </w:tc>
      </w:tr>
    </w:tbl>
    <w:p w14:paraId="50C01B92" w14:textId="77777777" w:rsidR="0064136F" w:rsidRDefault="0064136F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266"/>
        <w:gridCol w:w="5260"/>
      </w:tblGrid>
      <w:tr w:rsidR="0064136F" w14:paraId="67B2A080" w14:textId="77777777">
        <w:trPr>
          <w:jc w:val="center"/>
        </w:trPr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4EE932B" w14:textId="77777777" w:rsidR="0064136F" w:rsidRDefault="00A2446C">
            <w:r>
              <w:rPr>
                <w:b/>
              </w:rPr>
              <w:t>Identification</w:t>
            </w:r>
          </w:p>
          <w:p w14:paraId="7F90BE5F" w14:textId="77777777" w:rsidR="0064136F" w:rsidRDefault="00A2446C">
            <w:r>
              <w:t>Site / Société : ________________________________</w:t>
            </w:r>
          </w:p>
          <w:p w14:paraId="6EE43620" w14:textId="77777777" w:rsidR="0064136F" w:rsidRDefault="00A2446C">
            <w:r>
              <w:t xml:space="preserve">Service : </w:t>
            </w:r>
            <w:r>
              <w:t>_______________________________________</w:t>
            </w:r>
          </w:p>
          <w:p w14:paraId="43FD4DF4" w14:textId="77777777" w:rsidR="0064136F" w:rsidRDefault="00A2446C">
            <w:r>
              <w:t>Intervenants : __________________________________</w:t>
            </w:r>
          </w:p>
          <w:p w14:paraId="67A46BDF" w14:textId="77777777" w:rsidR="0064136F" w:rsidRDefault="00A2446C">
            <w:r>
              <w:t>Date du reportage : ____ / ____ / ______</w:t>
            </w:r>
          </w:p>
          <w:p w14:paraId="29CB28DF" w14:textId="77777777" w:rsidR="0064136F" w:rsidRDefault="00A2446C">
            <w:r>
              <w:t>Version du fichier : ________</w:t>
            </w:r>
          </w:p>
        </w:tc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1EBCB33" w14:textId="77777777" w:rsidR="0064136F" w:rsidRDefault="00A2446C">
            <w:r>
              <w:rPr>
                <w:b/>
              </w:rPr>
              <w:t>Objectif de la mission</w:t>
            </w:r>
          </w:p>
          <w:p w14:paraId="7DDF5BB5" w14:textId="77777777" w:rsidR="0064136F" w:rsidRDefault="00A2446C">
            <w:r>
              <w:t>• Sécuriser le suivi des encaissements et des retards</w:t>
            </w:r>
          </w:p>
          <w:p w14:paraId="7CCE3C71" w14:textId="77777777" w:rsidR="0064136F" w:rsidRDefault="00A2446C">
            <w:r>
              <w:t>• Normaliser la re</w:t>
            </w:r>
            <w:r>
              <w:t>lance et la preuve d’échéance</w:t>
            </w:r>
          </w:p>
          <w:p w14:paraId="0EF1A77A" w14:textId="77777777" w:rsidR="0064136F" w:rsidRDefault="00A2446C">
            <w:r>
              <w:t>• Éclairer le comité via KPIs &amp; graphiques</w:t>
            </w:r>
          </w:p>
        </w:tc>
      </w:tr>
      <w:tr w:rsidR="0064136F" w14:paraId="6557603A" w14:textId="77777777">
        <w:trPr>
          <w:jc w:val="center"/>
        </w:trPr>
        <w:tc>
          <w:tcPr>
            <w:tcW w:w="10546" w:type="dxa"/>
            <w:gridSpan w:val="2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F5F8F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AC43CA5" w14:textId="77777777" w:rsidR="0064136F" w:rsidRDefault="00A2446C">
            <w:r>
              <w:rPr>
                <w:b/>
              </w:rPr>
              <w:t>Périmètre : clients suivis, horizon 6 mois, statut (En attente / Partiel / En retard / Réglé).</w:t>
            </w:r>
          </w:p>
        </w:tc>
      </w:tr>
    </w:tbl>
    <w:p w14:paraId="64138C8D" w14:textId="77777777" w:rsidR="0064136F" w:rsidRDefault="0064136F"/>
    <w:p w14:paraId="5D03E43F" w14:textId="77777777" w:rsidR="0064136F" w:rsidRDefault="00A2446C">
      <w:r>
        <w:rPr>
          <w:b/>
        </w:rPr>
        <w:t>KPI à relever (depuis l’onglet « Suivi » de l’échéancier)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632"/>
        <w:gridCol w:w="2632"/>
        <w:gridCol w:w="2631"/>
        <w:gridCol w:w="2631"/>
      </w:tblGrid>
      <w:tr w:rsidR="0064136F" w14:paraId="3D4E383E" w14:textId="77777777">
        <w:trPr>
          <w:jc w:val="center"/>
        </w:trPr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9583BB8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Total Montant TTC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48F80531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Total Montant dû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DEC12AC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Total payé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4954394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Reste à payer</w:t>
            </w:r>
          </w:p>
        </w:tc>
      </w:tr>
      <w:tr w:rsidR="0064136F" w14:paraId="767DF84A" w14:textId="77777777">
        <w:trPr>
          <w:jc w:val="center"/>
        </w:trPr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vAlign w:val="center"/>
          </w:tcPr>
          <w:p w14:paraId="7CD07431" w14:textId="77777777" w:rsidR="0064136F" w:rsidRDefault="00A2446C">
            <w:r>
              <w:rPr>
                <w:sz w:val="24"/>
              </w:rPr>
              <w:t>______________ €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vAlign w:val="center"/>
          </w:tcPr>
          <w:p w14:paraId="64067B8D" w14:textId="77777777" w:rsidR="0064136F" w:rsidRDefault="00A2446C">
            <w:r>
              <w:rPr>
                <w:sz w:val="24"/>
              </w:rPr>
              <w:t>______________ €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vAlign w:val="center"/>
          </w:tcPr>
          <w:p w14:paraId="67BEC4E2" w14:textId="77777777" w:rsidR="0064136F" w:rsidRDefault="00A2446C">
            <w:r>
              <w:rPr>
                <w:sz w:val="24"/>
              </w:rPr>
              <w:t>______________ €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vAlign w:val="center"/>
          </w:tcPr>
          <w:p w14:paraId="1C940B30" w14:textId="77777777" w:rsidR="0064136F" w:rsidRDefault="00A2446C">
            <w:r>
              <w:rPr>
                <w:sz w:val="24"/>
              </w:rPr>
              <w:t>______________ €</w:t>
            </w:r>
          </w:p>
        </w:tc>
      </w:tr>
      <w:tr w:rsidR="0064136F" w14:paraId="49938398" w14:textId="77777777">
        <w:trPr>
          <w:jc w:val="center"/>
        </w:trPr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9AB3680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Factures en retard (nb)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856C403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Montant en retard (€)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3AA7610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% Réglé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4D802EE2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Mois pic reste à payer</w:t>
            </w:r>
          </w:p>
        </w:tc>
      </w:tr>
      <w:tr w:rsidR="0064136F" w14:paraId="65D54114" w14:textId="77777777">
        <w:trPr>
          <w:jc w:val="center"/>
        </w:trPr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vAlign w:val="center"/>
          </w:tcPr>
          <w:p w14:paraId="3B2C42D9" w14:textId="77777777" w:rsidR="0064136F" w:rsidRDefault="00A2446C">
            <w:r>
              <w:rPr>
                <w:sz w:val="24"/>
              </w:rPr>
              <w:t>______________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vAlign w:val="center"/>
          </w:tcPr>
          <w:p w14:paraId="2C0D5680" w14:textId="77777777" w:rsidR="0064136F" w:rsidRDefault="00A2446C">
            <w:r>
              <w:rPr>
                <w:sz w:val="24"/>
              </w:rPr>
              <w:t>______________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vAlign w:val="center"/>
          </w:tcPr>
          <w:p w14:paraId="16BC33E9" w14:textId="77777777" w:rsidR="0064136F" w:rsidRDefault="00A2446C">
            <w:r>
              <w:rPr>
                <w:sz w:val="24"/>
              </w:rPr>
              <w:t>______________</w:t>
            </w:r>
          </w:p>
        </w:tc>
        <w:tc>
          <w:tcPr>
            <w:tcW w:w="263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vAlign w:val="center"/>
          </w:tcPr>
          <w:p w14:paraId="4D202917" w14:textId="77777777" w:rsidR="0064136F" w:rsidRDefault="00A2446C">
            <w:r>
              <w:rPr>
                <w:sz w:val="24"/>
              </w:rPr>
              <w:t>______________</w:t>
            </w:r>
          </w:p>
        </w:tc>
      </w:tr>
    </w:tbl>
    <w:p w14:paraId="412E816B" w14:textId="77777777" w:rsidR="0064136F" w:rsidRDefault="0064136F"/>
    <w:p w14:paraId="3027C7F4" w14:textId="77777777" w:rsidR="0064136F" w:rsidRDefault="00A2446C">
      <w:r>
        <w:rPr>
          <w:b/>
        </w:rPr>
        <w:t>Checklist paramétrage du fichier (à cocher)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261"/>
        <w:gridCol w:w="5265"/>
      </w:tblGrid>
      <w:tr w:rsidR="0064136F" w14:paraId="4A86A076" w14:textId="77777777">
        <w:trPr>
          <w:jc w:val="center"/>
        </w:trPr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200" w:type="dxa"/>
              <w:bottom w:w="100" w:type="dxa"/>
              <w:right w:w="120" w:type="dxa"/>
            </w:tcMar>
          </w:tcPr>
          <w:p w14:paraId="012EAC91" w14:textId="77777777" w:rsidR="0064136F" w:rsidRDefault="00A2446C">
            <w:r>
              <w:rPr>
                <w:b/>
              </w:rPr>
              <w:t>☐</w:t>
            </w:r>
          </w:p>
        </w:tc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20" w:type="dxa"/>
              <w:bottom w:w="100" w:type="dxa"/>
              <w:right w:w="200" w:type="dxa"/>
            </w:tcMar>
          </w:tcPr>
          <w:p w14:paraId="769EF0BE" w14:textId="77777777" w:rsidR="0064136F" w:rsidRDefault="00A2446C">
            <w:r>
              <w:t>Formules A1 recopiées jusqu’à la ligne utile (H=F*G, J=F-H-I, L=J-K, M statut, P jours de retard)</w:t>
            </w:r>
          </w:p>
        </w:tc>
      </w:tr>
      <w:tr w:rsidR="0064136F" w14:paraId="064CE52D" w14:textId="77777777">
        <w:trPr>
          <w:jc w:val="center"/>
        </w:trPr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200" w:type="dxa"/>
              <w:bottom w:w="100" w:type="dxa"/>
              <w:right w:w="120" w:type="dxa"/>
            </w:tcMar>
          </w:tcPr>
          <w:p w14:paraId="29C6A26A" w14:textId="77777777" w:rsidR="0064136F" w:rsidRDefault="00A2446C">
            <w:r>
              <w:rPr>
                <w:b/>
              </w:rPr>
              <w:t>☐</w:t>
            </w:r>
          </w:p>
        </w:tc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20" w:type="dxa"/>
              <w:bottom w:w="100" w:type="dxa"/>
              <w:right w:w="200" w:type="dxa"/>
            </w:tcMar>
          </w:tcPr>
          <w:p w14:paraId="4451844A" w14:textId="77777777" w:rsidR="0064136F" w:rsidRDefault="00A2446C">
            <w:r>
              <w:t>Mises en forme conditionnelles actives (retard, échéance ≤ 7 jours, réglé)</w:t>
            </w:r>
          </w:p>
        </w:tc>
      </w:tr>
      <w:tr w:rsidR="0064136F" w14:paraId="4CA31C6E" w14:textId="77777777">
        <w:trPr>
          <w:jc w:val="center"/>
        </w:trPr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200" w:type="dxa"/>
              <w:bottom w:w="100" w:type="dxa"/>
              <w:right w:w="120" w:type="dxa"/>
            </w:tcMar>
          </w:tcPr>
          <w:p w14:paraId="4F009E1A" w14:textId="77777777" w:rsidR="0064136F" w:rsidRDefault="00A2446C">
            <w:r>
              <w:rPr>
                <w:b/>
              </w:rPr>
              <w:t>☐</w:t>
            </w:r>
          </w:p>
        </w:tc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20" w:type="dxa"/>
              <w:bottom w:w="100" w:type="dxa"/>
              <w:right w:w="200" w:type="dxa"/>
            </w:tcMar>
          </w:tcPr>
          <w:p w14:paraId="65BE3278" w14:textId="77777777" w:rsidR="0064136F" w:rsidRDefault="00A2446C">
            <w:r>
              <w:t>Listes déroula</w:t>
            </w:r>
            <w:r>
              <w:t>ntes (% acompte 0–1, mode de paiement) et formats date JJ/MM/AAAA</w:t>
            </w:r>
          </w:p>
        </w:tc>
      </w:tr>
      <w:tr w:rsidR="0064136F" w14:paraId="65C52F3D" w14:textId="77777777">
        <w:trPr>
          <w:jc w:val="center"/>
        </w:trPr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200" w:type="dxa"/>
              <w:bottom w:w="100" w:type="dxa"/>
              <w:right w:w="120" w:type="dxa"/>
            </w:tcMar>
          </w:tcPr>
          <w:p w14:paraId="288684F3" w14:textId="77777777" w:rsidR="0064136F" w:rsidRDefault="00A2446C">
            <w:r>
              <w:rPr>
                <w:b/>
              </w:rPr>
              <w:t>☐</w:t>
            </w:r>
          </w:p>
        </w:tc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20" w:type="dxa"/>
              <w:bottom w:w="100" w:type="dxa"/>
              <w:right w:w="200" w:type="dxa"/>
            </w:tcMar>
          </w:tcPr>
          <w:p w14:paraId="4BA721B6" w14:textId="77777777" w:rsidR="0064136F" w:rsidRDefault="00A2446C">
            <w:r>
              <w:t>Graphiques « Répartition par statut » et « 6 mois » connectés</w:t>
            </w:r>
          </w:p>
        </w:tc>
      </w:tr>
      <w:tr w:rsidR="0064136F" w14:paraId="5051A5DC" w14:textId="77777777">
        <w:trPr>
          <w:jc w:val="center"/>
        </w:trPr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200" w:type="dxa"/>
              <w:bottom w:w="100" w:type="dxa"/>
              <w:right w:w="120" w:type="dxa"/>
            </w:tcMar>
          </w:tcPr>
          <w:p w14:paraId="58B2151E" w14:textId="77777777" w:rsidR="0064136F" w:rsidRDefault="00A2446C">
            <w:r>
              <w:rPr>
                <w:b/>
              </w:rPr>
              <w:lastRenderedPageBreak/>
              <w:t>☐</w:t>
            </w:r>
          </w:p>
        </w:tc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20" w:type="dxa"/>
              <w:bottom w:w="100" w:type="dxa"/>
              <w:right w:w="200" w:type="dxa"/>
            </w:tcMar>
          </w:tcPr>
          <w:p w14:paraId="42E1178F" w14:textId="77777777" w:rsidR="0064136F" w:rsidRDefault="00A2446C">
            <w:r>
              <w:t>Autofilter sur l’onglet Échéancier ; colonnes gelées</w:t>
            </w:r>
          </w:p>
        </w:tc>
      </w:tr>
    </w:tbl>
    <w:p w14:paraId="6754CBC0" w14:textId="77777777" w:rsidR="0064136F" w:rsidRDefault="0064136F"/>
    <w:p w14:paraId="3B1974FE" w14:textId="77777777" w:rsidR="0064136F" w:rsidRDefault="00A2446C">
      <w:r>
        <w:rPr>
          <w:b/>
        </w:rPr>
        <w:t>Qualité des données (garanties)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262"/>
        <w:gridCol w:w="5264"/>
      </w:tblGrid>
      <w:tr w:rsidR="0064136F" w14:paraId="3428B92D" w14:textId="77777777">
        <w:trPr>
          <w:jc w:val="center"/>
        </w:trPr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200" w:type="dxa"/>
              <w:bottom w:w="100" w:type="dxa"/>
              <w:right w:w="120" w:type="dxa"/>
            </w:tcMar>
          </w:tcPr>
          <w:p w14:paraId="5AAA11DC" w14:textId="77777777" w:rsidR="0064136F" w:rsidRDefault="00A2446C">
            <w:r>
              <w:rPr>
                <w:b/>
              </w:rPr>
              <w:t>☐</w:t>
            </w:r>
          </w:p>
        </w:tc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20" w:type="dxa"/>
              <w:bottom w:w="100" w:type="dxa"/>
              <w:right w:w="200" w:type="dxa"/>
            </w:tcMar>
          </w:tcPr>
          <w:p w14:paraId="497BF9BE" w14:textId="77777777" w:rsidR="0064136F" w:rsidRDefault="00A2446C">
            <w:r>
              <w:t xml:space="preserve">Aucune cellule date au </w:t>
            </w:r>
            <w:r>
              <w:t>format texte ; pas de #REF! ni #VALUE!</w:t>
            </w:r>
          </w:p>
        </w:tc>
      </w:tr>
      <w:tr w:rsidR="0064136F" w14:paraId="47D7632D" w14:textId="77777777">
        <w:trPr>
          <w:jc w:val="center"/>
        </w:trPr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200" w:type="dxa"/>
              <w:bottom w:w="100" w:type="dxa"/>
              <w:right w:w="120" w:type="dxa"/>
            </w:tcMar>
          </w:tcPr>
          <w:p w14:paraId="1954D44F" w14:textId="77777777" w:rsidR="0064136F" w:rsidRDefault="00A2446C">
            <w:r>
              <w:rPr>
                <w:b/>
              </w:rPr>
              <w:t>☐</w:t>
            </w:r>
          </w:p>
        </w:tc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20" w:type="dxa"/>
              <w:bottom w:w="100" w:type="dxa"/>
              <w:right w:w="200" w:type="dxa"/>
            </w:tcMar>
          </w:tcPr>
          <w:p w14:paraId="66618FD2" w14:textId="77777777" w:rsidR="0064136F" w:rsidRDefault="00A2446C">
            <w:r>
              <w:t>Colonnes Échéance et Montant complètes ; notes renseignées pour dossiers sensibles</w:t>
            </w:r>
          </w:p>
        </w:tc>
      </w:tr>
      <w:tr w:rsidR="0064136F" w14:paraId="1C1FFE8E" w14:textId="77777777">
        <w:trPr>
          <w:jc w:val="center"/>
        </w:trPr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200" w:type="dxa"/>
              <w:bottom w:w="100" w:type="dxa"/>
              <w:right w:w="120" w:type="dxa"/>
            </w:tcMar>
          </w:tcPr>
          <w:p w14:paraId="2D0480CD" w14:textId="77777777" w:rsidR="0064136F" w:rsidRDefault="00A2446C">
            <w:r>
              <w:rPr>
                <w:b/>
              </w:rPr>
              <w:t>☐</w:t>
            </w:r>
          </w:p>
        </w:tc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20" w:type="dxa"/>
              <w:bottom w:w="100" w:type="dxa"/>
              <w:right w:w="200" w:type="dxa"/>
            </w:tcMar>
          </w:tcPr>
          <w:p w14:paraId="20CE0EF1" w14:textId="77777777" w:rsidR="0064136F" w:rsidRDefault="00A2446C">
            <w:r>
              <w:t>Dernier paiement renseigné pour les lignes partiellement réglées</w:t>
            </w:r>
          </w:p>
        </w:tc>
      </w:tr>
      <w:tr w:rsidR="0064136F" w14:paraId="19A99668" w14:textId="77777777">
        <w:trPr>
          <w:jc w:val="center"/>
        </w:trPr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200" w:type="dxa"/>
              <w:bottom w:w="100" w:type="dxa"/>
              <w:right w:w="120" w:type="dxa"/>
            </w:tcMar>
          </w:tcPr>
          <w:p w14:paraId="1275609C" w14:textId="77777777" w:rsidR="0064136F" w:rsidRDefault="00A2446C">
            <w:r>
              <w:rPr>
                <w:b/>
              </w:rPr>
              <w:t>☐</w:t>
            </w:r>
          </w:p>
        </w:tc>
        <w:tc>
          <w:tcPr>
            <w:tcW w:w="5273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20" w:type="dxa"/>
              <w:bottom w:w="100" w:type="dxa"/>
              <w:right w:w="200" w:type="dxa"/>
            </w:tcMar>
          </w:tcPr>
          <w:p w14:paraId="3C07FE0A" w14:textId="77777777" w:rsidR="0064136F" w:rsidRDefault="00A2446C">
            <w:r>
              <w:t>Échantillon spot-check (5 lignes) conforme aux pièces (factu</w:t>
            </w:r>
            <w:r>
              <w:t>res, preuves virement)</w:t>
            </w:r>
          </w:p>
        </w:tc>
      </w:tr>
    </w:tbl>
    <w:p w14:paraId="19FBE648" w14:textId="77777777" w:rsidR="0064136F" w:rsidRDefault="0064136F"/>
    <w:p w14:paraId="6FBE0B1B" w14:textId="77777777" w:rsidR="0064136F" w:rsidRDefault="00A2446C">
      <w:r>
        <w:rPr>
          <w:b/>
        </w:rPr>
        <w:t>Itinéraire de relance (script opérationnel)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526"/>
      </w:tblGrid>
      <w:tr w:rsidR="0064136F" w14:paraId="349363E9" w14:textId="77777777">
        <w:tc>
          <w:tcPr>
            <w:tcW w:w="1054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8BCF86D" w14:textId="77777777" w:rsidR="0064136F" w:rsidRDefault="00A2446C">
            <w:r>
              <w:rPr>
                <w:b/>
              </w:rPr>
              <w:t>Relance 1 — courtoise</w:t>
            </w:r>
          </w:p>
        </w:tc>
      </w:tr>
    </w:tbl>
    <w:p w14:paraId="156CB438" w14:textId="77777777" w:rsidR="0064136F" w:rsidRDefault="00A2446C">
      <w:pPr>
        <w:spacing w:after="0"/>
      </w:pPr>
      <w:r>
        <w:t>• Date : ______________________________</w:t>
      </w:r>
    </w:p>
    <w:p w14:paraId="064A8244" w14:textId="77777777" w:rsidR="0064136F" w:rsidRDefault="00A2446C">
      <w:pPr>
        <w:spacing w:after="0"/>
      </w:pPr>
      <w:r>
        <w:t>• Canal : ______________________________</w:t>
      </w:r>
    </w:p>
    <w:p w14:paraId="73742DD6" w14:textId="77777777" w:rsidR="0064136F" w:rsidRDefault="00A2446C">
      <w:pPr>
        <w:spacing w:after="0"/>
      </w:pPr>
      <w:r>
        <w:t>• Contact : ______________________________</w:t>
      </w:r>
    </w:p>
    <w:p w14:paraId="4B0F615A" w14:textId="77777777" w:rsidR="0064136F" w:rsidRDefault="00A2446C">
      <w:pPr>
        <w:spacing w:after="0"/>
      </w:pPr>
      <w:r>
        <w:t xml:space="preserve">• Message clé : </w:t>
      </w:r>
      <w:r>
        <w:t>______________________________</w:t>
      </w:r>
    </w:p>
    <w:p w14:paraId="2816A837" w14:textId="77777777" w:rsidR="0064136F" w:rsidRDefault="00A2446C">
      <w:pPr>
        <w:spacing w:after="0"/>
      </w:pPr>
      <w:r>
        <w:t>• Promesse de paiement : ______________________________</w:t>
      </w:r>
    </w:p>
    <w:p w14:paraId="08401CC0" w14:textId="77777777" w:rsidR="0064136F" w:rsidRDefault="00A2446C">
      <w:pPr>
        <w:spacing w:after="0"/>
      </w:pPr>
      <w:r>
        <w:t>• Date de suivi : 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526"/>
      </w:tblGrid>
      <w:tr w:rsidR="0064136F" w14:paraId="56129D3D" w14:textId="77777777">
        <w:tc>
          <w:tcPr>
            <w:tcW w:w="1054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E9BB244" w14:textId="77777777" w:rsidR="0064136F" w:rsidRDefault="00A2446C">
            <w:r>
              <w:rPr>
                <w:b/>
              </w:rPr>
              <w:t>Relance 2 — ferme</w:t>
            </w:r>
          </w:p>
        </w:tc>
      </w:tr>
    </w:tbl>
    <w:p w14:paraId="23271264" w14:textId="77777777" w:rsidR="0064136F" w:rsidRDefault="00A2446C">
      <w:pPr>
        <w:spacing w:after="0"/>
      </w:pPr>
      <w:r>
        <w:t>• Date : ______________________________</w:t>
      </w:r>
    </w:p>
    <w:p w14:paraId="2CF94904" w14:textId="77777777" w:rsidR="0064136F" w:rsidRDefault="00A2446C">
      <w:pPr>
        <w:spacing w:after="0"/>
      </w:pPr>
      <w:r>
        <w:t>• Canal : ______________________________</w:t>
      </w:r>
    </w:p>
    <w:p w14:paraId="7272EB40" w14:textId="77777777" w:rsidR="0064136F" w:rsidRDefault="00A2446C">
      <w:pPr>
        <w:spacing w:after="0"/>
      </w:pPr>
      <w:r>
        <w:t>• Contact : ________</w:t>
      </w:r>
      <w:r>
        <w:t>______________________</w:t>
      </w:r>
    </w:p>
    <w:p w14:paraId="3DB7FD6C" w14:textId="77777777" w:rsidR="0064136F" w:rsidRDefault="00A2446C">
      <w:pPr>
        <w:spacing w:after="0"/>
      </w:pPr>
      <w:r>
        <w:t>• Message clé : ______________________________</w:t>
      </w:r>
    </w:p>
    <w:p w14:paraId="5681E5C9" w14:textId="77777777" w:rsidR="0064136F" w:rsidRDefault="00A2446C">
      <w:pPr>
        <w:spacing w:after="0"/>
      </w:pPr>
      <w:r>
        <w:t>• Objection / réponse : ______________________________</w:t>
      </w:r>
    </w:p>
    <w:p w14:paraId="505929C8" w14:textId="77777777" w:rsidR="0064136F" w:rsidRDefault="00A2446C">
      <w:pPr>
        <w:spacing w:after="0"/>
      </w:pPr>
      <w:r>
        <w:t>• Date de suivi : 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526"/>
      </w:tblGrid>
      <w:tr w:rsidR="0064136F" w14:paraId="589B6CB7" w14:textId="77777777">
        <w:tc>
          <w:tcPr>
            <w:tcW w:w="10546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7A4CEBA" w14:textId="77777777" w:rsidR="0064136F" w:rsidRDefault="00A2446C">
            <w:r>
              <w:rPr>
                <w:b/>
              </w:rPr>
              <w:t>Relance 3 — plan d’apurement / mise en demeure</w:t>
            </w:r>
          </w:p>
        </w:tc>
      </w:tr>
    </w:tbl>
    <w:p w14:paraId="5DA69CB1" w14:textId="77777777" w:rsidR="0064136F" w:rsidRDefault="00A2446C">
      <w:pPr>
        <w:spacing w:after="0"/>
      </w:pPr>
      <w:r>
        <w:t>• Date : _________________________</w:t>
      </w:r>
      <w:r>
        <w:t>_____</w:t>
      </w:r>
    </w:p>
    <w:p w14:paraId="5BD627F0" w14:textId="77777777" w:rsidR="0064136F" w:rsidRDefault="00A2446C">
      <w:pPr>
        <w:spacing w:after="0"/>
      </w:pPr>
      <w:r>
        <w:t>• Canal : ______________________________</w:t>
      </w:r>
    </w:p>
    <w:p w14:paraId="41C702C5" w14:textId="77777777" w:rsidR="0064136F" w:rsidRDefault="00A2446C">
      <w:pPr>
        <w:spacing w:after="0"/>
      </w:pPr>
      <w:r>
        <w:t>• Contact : ______________________________</w:t>
      </w:r>
    </w:p>
    <w:p w14:paraId="0AC21E94" w14:textId="77777777" w:rsidR="0064136F" w:rsidRDefault="00A2446C">
      <w:pPr>
        <w:spacing w:after="0"/>
      </w:pPr>
      <w:r>
        <w:t>• Proposition : ______________________________</w:t>
      </w:r>
    </w:p>
    <w:p w14:paraId="541BD387" w14:textId="77777777" w:rsidR="0064136F" w:rsidRDefault="00A2446C">
      <w:pPr>
        <w:spacing w:after="0"/>
      </w:pPr>
      <w:r>
        <w:t>• Accord / refus : ______________________________</w:t>
      </w:r>
    </w:p>
    <w:p w14:paraId="4A8ED1FC" w14:textId="77777777" w:rsidR="0064136F" w:rsidRDefault="00A2446C">
      <w:pPr>
        <w:spacing w:after="0"/>
      </w:pPr>
      <w:r>
        <w:t xml:space="preserve">• Date de suivi : </w:t>
      </w:r>
      <w:r>
        <w:t>______________________________</w:t>
      </w:r>
    </w:p>
    <w:p w14:paraId="641A989F" w14:textId="77777777" w:rsidR="0064136F" w:rsidRDefault="0064136F"/>
    <w:p w14:paraId="6B5DF110" w14:textId="77777777" w:rsidR="0064136F" w:rsidRDefault="00A2446C">
      <w:r>
        <w:rPr>
          <w:b/>
        </w:rPr>
        <w:t>Dossiers à relancer — sélection du jour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02"/>
        <w:gridCol w:w="1506"/>
        <w:gridCol w:w="1505"/>
        <w:gridCol w:w="1502"/>
        <w:gridCol w:w="1504"/>
        <w:gridCol w:w="1505"/>
        <w:gridCol w:w="1502"/>
      </w:tblGrid>
      <w:tr w:rsidR="0064136F" w14:paraId="30F63180" w14:textId="77777777">
        <w:trPr>
          <w:jc w:val="center"/>
        </w:trPr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DF5E2D5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lastRenderedPageBreak/>
              <w:t>Client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D0BCE23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Référence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8EFD681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Échéance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404D8C5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Reste à payer (€)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8FCE977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Contact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995434A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Promesse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275A9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E43252E" w14:textId="77777777" w:rsidR="0064136F" w:rsidRDefault="00A2446C">
            <w:pPr>
              <w:jc w:val="center"/>
            </w:pPr>
            <w:r>
              <w:rPr>
                <w:b/>
                <w:color w:val="FFFFFF"/>
              </w:rPr>
              <w:t>Suivi le</w:t>
            </w:r>
          </w:p>
        </w:tc>
      </w:tr>
      <w:tr w:rsidR="0064136F" w14:paraId="5479151E" w14:textId="77777777">
        <w:trPr>
          <w:jc w:val="center"/>
        </w:trPr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FD5C288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694BCBC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31976B3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2EB9B5A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3B39BDE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C6F7B1F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BD34E8B" w14:textId="77777777" w:rsidR="0064136F" w:rsidRDefault="00A2446C">
            <w:r>
              <w:t xml:space="preserve"> </w:t>
            </w:r>
          </w:p>
        </w:tc>
      </w:tr>
      <w:tr w:rsidR="0064136F" w14:paraId="66FE2139" w14:textId="77777777">
        <w:trPr>
          <w:jc w:val="center"/>
        </w:trPr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42C0BF2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8D319E7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595AEB4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A5BE590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282ABAB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A00773E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EEB613C" w14:textId="77777777" w:rsidR="0064136F" w:rsidRDefault="00A2446C">
            <w:r>
              <w:t xml:space="preserve"> </w:t>
            </w:r>
          </w:p>
        </w:tc>
      </w:tr>
      <w:tr w:rsidR="0064136F" w14:paraId="586DE8C0" w14:textId="77777777">
        <w:trPr>
          <w:jc w:val="center"/>
        </w:trPr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E4D6D29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B61957C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9B09CDA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77E12C3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AA2AC31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DB49644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3F56699" w14:textId="77777777" w:rsidR="0064136F" w:rsidRDefault="00A2446C">
            <w:r>
              <w:t xml:space="preserve"> </w:t>
            </w:r>
          </w:p>
        </w:tc>
      </w:tr>
      <w:tr w:rsidR="0064136F" w14:paraId="0B5CB531" w14:textId="77777777">
        <w:trPr>
          <w:jc w:val="center"/>
        </w:trPr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B87008B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52C9276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9FB9B06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4770D12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63D47DA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7FA47A5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79B496D" w14:textId="77777777" w:rsidR="0064136F" w:rsidRDefault="00A2446C">
            <w:r>
              <w:t xml:space="preserve"> </w:t>
            </w:r>
          </w:p>
        </w:tc>
      </w:tr>
      <w:tr w:rsidR="0064136F" w14:paraId="528DFBD2" w14:textId="77777777">
        <w:trPr>
          <w:jc w:val="center"/>
        </w:trPr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E9FBD10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1250BB8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53F63E5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BE7F7B2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D1647A6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AC778EE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1772333" w14:textId="77777777" w:rsidR="0064136F" w:rsidRDefault="00A2446C">
            <w:r>
              <w:t xml:space="preserve"> </w:t>
            </w:r>
          </w:p>
        </w:tc>
      </w:tr>
      <w:tr w:rsidR="0064136F" w14:paraId="4585EECF" w14:textId="77777777">
        <w:trPr>
          <w:jc w:val="center"/>
        </w:trPr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C028C25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8C7391C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DE6E6EE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E35E065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3EE7BC7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F0F4927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876180F" w14:textId="77777777" w:rsidR="0064136F" w:rsidRDefault="00A2446C">
            <w:r>
              <w:t xml:space="preserve"> </w:t>
            </w:r>
          </w:p>
        </w:tc>
      </w:tr>
      <w:tr w:rsidR="0064136F" w14:paraId="4780602E" w14:textId="77777777">
        <w:trPr>
          <w:jc w:val="center"/>
        </w:trPr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E27629A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7FE7AE7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8BD91EF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B94697F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7A007A6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1525554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EA05241" w14:textId="77777777" w:rsidR="0064136F" w:rsidRDefault="00A2446C">
            <w:r>
              <w:t xml:space="preserve"> </w:t>
            </w:r>
          </w:p>
        </w:tc>
      </w:tr>
      <w:tr w:rsidR="0064136F" w14:paraId="757115B4" w14:textId="77777777">
        <w:trPr>
          <w:jc w:val="center"/>
        </w:trPr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2F69303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872ACCF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25C6F6C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F2B3D20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8D4EBFD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B6E0A06" w14:textId="77777777" w:rsidR="0064136F" w:rsidRDefault="00A2446C">
            <w:r>
              <w:t xml:space="preserve"> </w:t>
            </w:r>
          </w:p>
        </w:tc>
        <w:tc>
          <w:tcPr>
            <w:tcW w:w="1507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7835C1A" w14:textId="77777777" w:rsidR="0064136F" w:rsidRDefault="00A2446C">
            <w:r>
              <w:t xml:space="preserve"> </w:t>
            </w:r>
          </w:p>
        </w:tc>
      </w:tr>
    </w:tbl>
    <w:p w14:paraId="0E5A8671" w14:textId="77777777" w:rsidR="0064136F" w:rsidRDefault="0064136F"/>
    <w:p w14:paraId="41E44DD4" w14:textId="77777777" w:rsidR="0064136F" w:rsidRDefault="00A2446C">
      <w:r>
        <w:rPr>
          <w:b/>
        </w:rPr>
        <w:t>Plan d’action 7 jours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53"/>
        <w:gridCol w:w="1754"/>
        <w:gridCol w:w="1757"/>
        <w:gridCol w:w="1755"/>
        <w:gridCol w:w="1754"/>
        <w:gridCol w:w="1753"/>
      </w:tblGrid>
      <w:tr w:rsidR="0064136F" w14:paraId="1170F79F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E8AA15E" w14:textId="77777777" w:rsidR="0064136F" w:rsidRDefault="00A2446C">
            <w:r>
              <w:rPr>
                <w:b/>
              </w:rPr>
              <w:t>Action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75D8DCE" w14:textId="77777777" w:rsidR="0064136F" w:rsidRDefault="00A2446C">
            <w:r>
              <w:rPr>
                <w:b/>
              </w:rPr>
              <w:t>Lot de factures / Segment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B15FF03" w14:textId="77777777" w:rsidR="0064136F" w:rsidRDefault="00A2446C">
            <w:r>
              <w:rPr>
                <w:b/>
              </w:rPr>
              <w:t>Responsable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5E4F480" w14:textId="77777777" w:rsidR="0064136F" w:rsidRDefault="00A2446C">
            <w:r>
              <w:rPr>
                <w:b/>
              </w:rPr>
              <w:t>Échéance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B84A73E" w14:textId="77777777" w:rsidR="0064136F" w:rsidRDefault="00A2446C">
            <w:r>
              <w:rPr>
                <w:b/>
              </w:rPr>
              <w:t>Preuve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B10E012" w14:textId="77777777" w:rsidR="0064136F" w:rsidRDefault="00A2446C">
            <w:r>
              <w:rPr>
                <w:b/>
              </w:rPr>
              <w:t>Statut</w:t>
            </w:r>
          </w:p>
        </w:tc>
      </w:tr>
      <w:tr w:rsidR="0064136F" w14:paraId="55D4D2D4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5D84383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4A2CDA2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4B79FE9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37E823E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7573AC6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87684E3" w14:textId="77777777" w:rsidR="0064136F" w:rsidRDefault="00A2446C">
            <w:r>
              <w:t xml:space="preserve"> </w:t>
            </w:r>
          </w:p>
        </w:tc>
      </w:tr>
      <w:tr w:rsidR="0064136F" w14:paraId="43B93A44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0A8EB1A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B50275A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D02788B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2D745F6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7A3C38F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09232F2" w14:textId="77777777" w:rsidR="0064136F" w:rsidRDefault="00A2446C">
            <w:r>
              <w:t xml:space="preserve"> </w:t>
            </w:r>
          </w:p>
        </w:tc>
      </w:tr>
      <w:tr w:rsidR="0064136F" w14:paraId="17C20928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3FD2011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0C3EC18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74505DF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DFF1BD8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EDC1384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BE5BE4A" w14:textId="77777777" w:rsidR="0064136F" w:rsidRDefault="00A2446C">
            <w:r>
              <w:t xml:space="preserve"> </w:t>
            </w:r>
          </w:p>
        </w:tc>
      </w:tr>
      <w:tr w:rsidR="0064136F" w14:paraId="468CACAA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9E60911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8F69A3B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787A719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A221F81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A1F8543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648164E" w14:textId="77777777" w:rsidR="0064136F" w:rsidRDefault="00A2446C">
            <w:r>
              <w:t xml:space="preserve"> </w:t>
            </w:r>
          </w:p>
        </w:tc>
      </w:tr>
      <w:tr w:rsidR="0064136F" w14:paraId="0DF8B1F6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DC8D931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D40E1B3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D1F7301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A8BEB8B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4D808D7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ED7F5AD" w14:textId="77777777" w:rsidR="0064136F" w:rsidRDefault="00A2446C">
            <w:r>
              <w:t xml:space="preserve"> </w:t>
            </w:r>
          </w:p>
        </w:tc>
      </w:tr>
      <w:tr w:rsidR="0064136F" w14:paraId="4BD45B4A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8CFE21E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A2251C4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1A7C73D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C932C86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52007D0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8D8AF93" w14:textId="77777777" w:rsidR="0064136F" w:rsidRDefault="00A2446C">
            <w:r>
              <w:t xml:space="preserve"> </w:t>
            </w:r>
          </w:p>
        </w:tc>
      </w:tr>
      <w:tr w:rsidR="0064136F" w14:paraId="0BD8E91A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CBF0B43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81FD9F7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8F99D4A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B140170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988128F" w14:textId="77777777" w:rsidR="0064136F" w:rsidRDefault="00A2446C">
            <w:r>
              <w:t xml:space="preserve"> 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43CCEDD" w14:textId="77777777" w:rsidR="0064136F" w:rsidRDefault="00A2446C">
            <w:r>
              <w:t xml:space="preserve"> </w:t>
            </w:r>
          </w:p>
        </w:tc>
      </w:tr>
    </w:tbl>
    <w:p w14:paraId="1B7344BE" w14:textId="77777777" w:rsidR="0064136F" w:rsidRDefault="0064136F"/>
    <w:p w14:paraId="3020ECA4" w14:textId="77777777" w:rsidR="0064136F" w:rsidRDefault="00A2446C">
      <w:r>
        <w:rPr>
          <w:b/>
        </w:rPr>
        <w:t>RACI minimal — qui fait quoi 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49"/>
        <w:gridCol w:w="1733"/>
        <w:gridCol w:w="1742"/>
        <w:gridCol w:w="1803"/>
        <w:gridCol w:w="1753"/>
        <w:gridCol w:w="1746"/>
      </w:tblGrid>
      <w:tr w:rsidR="0064136F" w14:paraId="38765CD1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A230B38" w14:textId="77777777" w:rsidR="0064136F" w:rsidRDefault="00A2446C">
            <w:r>
              <w:rPr>
                <w:b/>
              </w:rPr>
              <w:lastRenderedPageBreak/>
              <w:t>Activité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D7253AA" w14:textId="77777777" w:rsidR="0064136F" w:rsidRDefault="00A2446C">
            <w:r>
              <w:rPr>
                <w:b/>
              </w:rPr>
              <w:t>DAF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005F07" w14:textId="77777777" w:rsidR="0064136F" w:rsidRDefault="00A2446C">
            <w:r>
              <w:rPr>
                <w:b/>
              </w:rPr>
              <w:t>Compta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74A40D9" w14:textId="77777777" w:rsidR="0064136F" w:rsidRDefault="00A2446C">
            <w:r>
              <w:rPr>
                <w:b/>
              </w:rPr>
              <w:t>Recouvrement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6A68C3D" w14:textId="77777777" w:rsidR="0064136F" w:rsidRDefault="00A2446C">
            <w:r>
              <w:rPr>
                <w:b/>
              </w:rPr>
              <w:t>Commercial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shd w:val="clear" w:color="auto" w:fill="D2E4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E5EDDF9" w14:textId="77777777" w:rsidR="0064136F" w:rsidRDefault="00A2446C">
            <w:r>
              <w:rPr>
                <w:b/>
              </w:rPr>
              <w:t>Direction</w:t>
            </w:r>
          </w:p>
        </w:tc>
      </w:tr>
      <w:tr w:rsidR="0064136F" w14:paraId="64DD71C8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 w14:paraId="2FD3A315" w14:textId="77777777" w:rsidR="0064136F" w:rsidRDefault="00A2446C">
            <w:r>
              <w:t>MAJ paiements cumulés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5241858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4C6DF41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C6FA10C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1821A6E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73CDC55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</w:tr>
      <w:tr w:rsidR="0064136F" w14:paraId="0B9C05E2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 w14:paraId="1E62FBBF" w14:textId="77777777" w:rsidR="0064136F" w:rsidRDefault="00A2446C">
            <w:r>
              <w:t>Relance client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6608C0D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0E9BB5E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1C5ED86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136087F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0F0A94E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</w:tr>
      <w:tr w:rsidR="0064136F" w14:paraId="12E3AB01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 w14:paraId="7B9A5BD5" w14:textId="77777777" w:rsidR="0064136F" w:rsidRDefault="00A2446C">
            <w:r>
              <w:t>Validation d’un plan d’apurement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BC1E513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87DFCEC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45C9651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EFF7E30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A98CC55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</w:tr>
      <w:tr w:rsidR="0064136F" w14:paraId="4B78EB4A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 w14:paraId="4323FBD6" w14:textId="77777777" w:rsidR="0064136F" w:rsidRDefault="00A2446C">
            <w:r>
              <w:t>Mise à jour des KPI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6811C9A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233344F" w14:textId="77777777" w:rsidR="0064136F" w:rsidRDefault="00A2446C">
            <w:r>
              <w:rPr>
                <w:sz w:val="20"/>
              </w:rPr>
              <w:t xml:space="preserve">  ☐ R  ☐ A  </w:t>
            </w:r>
            <w:r>
              <w:rPr>
                <w:sz w:val="20"/>
              </w:rPr>
              <w:t>☐</w:t>
            </w:r>
            <w:r>
              <w:rPr>
                <w:sz w:val="20"/>
              </w:rPr>
              <w:t xml:space="preserve">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16A97E8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1529DFD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983AC61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</w:tr>
      <w:tr w:rsidR="0064136F" w14:paraId="65D57B83" w14:textId="77777777"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 w14:paraId="78E75F01" w14:textId="77777777" w:rsidR="0064136F" w:rsidRDefault="00A2446C">
            <w:r>
              <w:t>Revue mensuelle / comité cash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F34A37F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1711BFA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B4AFB51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69846CB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  <w:tc>
          <w:tcPr>
            <w:tcW w:w="175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AE09C36" w14:textId="77777777" w:rsidR="0064136F" w:rsidRDefault="00A2446C">
            <w:r>
              <w:rPr>
                <w:sz w:val="20"/>
              </w:rPr>
              <w:t xml:space="preserve">  ☐ R  ☐ A  ☐ C  ☐ I</w:t>
            </w:r>
          </w:p>
        </w:tc>
      </w:tr>
    </w:tbl>
    <w:p w14:paraId="49F03DC3" w14:textId="77777777" w:rsidR="0064136F" w:rsidRDefault="0064136F"/>
    <w:p w14:paraId="207E2E45" w14:textId="77777777" w:rsidR="0064136F" w:rsidRDefault="00A2446C">
      <w:r>
        <w:rPr>
          <w:b/>
        </w:rPr>
        <w:t xml:space="preserve">Compte rendu terrain (synthèse 10 </w:t>
      </w:r>
      <w:r>
        <w:rPr>
          <w:b/>
        </w:rPr>
        <w:t>lignes)</w:t>
      </w:r>
    </w:p>
    <w:p w14:paraId="23C1CB09" w14:textId="77777777" w:rsidR="0064136F" w:rsidRDefault="00A2446C">
      <w:r>
        <w:t>_______________________________________________________________</w:t>
      </w:r>
    </w:p>
    <w:p w14:paraId="5C96D410" w14:textId="77777777" w:rsidR="0064136F" w:rsidRDefault="00A2446C">
      <w:r>
        <w:t>_______________________________________________________________</w:t>
      </w:r>
    </w:p>
    <w:p w14:paraId="215241B5" w14:textId="77777777" w:rsidR="0064136F" w:rsidRDefault="00A2446C">
      <w:r>
        <w:t>_______________________________________________________________</w:t>
      </w:r>
    </w:p>
    <w:p w14:paraId="6BAF72B3" w14:textId="77777777" w:rsidR="0064136F" w:rsidRDefault="00A2446C">
      <w:r>
        <w:t>________________________________________________________</w:t>
      </w:r>
      <w:r>
        <w:t>_______</w:t>
      </w:r>
    </w:p>
    <w:p w14:paraId="44D034D6" w14:textId="77777777" w:rsidR="0064136F" w:rsidRDefault="00A2446C">
      <w:r>
        <w:t>_______________________________________________________________</w:t>
      </w:r>
    </w:p>
    <w:p w14:paraId="0287E0AB" w14:textId="77777777" w:rsidR="0064136F" w:rsidRDefault="00A2446C">
      <w:r>
        <w:t>_______________________________________________________________</w:t>
      </w:r>
    </w:p>
    <w:sectPr w:rsidR="0064136F" w:rsidSect="00034616">
      <w:footerReference w:type="default" r:id="rId8"/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3E0CF" w14:textId="77777777" w:rsidR="00A2446C" w:rsidRDefault="00A2446C">
      <w:pPr>
        <w:spacing w:after="0" w:line="240" w:lineRule="auto"/>
      </w:pPr>
      <w:r>
        <w:separator/>
      </w:r>
    </w:p>
  </w:endnote>
  <w:endnote w:type="continuationSeparator" w:id="0">
    <w:p w14:paraId="76304E5B" w14:textId="77777777" w:rsidR="00A2446C" w:rsidRDefault="00A24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5037C" w14:textId="77777777" w:rsidR="0064136F" w:rsidRDefault="00A2446C">
    <w:pPr>
      <w:pStyle w:val="Pieddepage"/>
      <w:jc w:val="center"/>
    </w:pPr>
    <w:r>
      <w:rPr>
        <w:color w:val="787878"/>
        <w:sz w:val="18"/>
      </w:rPr>
      <w:t xml:space="preserve">lecoursgratuit.com — Modèle opérationnel Échéancier • Utilisation interne | Version à </w:t>
    </w:r>
    <w:r>
      <w:rPr>
        <w:color w:val="787878"/>
        <w:sz w:val="18"/>
      </w:rPr>
      <w:t>personnaliser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C6DD2" w14:textId="77777777" w:rsidR="00A2446C" w:rsidRDefault="00A2446C">
      <w:pPr>
        <w:spacing w:after="0" w:line="240" w:lineRule="auto"/>
      </w:pPr>
      <w:r>
        <w:separator/>
      </w:r>
    </w:p>
  </w:footnote>
  <w:footnote w:type="continuationSeparator" w:id="0">
    <w:p w14:paraId="30001C57" w14:textId="77777777" w:rsidR="00A2446C" w:rsidRDefault="00A244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4136F"/>
    <w:rsid w:val="00745AE4"/>
    <w:rsid w:val="00A2446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2D41E78"/>
  <w14:defaultImageDpi w14:val="300"/>
  <w15:docId w15:val="{0EF8FC09-73E8-452F-94FD-52073C927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650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2025-10-31T01:02:00Z</dcterms:created>
  <dcterms:modified xsi:type="dcterms:W3CDTF">2025-10-31T01:02:00Z</dcterms:modified>
  <cp:category/>
</cp:coreProperties>
</file>