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704"/>
      </w:tblGrid>
      <w:tr>
        <w:tc>
          <w:tcPr>
            <w:tcW w:type="dxa" w:w="15704"/>
            <w:shd w:val="clear" w:color="auto" w:fill="263238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FEUILLE DE MATCH — MULTI-SPORTS</w:t>
            </w:r>
          </w:p>
          <w:p>
            <w:pPr>
              <w:jc w:val="left"/>
            </w:pPr>
            <w:r>
              <w:rPr>
                <w:color w:val="F5F5F5"/>
                <w:sz w:val="18"/>
              </w:rPr>
              <w:t>Discipline : ______  •  Catégorie : ______  •  Date : ______  •  Lieu : ______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Équipe locale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Couleur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Coach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Délégué</w:t>
            </w:r>
          </w:p>
        </w:tc>
      </w:tr>
      <w:tr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Équipe visiteuse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Couleur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Coach</w:t>
            </w:r>
          </w:p>
        </w:tc>
        <w:tc>
          <w:tcPr>
            <w:tcW w:type="dxa" w:w="3926"/>
            <w:shd w:val="clear" w:color="auto" w:fill="CFD8DC"/>
          </w:tcPr>
          <w:p>
            <w:r>
              <w:rPr>
                <w:b/>
                <w:sz w:val="18"/>
              </w:rPr>
              <w:t>Délégué</w:t>
            </w:r>
          </w:p>
        </w:tc>
      </w:tr>
      <w:tr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  <w:tc>
          <w:tcPr>
            <w:tcW w:type="dxa" w:w="3926"/>
            <w:tcBorders>
              <w:bottom w:sz="12" w:val="single" w:color="90A4AE"/>
            </w:tcBorders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70"/>
        <w:gridCol w:w="1570"/>
        <w:gridCol w:w="1570"/>
        <w:gridCol w:w="1570"/>
        <w:gridCol w:w="1570"/>
        <w:gridCol w:w="1570"/>
        <w:gridCol w:w="1570"/>
        <w:gridCol w:w="1570"/>
        <w:gridCol w:w="1570"/>
        <w:gridCol w:w="1570"/>
      </w:tblGrid>
      <w:tr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N°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Nom &amp; Prénom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Licence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Poste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P1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P2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P3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P4/OT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Points/Buts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Sanctions</w:t>
            </w:r>
          </w:p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70"/>
        <w:gridCol w:w="1570"/>
        <w:gridCol w:w="1570"/>
        <w:gridCol w:w="1570"/>
        <w:gridCol w:w="1570"/>
        <w:gridCol w:w="1570"/>
        <w:gridCol w:w="1570"/>
        <w:gridCol w:w="1570"/>
        <w:gridCol w:w="1570"/>
        <w:gridCol w:w="1570"/>
      </w:tblGrid>
      <w:tr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N°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Nom &amp; Prénom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Licence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Poste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P1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P2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P3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P4/OT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Points/Buts</w:t>
            </w:r>
          </w:p>
        </w:tc>
        <w:tc>
          <w:tcPr>
            <w:tcW w:type="dxa" w:w="1570"/>
            <w:shd w:val="clear" w:color="auto" w:fill="ECEFF1"/>
          </w:tcPr>
          <w:p>
            <w:r>
              <w:rPr>
                <w:b/>
                <w:sz w:val="18"/>
              </w:rPr>
              <w:t>Sanctions</w:t>
            </w:r>
          </w:p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  <w:tr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  <w:tc>
          <w:tcPr>
            <w:tcW w:type="dxa" w:w="1570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5704"/>
      </w:tblGrid>
      <w:tr>
        <w:tc>
          <w:tcPr>
            <w:tcW w:type="dxa" w:w="15704"/>
            <w:shd w:val="clear" w:color="auto" w:fill="B0BEC5"/>
          </w:tcPr>
          <w:p>
            <w:r>
              <w:rPr>
                <w:b/>
                <w:color w:val="1E1E1E"/>
                <w:sz w:val="20"/>
              </w:rPr>
              <w:t>Scores par période / set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45"/>
        <w:gridCol w:w="1745"/>
        <w:gridCol w:w="1745"/>
        <w:gridCol w:w="1745"/>
        <w:gridCol w:w="1745"/>
        <w:gridCol w:w="1745"/>
        <w:gridCol w:w="1745"/>
        <w:gridCol w:w="1745"/>
        <w:gridCol w:w="1745"/>
      </w:tblGrid>
      <w:tr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P1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P2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P3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P4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P5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OT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Set1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Set2</w:t>
            </w:r>
          </w:p>
        </w:tc>
        <w:tc>
          <w:tcPr>
            <w:tcW w:type="dxa" w:w="1745"/>
            <w:shd w:val="clear" w:color="auto" w:fill="CFD8DC"/>
          </w:tcPr>
          <w:p>
            <w:r>
              <w:rPr>
                <w:b/>
                <w:sz w:val="18"/>
              </w:rPr>
              <w:t>Set3</w:t>
            </w:r>
          </w:p>
        </w:tc>
      </w:tr>
      <w:tr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Local</w:t>
            </w:r>
          </w:p>
        </w:tc>
      </w:tr>
      <w:tr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  <w:tc>
          <w:tcPr>
            <w:tcW w:type="dxa" w:w="1745"/>
          </w:tcPr>
          <w:p>
            <w:r>
              <w:rPr>
                <w:sz w:val="18"/>
              </w:rPr>
              <w:t>Visiteur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5704"/>
      </w:tblGrid>
      <w:tr>
        <w:tc>
          <w:tcPr>
            <w:tcW w:type="dxa" w:w="15704"/>
            <w:shd w:val="clear" w:color="auto" w:fill="CFD8DC"/>
          </w:tcPr>
          <w:p>
            <w:r>
              <w:rPr>
                <w:b/>
                <w:color w:val="1E1E1E"/>
                <w:sz w:val="20"/>
              </w:rPr>
              <w:t>Officiels &amp; signatures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141"/>
        <w:gridCol w:w="3141"/>
        <w:gridCol w:w="3141"/>
        <w:gridCol w:w="3141"/>
        <w:gridCol w:w="3141"/>
      </w:tblGrid>
      <w:tr>
        <w:tc>
          <w:tcPr>
            <w:tcW w:type="dxa" w:w="3141"/>
            <w:shd w:val="clear" w:color="auto" w:fill="ECEFF1"/>
          </w:tcPr>
          <w:p>
            <w:r>
              <w:rPr>
                <w:b/>
                <w:sz w:val="18"/>
              </w:rPr>
              <w:t>Arbitre 1</w:t>
            </w:r>
          </w:p>
        </w:tc>
        <w:tc>
          <w:tcPr>
            <w:tcW w:type="dxa" w:w="3141"/>
            <w:shd w:val="clear" w:color="auto" w:fill="ECEFF1"/>
          </w:tcPr>
          <w:p>
            <w:r>
              <w:rPr>
                <w:b/>
                <w:sz w:val="18"/>
              </w:rPr>
              <w:t>Arbitre 2</w:t>
            </w:r>
          </w:p>
        </w:tc>
        <w:tc>
          <w:tcPr>
            <w:tcW w:type="dxa" w:w="3141"/>
            <w:shd w:val="clear" w:color="auto" w:fill="ECEFF1"/>
          </w:tcPr>
          <w:p>
            <w:r>
              <w:rPr>
                <w:b/>
                <w:sz w:val="18"/>
              </w:rPr>
              <w:t>Table / Chrono</w:t>
            </w:r>
          </w:p>
        </w:tc>
        <w:tc>
          <w:tcPr>
            <w:tcW w:type="dxa" w:w="3141"/>
            <w:shd w:val="clear" w:color="auto" w:fill="ECEFF1"/>
          </w:tcPr>
          <w:p>
            <w:r>
              <w:rPr>
                <w:b/>
                <w:sz w:val="18"/>
              </w:rPr>
              <w:t>Médecin</w:t>
            </w:r>
          </w:p>
        </w:tc>
        <w:tc>
          <w:tcPr>
            <w:tcW w:type="dxa" w:w="3141"/>
            <w:shd w:val="clear" w:color="auto" w:fill="ECEFF1"/>
          </w:tcPr>
          <w:p>
            <w:r>
              <w:rPr>
                <w:b/>
                <w:sz w:val="18"/>
              </w:rPr>
              <w:t>Observations</w:t>
            </w:r>
          </w:p>
        </w:tc>
      </w:tr>
      <w:tr>
        <w:tc>
          <w:tcPr>
            <w:tcW w:type="dxa" w:w="3141"/>
            <w:tcBorders>
              <w:bottom w:sz="12" w:val="single" w:color="B0BEC5"/>
            </w:tcBorders>
          </w:tcPr>
          <w:p/>
        </w:tc>
        <w:tc>
          <w:tcPr>
            <w:tcW w:type="dxa" w:w="3141"/>
            <w:tcBorders>
              <w:bottom w:sz="12" w:val="single" w:color="B0BEC5"/>
            </w:tcBorders>
          </w:tcPr>
          <w:p/>
        </w:tc>
        <w:tc>
          <w:tcPr>
            <w:tcW w:type="dxa" w:w="3141"/>
            <w:tcBorders>
              <w:bottom w:sz="12" w:val="single" w:color="B0BEC5"/>
            </w:tcBorders>
          </w:tcPr>
          <w:p/>
        </w:tc>
        <w:tc>
          <w:tcPr>
            <w:tcW w:type="dxa" w:w="3141"/>
            <w:tcBorders>
              <w:bottom w:sz="12" w:val="single" w:color="B0BEC5"/>
            </w:tcBorders>
          </w:tcPr>
          <w:p/>
        </w:tc>
        <w:tc>
          <w:tcPr>
            <w:tcW w:type="dxa" w:w="3141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852"/>
        <w:gridCol w:w="7852"/>
      </w:tblGrid>
      <w:tr>
        <w:tc>
          <w:tcPr>
            <w:tcW w:type="dxa" w:w="7852"/>
            <w:tcBorders>
              <w:bottom w:sz="12" w:val="single" w:color="B0BEC5"/>
            </w:tcBorders>
          </w:tcPr>
          <w:p>
            <w:r>
              <w:rPr>
                <w:sz w:val="18"/>
              </w:rPr>
              <w:t>Signature représentant Local</w:t>
            </w:r>
          </w:p>
        </w:tc>
        <w:tc>
          <w:tcPr>
            <w:tcW w:type="dxa" w:w="7852"/>
            <w:tcBorders>
              <w:bottom w:sz="12" w:val="single" w:color="B0BEC5"/>
            </w:tcBorders>
          </w:tcPr>
          <w:p>
            <w:r>
              <w:rPr>
                <w:sz w:val="18"/>
              </w:rPr>
              <w:t>Signature représentant Visiteur</w:t>
            </w:r>
          </w:p>
        </w:tc>
      </w:tr>
    </w:tbl>
    <w:sectPr w:rsidR="00FC693F" w:rsidRPr="0006063C" w:rsidSect="00034616">
      <w:footerReference w:type="default" r:id="rId9"/>
      <w:pgSz w:w="16838" w:h="11906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Feuille de match — Multi-sports (Paysage)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