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FEUILLE DE TEMPÉRATURE — RÉFRIGÉRATEUR (vierge)</w:t>
      </w:r>
    </w:p>
    <w:p>
      <w:r>
        <w:t>A4 imprimable — relevés quotidiens (personnalisez selon votre procédure interne)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rPr>
                <w:b/>
              </w:rPr>
              <w:t>Établissement / Service</w:t>
            </w:r>
          </w:p>
        </w:tc>
        <w:tc>
          <w:tcPr>
            <w:tcW w:type="dxa" w:w="2551"/>
          </w:tcPr>
          <w:p>
            <w:r>
              <w:rPr>
                <w:b/>
              </w:rPr>
              <w:t>Localisation du frigo</w:t>
            </w:r>
          </w:p>
        </w:tc>
        <w:tc>
          <w:tcPr>
            <w:tcW w:type="dxa" w:w="2551"/>
          </w:tcPr>
          <w:p>
            <w:r>
              <w:rPr>
                <w:b/>
              </w:rPr>
              <w:t>Identifiant équipement</w:t>
            </w:r>
          </w:p>
        </w:tc>
        <w:tc>
          <w:tcPr>
            <w:tcW w:type="dxa" w:w="2551"/>
          </w:tcPr>
          <w:p>
            <w:r>
              <w:rPr>
                <w:b/>
              </w:rPr>
              <w:t>Marque / Modèle / N° série</w:t>
            </w:r>
          </w:p>
        </w:tc>
      </w:tr>
      <w:tr>
        <w:tc>
          <w:tcPr>
            <w:tcW w:type="dxa" w:w="2551"/>
          </w:tcPr>
          <w:p>
            <w:r>
              <w:t>........................................</w:t>
            </w:r>
          </w:p>
        </w:tc>
        <w:tc>
          <w:tcPr>
            <w:tcW w:type="dxa" w:w="2551"/>
          </w:tcPr>
          <w:p>
            <w:r>
              <w:t>........................................</w:t>
            </w:r>
          </w:p>
        </w:tc>
        <w:tc>
          <w:tcPr>
            <w:tcW w:type="dxa" w:w="2551"/>
          </w:tcPr>
          <w:p>
            <w:r>
              <w:t>........................................</w:t>
            </w:r>
          </w:p>
        </w:tc>
        <w:tc>
          <w:tcPr>
            <w:tcW w:type="dxa" w:w="2551"/>
          </w:tcPr>
          <w:p>
            <w:r>
              <w:t>........................................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rPr>
                <w:b/>
              </w:rPr>
              <w:t>Mois / Année</w:t>
            </w:r>
          </w:p>
        </w:tc>
        <w:tc>
          <w:tcPr>
            <w:tcW w:type="dxa" w:w="2551"/>
          </w:tcPr>
          <w:p>
            <w:r>
              <w:rPr>
                <w:b/>
              </w:rPr>
              <w:t>Plage cible (°C)</w:t>
            </w:r>
          </w:p>
        </w:tc>
        <w:tc>
          <w:tcPr>
            <w:tcW w:type="dxa" w:w="2551"/>
          </w:tcPr>
          <w:p>
            <w:r>
              <w:rPr>
                <w:b/>
              </w:rPr>
              <w:t>Seuil alarme min (°C)</w:t>
            </w:r>
          </w:p>
        </w:tc>
        <w:tc>
          <w:tcPr>
            <w:tcW w:type="dxa" w:w="2551"/>
          </w:tcPr>
          <w:p>
            <w:r>
              <w:rPr>
                <w:b/>
              </w:rPr>
              <w:t>Seuil alarme max (°C)</w:t>
            </w:r>
          </w:p>
        </w:tc>
      </w:tr>
      <w:tr>
        <w:tc>
          <w:tcPr>
            <w:tcW w:type="dxa" w:w="2551"/>
          </w:tcPr>
          <w:p>
            <w:r>
              <w:t>........ / ........</w:t>
            </w:r>
          </w:p>
        </w:tc>
        <w:tc>
          <w:tcPr>
            <w:tcW w:type="dxa" w:w="2551"/>
          </w:tcPr>
          <w:p>
            <w:r>
              <w:t xml:space="preserve">....... à ....... </w:t>
            </w:r>
          </w:p>
        </w:tc>
        <w:tc>
          <w:tcPr>
            <w:tcW w:type="dxa" w:w="2551"/>
          </w:tcPr>
          <w:p>
            <w:r>
              <w:t>........</w:t>
            </w:r>
          </w:p>
        </w:tc>
        <w:tc>
          <w:tcPr>
            <w:tcW w:type="dxa" w:w="2551"/>
          </w:tcPr>
          <w:p>
            <w:r>
              <w:t>........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>
        <w:tc>
          <w:tcPr>
            <w:tcW w:type="dxa" w:w="1134"/>
          </w:tcPr>
          <w:p>
            <w:r>
              <w:rPr>
                <w:b/>
              </w:rPr>
              <w:t>Jour</w:t>
            </w:r>
          </w:p>
        </w:tc>
        <w:tc>
          <w:tcPr>
            <w:tcW w:type="dxa" w:w="1134"/>
          </w:tcPr>
          <w:p>
            <w:r>
              <w:rPr>
                <w:b/>
              </w:rPr>
              <w:t>Matin (°C)</w:t>
            </w:r>
          </w:p>
        </w:tc>
        <w:tc>
          <w:tcPr>
            <w:tcW w:type="dxa" w:w="1134"/>
          </w:tcPr>
          <w:p>
            <w:r>
              <w:rPr>
                <w:b/>
              </w:rPr>
              <w:t>Midi (°C)</w:t>
            </w:r>
          </w:p>
        </w:tc>
        <w:tc>
          <w:tcPr>
            <w:tcW w:type="dxa" w:w="1134"/>
          </w:tcPr>
          <w:p>
            <w:r>
              <w:rPr>
                <w:b/>
              </w:rPr>
              <w:t>Soir (°C)</w:t>
            </w:r>
          </w:p>
        </w:tc>
        <w:tc>
          <w:tcPr>
            <w:tcW w:type="dxa" w:w="1134"/>
          </w:tcPr>
          <w:p>
            <w:r>
              <w:rPr>
                <w:b/>
              </w:rPr>
              <w:t>Min logger (°C)</w:t>
            </w:r>
          </w:p>
        </w:tc>
        <w:tc>
          <w:tcPr>
            <w:tcW w:type="dxa" w:w="1134"/>
          </w:tcPr>
          <w:p>
            <w:r>
              <w:rPr>
                <w:b/>
              </w:rPr>
              <w:t>Max logger (°C)</w:t>
            </w:r>
          </w:p>
        </w:tc>
        <w:tc>
          <w:tcPr>
            <w:tcW w:type="dxa" w:w="1134"/>
          </w:tcPr>
          <w:p>
            <w:r>
              <w:rPr>
                <w:b/>
              </w:rPr>
              <w:t>Hors plage ? (Oui/Non)</w:t>
            </w:r>
          </w:p>
        </w:tc>
        <w:tc>
          <w:tcPr>
            <w:tcW w:type="dxa" w:w="1134"/>
          </w:tcPr>
          <w:p>
            <w:r>
              <w:rPr>
                <w:b/>
              </w:rPr>
              <w:t>Actions / Observations</w:t>
            </w:r>
          </w:p>
        </w:tc>
        <w:tc>
          <w:tcPr>
            <w:tcW w:type="dxa" w:w="1134"/>
          </w:tcPr>
          <w:p>
            <w:r>
              <w:rPr>
                <w:b/>
              </w:rPr>
              <w:t>Initiales</w:t>
            </w:r>
          </w:p>
        </w:tc>
      </w:tr>
      <w:tr>
        <w:tc>
          <w:tcPr>
            <w:tcW w:type="dxa" w:w="1134"/>
          </w:tcPr>
          <w:p>
            <w:r>
              <w:t>1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2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3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4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5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6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7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8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9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10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11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12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13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14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15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16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17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18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19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20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21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22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23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24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25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26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27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28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29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30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  <w:tr>
        <w:tc>
          <w:tcPr>
            <w:tcW w:type="dxa" w:w="1134"/>
          </w:tcPr>
          <w:p>
            <w:r>
              <w:t>31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</w:tcPr>
          <w:p>
            <w:r>
              <w:rPr>
                <w:b/>
              </w:rPr>
              <w:t>Contrôles hebdomadaires</w:t>
            </w:r>
          </w:p>
        </w:tc>
        <w:tc>
          <w:tcPr>
            <w:tcW w:type="dxa" w:w="2041"/>
          </w:tcPr>
          <w:p>
            <w:r>
              <w:rPr>
                <w:b/>
              </w:rPr>
              <w:t>Semaine 1</w:t>
            </w:r>
          </w:p>
        </w:tc>
        <w:tc>
          <w:tcPr>
            <w:tcW w:type="dxa" w:w="2041"/>
          </w:tcPr>
          <w:p>
            <w:r>
              <w:rPr>
                <w:b/>
              </w:rPr>
              <w:t>Semaine 2</w:t>
            </w:r>
          </w:p>
        </w:tc>
        <w:tc>
          <w:tcPr>
            <w:tcW w:type="dxa" w:w="2041"/>
          </w:tcPr>
          <w:p>
            <w:r>
              <w:rPr>
                <w:b/>
              </w:rPr>
              <w:t>Semaine 3</w:t>
            </w:r>
          </w:p>
        </w:tc>
        <w:tc>
          <w:tcPr>
            <w:tcW w:type="dxa" w:w="2041"/>
          </w:tcPr>
          <w:p>
            <w:r>
              <w:rPr>
                <w:b/>
              </w:rPr>
              <w:t>Semaine 4/5</w:t>
            </w:r>
          </w:p>
        </w:tc>
      </w:tr>
      <w:tr>
        <w:tc>
          <w:tcPr>
            <w:tcW w:type="dxa" w:w="2041"/>
          </w:tcPr>
          <w:p>
            <w:r>
              <w:t>Joints/porte, propreté/dégivrage, test alarme, vérif sonde étalon (si prévu)</w:t>
            </w:r>
          </w:p>
        </w:tc>
        <w:tc>
          <w:tcPr>
            <w:tcW w:type="dxa" w:w="2041"/>
          </w:tcPr>
          <w:p>
            <w:r>
              <w:t>☐ OK  /  Date : ........  Initiales : ....</w:t>
            </w:r>
          </w:p>
        </w:tc>
        <w:tc>
          <w:tcPr>
            <w:tcW w:type="dxa" w:w="2041"/>
          </w:tcPr>
          <w:p>
            <w:r>
              <w:t>☐ OK  /  Date : ........  Initiales : ....</w:t>
            </w:r>
          </w:p>
        </w:tc>
        <w:tc>
          <w:tcPr>
            <w:tcW w:type="dxa" w:w="2041"/>
          </w:tcPr>
          <w:p>
            <w:r>
              <w:t>☐ OK  /  Date : ........  Initiales : ....</w:t>
            </w:r>
          </w:p>
        </w:tc>
        <w:tc>
          <w:tcPr>
            <w:tcW w:type="dxa" w:w="2041"/>
          </w:tcPr>
          <w:p>
            <w:r>
              <w:t>☐ OK  /  Date : ........  Initiales : ....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24"/>
        </w:rPr>
        <w:t>JOURNAL DES ÉCARTS / INCIDENTS — RÉFRIGÉRATEUR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276"/>
        <w:gridCol w:w="1276"/>
        <w:gridCol w:w="1276"/>
        <w:gridCol w:w="1276"/>
        <w:gridCol w:w="1276"/>
        <w:gridCol w:w="1276"/>
        <w:gridCol w:w="1276"/>
        <w:gridCol w:w="1276"/>
      </w:tblGrid>
      <w:tr>
        <w:tc>
          <w:tcPr>
            <w:tcW w:type="dxa" w:w="1276"/>
          </w:tcPr>
          <w:p>
            <w:r>
              <w:rPr>
                <w:b/>
              </w:rPr>
              <w:t>Date &amp; heure</w:t>
            </w:r>
          </w:p>
        </w:tc>
        <w:tc>
          <w:tcPr>
            <w:tcW w:type="dxa" w:w="1276"/>
          </w:tcPr>
          <w:p>
            <w:r>
              <w:rPr>
                <w:b/>
              </w:rPr>
              <w:t>Température (°C)</w:t>
            </w:r>
          </w:p>
        </w:tc>
        <w:tc>
          <w:tcPr>
            <w:tcW w:type="dxa" w:w="1276"/>
          </w:tcPr>
          <w:p>
            <w:r>
              <w:rPr>
                <w:b/>
              </w:rPr>
              <w:t>Durée estimée</w:t>
            </w:r>
          </w:p>
        </w:tc>
        <w:tc>
          <w:tcPr>
            <w:tcW w:type="dxa" w:w="1276"/>
          </w:tcPr>
          <w:p>
            <w:r>
              <w:rPr>
                <w:b/>
              </w:rPr>
              <w:t>Cause probable</w:t>
            </w:r>
          </w:p>
        </w:tc>
        <w:tc>
          <w:tcPr>
            <w:tcW w:type="dxa" w:w="1276"/>
          </w:tcPr>
          <w:p>
            <w:r>
              <w:rPr>
                <w:b/>
              </w:rPr>
              <w:t>Mesures immédiates</w:t>
            </w:r>
          </w:p>
        </w:tc>
        <w:tc>
          <w:tcPr>
            <w:tcW w:type="dxa" w:w="1276"/>
          </w:tcPr>
          <w:p>
            <w:r>
              <w:rPr>
                <w:b/>
              </w:rPr>
              <w:t>Statut produits</w:t>
            </w:r>
          </w:p>
        </w:tc>
        <w:tc>
          <w:tcPr>
            <w:tcW w:type="dxa" w:w="1276"/>
          </w:tcPr>
          <w:p>
            <w:r>
              <w:rPr>
                <w:b/>
              </w:rPr>
              <w:t>Validation (nom/signature)</w:t>
            </w:r>
          </w:p>
        </w:tc>
        <w:tc>
          <w:tcPr>
            <w:tcW w:type="dxa" w:w="1276"/>
          </w:tcPr>
          <w:p>
            <w:r>
              <w:rPr>
                <w:b/>
              </w:rPr>
              <w:t>Réf. (logger/rapport)</w:t>
            </w:r>
          </w:p>
        </w:tc>
      </w:tr>
      <w:tr>
        <w:tc>
          <w:tcPr>
            <w:tcW w:type="dxa" w:w="1276"/>
          </w:tcPr>
          <w:p>
            <w:r>
              <w:t>....../....../........  ....:....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>
              <w:t>☐ OK  ☐ Quarantaine  ☐ Écarter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....../....../........  ....:....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>
              <w:t>☐ OK  ☐ Quarantaine  ☐ Écarter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....../....../........  ....:....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>
              <w:t>☐ OK  ☐ Quarantaine  ☐ Écarter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....../....../........  ....:....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>
              <w:t>☐ OK  ☐ Quarantaine  ☐ Écarter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....../....../........  ....:....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>
              <w:t>☐ OK  ☐ Quarantaine  ☐ Écarter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....../....../........  ....:....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>
              <w:t>☐ OK  ☐ Quarantaine  ☐ Écarter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....../....../........  ....:....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>
              <w:t>☐ OK  ☐ Quarantaine  ☐ Écarter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....../....../........  ....:....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>
              <w:t>☐ OK  ☐ Quarantaine  ☐ Écarter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....../....../........  ....:....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>
              <w:t>☐ OK  ☐ Quarantaine  ☐ Écarter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....../....../........  ....:....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>
              <w:t>☐ OK  ☐ Quarantaine  ☐ Écarter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</w:tbl>
    <w:sectPr w:rsidR="00FC693F" w:rsidRPr="0006063C" w:rsidSect="00034616">
      <w:pgSz w:w="11906" w:h="16838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