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  <w:shd w:fill="5C2D91"/>
            <w:tcMar>
              <w:top w:w="220" w:type="dxa"/>
              <w:start w:w="240" w:type="dxa"/>
              <w:bottom w:w="180" w:type="dxa"/>
              <w:end w:w="120" w:type="dxa"/>
            </w:tcMar>
            <w:tcBorders>
              <w:top w:val="single" w:sz="16" w:space="0" w:color="5C2D91"/>
              <w:left w:val="single" w:sz="16" w:space="0" w:color="5C2D91"/>
              <w:bottom w:val="single" w:sz="16" w:space="0" w:color="5C2D91"/>
              <w:right w:val="single" w:sz="16" w:space="0" w:color="5C2D91"/>
            </w:tcBorders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FEUILLE DE SOINS — ACCIDENT DU TRAVAIL / MALADIE PROFESSIONNELLE</w:t>
            </w:r>
          </w:p>
          <w:p>
            <w:r>
              <w:rPr>
                <w:color w:val="EBEBF5"/>
                <w:sz w:val="18"/>
              </w:rPr>
              <w:t>Modèle non officiel — à compléter par l’assuré(e) et le professionnel de santé</w:t>
            </w:r>
          </w:p>
        </w:tc>
        <w:tc>
          <w:tcPr>
            <w:tcW w:type="dxa" w:w="5273"/>
            <w:shd w:fill="5C2D91"/>
            <w:tcMar>
              <w:top w:w="220" w:type="dxa"/>
              <w:start w:w="120" w:type="dxa"/>
              <w:bottom w:w="180" w:type="dxa"/>
              <w:end w:w="240" w:type="dxa"/>
            </w:tcMar>
            <w:tcBorders>
              <w:top w:val="single" w:sz="16" w:space="0" w:color="5C2D91"/>
              <w:left w:val="single" w:sz="16" w:space="0" w:color="5C2D91"/>
              <w:bottom w:val="single" w:sz="16" w:space="0" w:color="5C2D91"/>
              <w:right w:val="single" w:sz="16" w:space="0" w:color="5C2D91"/>
            </w:tcBorders>
          </w:tcPr>
          <w:p>
            <w:pPr>
              <w:jc w:val="right"/>
            </w:pPr>
            <w:r>
              <w:rPr>
                <w:color w:val="FFFFFF"/>
              </w:rPr>
              <w:t>□ Original</w:t>
            </w:r>
          </w:p>
          <w:p>
            <w:r>
              <w:rPr>
                <w:color w:val="FFFFFF"/>
              </w:rPr>
              <w:t>□ Duplicata</w:t>
            </w:r>
          </w:p>
        </w:tc>
      </w:tr>
    </w:tbl>
    <w:p/>
    <w:p>
      <w:r>
        <w:rPr>
          <w:b/>
        </w:rPr>
        <w:t>CADRE 1 — Identification de l’assuré(e)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Nom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Date de naissance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N° Sécurité sociale (NIR)</w:t>
            </w:r>
          </w:p>
        </w:tc>
      </w:tr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____/____/________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</w:t>
            </w:r>
          </w:p>
        </w:tc>
      </w:tr>
      <w:tr>
        <w:tc>
          <w:tcPr>
            <w:tcW w:type="dxa" w:w="7908"/>
            <w:gridSpan w:val="3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Téléphone / E-mail</w:t>
            </w:r>
          </w:p>
        </w:tc>
      </w:tr>
      <w:tr>
        <w:tc>
          <w:tcPr>
            <w:tcW w:type="dxa" w:w="7908"/>
            <w:gridSpan w:val="3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_____________________________________________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 / __________________</w:t>
            </w:r>
          </w:p>
        </w:tc>
      </w:tr>
    </w:tbl>
    <w:p/>
    <w:p>
      <w:r>
        <w:rPr>
          <w:b/>
        </w:rPr>
        <w:t>CADRE 2 — Employeur / Établissement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Raison sociale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SIRET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CP / Ville</w:t>
            </w:r>
          </w:p>
        </w:tc>
      </w:tr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_____________________________________________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_____________________________________________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</w:t>
            </w:r>
          </w:p>
        </w:tc>
      </w:tr>
      <w:tr>
        <w:tc>
          <w:tcPr>
            <w:tcW w:type="dxa" w:w="5272"/>
            <w:gridSpan w:val="2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Contact / Téléphone</w:t>
            </w:r>
          </w:p>
          <w:p>
            <w:r>
              <w:t>________________________________</w:t>
            </w:r>
          </w:p>
        </w:tc>
        <w:tc>
          <w:tcPr>
            <w:tcW w:type="dxa" w:w="5272"/>
            <w:gridSpan w:val="2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E-mail</w:t>
            </w:r>
          </w:p>
          <w:p>
            <w:r>
              <w:t>________________________________</w:t>
            </w:r>
          </w:p>
        </w:tc>
      </w:tr>
    </w:tbl>
    <w:p/>
    <w:p>
      <w:r>
        <w:rPr>
          <w:b/>
        </w:rPr>
        <w:t>CADRE 3 — Déclaration d’accident / maladie professionnelle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shd w:fill="EEE8F7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☐ Accident du travail</w:t>
            </w:r>
          </w:p>
        </w:tc>
        <w:tc>
          <w:tcPr>
            <w:tcW w:type="dxa" w:w="2636"/>
            <w:shd w:fill="F7F4FB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☐ Maladie professionnelle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Date de l’événement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Heure</w:t>
            </w:r>
          </w:p>
        </w:tc>
      </w:tr>
      <w:tr>
        <w:tc>
          <w:tcPr>
            <w:tcW w:type="dxa" w:w="5272"/>
            <w:gridSpan w:val="2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Lieu / Adresse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____/____/________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 h ____</w:t>
            </w:r>
          </w:p>
        </w:tc>
      </w:tr>
      <w:tr>
        <w:tc>
          <w:tcPr>
            <w:tcW w:type="dxa" w:w="10544"/>
            <w:gridSpan w:val="4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Circonstances / description (outil, geste, produit, témoin…)</w:t>
            </w:r>
          </w:p>
          <w:p>
            <w:r>
              <w:t>__________________________________________________________________________________</w:t>
            </w:r>
          </w:p>
          <w:p>
            <w:r>
              <w:t>__________________________________________________________________________________</w:t>
            </w:r>
          </w:p>
        </w:tc>
      </w:tr>
    </w:tbl>
    <w:p/>
    <w:p>
      <w:r>
        <w:rPr>
          <w:b/>
        </w:rPr>
        <w:t>CADRE 4 — Soins &amp; prescripteur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Date de soins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Prescripteur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Acte / nature des soins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N° ordonnance (si applicable)</w:t>
            </w:r>
          </w:p>
        </w:tc>
      </w:tr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 xml:space="preserve"> </w:t>
            </w:r>
          </w:p>
        </w:tc>
      </w:tr>
    </w:tbl>
    <w:p/>
    <w:p>
      <w:r>
        <w:rPr>
          <w:b/>
        </w:rPr>
        <w:t>CADRE 5 — Professionnel / Établissement de santé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Nom / Raison sociale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N° ADELI / RPPS / FINESS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CP / Ville</w:t>
            </w:r>
          </w:p>
        </w:tc>
      </w:tr>
      <w:tr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_____________________________________________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_____________________________________________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___________________</w:t>
            </w:r>
          </w:p>
        </w:tc>
      </w:tr>
      <w:tr>
        <w:tc>
          <w:tcPr>
            <w:tcW w:type="dxa" w:w="7908"/>
            <w:gridSpan w:val="3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t>Mode de règlement :  ☐ Tiers payant  ☐ Avance patient  ☐ Autre __________</w:t>
            </w:r>
          </w:p>
        </w:tc>
        <w:tc>
          <w:tcPr>
            <w:tcW w:type="dxa" w:w="2636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Signature &amp; cachet</w:t>
            </w:r>
          </w:p>
        </w:tc>
      </w:tr>
    </w:tbl>
    <w:p/>
    <w:p>
      <w:r>
        <w:rPr>
          <w:b/>
        </w:rPr>
        <w:t>CADRE 6 — Informations complémentaires / pièces jointes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☐ Attestation employeur (déclaration AT/MP)</w:t>
            </w:r>
          </w:p>
        </w:tc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☐ Compte-rendu médical / imagerie</w:t>
            </w:r>
          </w:p>
        </w:tc>
      </w:tr>
      <w:tr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☐ Ordonnances / devis / facture</w:t>
            </w:r>
          </w:p>
        </w:tc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☐ Autre : __________________________</w:t>
            </w:r>
          </w:p>
        </w:tc>
      </w:tr>
      <w:tr>
        <w:tc>
          <w:tcPr>
            <w:tcW w:type="dxa" w:w="10546"/>
            <w:gridSpan w:val="2"/>
            <w:tcMar>
              <w:top w:w="120" w:type="dxa"/>
              <w:start w:w="180" w:type="dxa"/>
              <w:bottom w:w="120" w:type="dxa"/>
              <w:end w:w="180" w:type="dxa"/>
            </w:tcMar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  <w:tcBorders>
              <w:top w:val="single" w:sz="10" w:space="0" w:color="7A5CA8"/>
              <w:left w:val="single" w:sz="10" w:space="0" w:color="7A5CA8"/>
              <w:bottom w:val="single" w:sz="10" w:space="0" w:color="7A5CA8"/>
              <w:right w:val="single" w:sz="10" w:space="0" w:color="7A5CA8"/>
            </w:tcBorders>
          </w:tcPr>
          <w:p>
            <w:r>
              <w:rPr>
                <w:b/>
              </w:rPr>
              <w:t>Observations :</w:t>
            </w:r>
          </w:p>
          <w:p>
            <w:r>
              <w:t>__________________________________________________________________________________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Modèle indicatif — non officiel. Vérifiez les exigences de votre caisse (CPAM/AT-MP) avant envoi.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