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386"/>
        <w:gridCol w:w="5386"/>
      </w:tblGrid>
      <w:tr>
        <w:tc>
          <w:tcPr>
            <w:tcW w:type="dxa" w:w="5386"/>
            <w:shd w:fill="5C2D91"/>
            <w:tcMar>
              <w:top w:w="150" w:type="dxa"/>
              <w:start w:w="220" w:type="dxa"/>
              <w:bottom w:w="110" w:type="dxa"/>
              <w:end w:w="80" w:type="dxa"/>
            </w:tcMar>
            <w:tcBorders>
              <w:top w:val="single" w:sz="14" w:space="0" w:color="5C2D91"/>
              <w:left w:val="single" w:sz="14" w:space="0" w:color="5C2D91"/>
              <w:bottom w:val="single" w:sz="14" w:space="0" w:color="5C2D91"/>
              <w:right w:val="single" w:sz="14" w:space="0" w:color="5C2D91"/>
            </w:tcBorders>
          </w:tcPr>
          <w:p>
            <w:pPr>
              <w:jc w:val="left"/>
            </w:pPr>
            <w:r>
              <w:rPr>
                <w:b/>
                <w:color w:val="FFFFFF"/>
                <w:sz w:val="24"/>
              </w:rPr>
              <w:t>FEUILLE DE SOINS — ACCIDENT DU TRAVAIL / MALADIE PROFESSIONNELLE (CONDENSÉE)</w:t>
            </w:r>
          </w:p>
        </w:tc>
        <w:tc>
          <w:tcPr>
            <w:tcW w:type="dxa" w:w="5386"/>
            <w:shd w:fill="5C2D91"/>
            <w:tcMar>
              <w:top w:w="150" w:type="dxa"/>
              <w:start w:w="80" w:type="dxa"/>
              <w:bottom w:w="110" w:type="dxa"/>
              <w:end w:w="220" w:type="dxa"/>
            </w:tcMar>
            <w:tcBorders>
              <w:top w:val="single" w:sz="14" w:space="0" w:color="5C2D91"/>
              <w:left w:val="single" w:sz="14" w:space="0" w:color="5C2D91"/>
              <w:bottom w:val="single" w:sz="14" w:space="0" w:color="5C2D91"/>
              <w:right w:val="single" w:sz="14" w:space="0" w:color="5C2D91"/>
            </w:tcBorders>
          </w:tcPr>
          <w:p>
            <w:pPr>
              <w:jc w:val="right"/>
            </w:pPr>
            <w:r>
              <w:rPr>
                <w:color w:val="FFFFFF"/>
              </w:rPr>
              <w:t>□ Original  □ Duplicata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fill="EEE8F7"/>
            <w:tcMar>
              <w:top w:w="90" w:type="dxa"/>
              <w:start w:w="140" w:type="dxa"/>
              <w:bottom w:w="90" w:type="dxa"/>
              <w:end w:w="140" w:type="dxa"/>
            </w:tcMar>
            <w:tcBorders>
              <w:top w:val="single" w:sz="8" w:space="0" w:color="7A5CA8"/>
              <w:left w:val="single" w:sz="8" w:space="0" w:color="7A5CA8"/>
              <w:bottom w:val="single" w:sz="8" w:space="0" w:color="7A5CA8"/>
              <w:right w:val="single" w:sz="8" w:space="0" w:color="7A5CA8"/>
            </w:tcBorders>
          </w:tcPr>
          <w:p>
            <w:r>
              <w:rPr>
                <w:b/>
              </w:rPr>
              <w:t>CADRE 1 — Assuré(e)</w:t>
            </w:r>
          </w:p>
        </w:tc>
      </w:tr>
      <w:tr>
        <w:tc>
          <w:tcPr>
            <w:tcW w:type="dxa" w:w="10772"/>
            <w:tcMar>
              <w:top w:w="70" w:type="dxa"/>
              <w:start w:w="140" w:type="dxa"/>
              <w:bottom w:w="70" w:type="dxa"/>
              <w:end w:w="140" w:type="dxa"/>
            </w:tcMar>
            <w:tcBorders>
              <w:top w:val="single" w:sz="8" w:space="0" w:color="7A5CA8"/>
              <w:left w:val="single" w:sz="8" w:space="0" w:color="7A5CA8"/>
              <w:bottom w:val="single" w:sz="8" w:space="0" w:color="7A5CA8"/>
              <w:right w:val="single" w:sz="8" w:space="0" w:color="7A5CA8"/>
            </w:tcBorders>
          </w:tcPr>
          <w:p>
            <w:r>
              <w:t>Nom : __________   Prénom : __________   Naissance : ____/____/______   NIR : __________________</w:t>
            </w:r>
          </w:p>
        </w:tc>
      </w:tr>
      <w:tr>
        <w:tc>
          <w:tcPr>
            <w:tcW w:type="dxa" w:w="10772"/>
            <w:tcMar>
              <w:top w:w="70" w:type="dxa"/>
              <w:start w:w="140" w:type="dxa"/>
              <w:bottom w:w="70" w:type="dxa"/>
              <w:end w:w="140" w:type="dxa"/>
            </w:tcMar>
            <w:tcBorders>
              <w:top w:val="single" w:sz="8" w:space="0" w:color="7A5CA8"/>
              <w:left w:val="single" w:sz="8" w:space="0" w:color="7A5CA8"/>
              <w:bottom w:val="single" w:sz="8" w:space="0" w:color="7A5CA8"/>
              <w:right w:val="single" w:sz="8" w:space="0" w:color="7A5CA8"/>
            </w:tcBorders>
          </w:tcPr>
          <w:p>
            <w:r>
              <w:t>Adresse : __________________________________________   CP/Ville : ______________________________</w:t>
            </w:r>
          </w:p>
        </w:tc>
      </w:tr>
      <w:tr>
        <w:tc>
          <w:tcPr>
            <w:tcW w:type="dxa" w:w="10772"/>
            <w:tcMar>
              <w:top w:w="70" w:type="dxa"/>
              <w:start w:w="140" w:type="dxa"/>
              <w:bottom w:w="70" w:type="dxa"/>
              <w:end w:w="140" w:type="dxa"/>
            </w:tcMar>
            <w:tcBorders>
              <w:top w:val="single" w:sz="8" w:space="0" w:color="7A5CA8"/>
              <w:left w:val="single" w:sz="8" w:space="0" w:color="7A5CA8"/>
              <w:bottom w:val="single" w:sz="8" w:space="0" w:color="7A5CA8"/>
              <w:right w:val="single" w:sz="8" w:space="0" w:color="7A5CA8"/>
            </w:tcBorders>
          </w:tcPr>
          <w:p>
            <w:r>
              <w:t>Téléphone : __________   E-mail : ____________________________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fill="EEE8F7"/>
            <w:tcMar>
              <w:top w:w="90" w:type="dxa"/>
              <w:start w:w="140" w:type="dxa"/>
              <w:bottom w:w="90" w:type="dxa"/>
              <w:end w:w="140" w:type="dxa"/>
            </w:tcMar>
            <w:tcBorders>
              <w:top w:val="single" w:sz="8" w:space="0" w:color="7A5CA8"/>
              <w:left w:val="single" w:sz="8" w:space="0" w:color="7A5CA8"/>
              <w:bottom w:val="single" w:sz="8" w:space="0" w:color="7A5CA8"/>
              <w:right w:val="single" w:sz="8" w:space="0" w:color="7A5CA8"/>
            </w:tcBorders>
          </w:tcPr>
          <w:p>
            <w:r>
              <w:rPr>
                <w:b/>
              </w:rPr>
              <w:t>CADRE 2 — Employeur</w:t>
            </w:r>
          </w:p>
        </w:tc>
      </w:tr>
      <w:tr>
        <w:tc>
          <w:tcPr>
            <w:tcW w:type="dxa" w:w="10772"/>
            <w:tcMar>
              <w:top w:w="70" w:type="dxa"/>
              <w:start w:w="140" w:type="dxa"/>
              <w:bottom w:w="70" w:type="dxa"/>
              <w:end w:w="140" w:type="dxa"/>
            </w:tcMar>
            <w:tcBorders>
              <w:top w:val="single" w:sz="8" w:space="0" w:color="7A5CA8"/>
              <w:left w:val="single" w:sz="8" w:space="0" w:color="7A5CA8"/>
              <w:bottom w:val="single" w:sz="8" w:space="0" w:color="7A5CA8"/>
              <w:right w:val="single" w:sz="8" w:space="0" w:color="7A5CA8"/>
            </w:tcBorders>
          </w:tcPr>
          <w:p>
            <w:r>
              <w:t>Raison sociale : ____________________________________   SIRET : ________________</w:t>
            </w:r>
          </w:p>
        </w:tc>
      </w:tr>
      <w:tr>
        <w:tc>
          <w:tcPr>
            <w:tcW w:type="dxa" w:w="10772"/>
            <w:tcMar>
              <w:top w:w="70" w:type="dxa"/>
              <w:start w:w="140" w:type="dxa"/>
              <w:bottom w:w="70" w:type="dxa"/>
              <w:end w:w="140" w:type="dxa"/>
            </w:tcMar>
            <w:tcBorders>
              <w:top w:val="single" w:sz="8" w:space="0" w:color="7A5CA8"/>
              <w:left w:val="single" w:sz="8" w:space="0" w:color="7A5CA8"/>
              <w:bottom w:val="single" w:sz="8" w:space="0" w:color="7A5CA8"/>
              <w:right w:val="single" w:sz="8" w:space="0" w:color="7A5CA8"/>
            </w:tcBorders>
          </w:tcPr>
          <w:p>
            <w:r>
              <w:t>Adresse : __________________________________________   CP/Ville : __________________</w:t>
            </w:r>
          </w:p>
        </w:tc>
      </w:tr>
      <w:tr>
        <w:tc>
          <w:tcPr>
            <w:tcW w:type="dxa" w:w="10772"/>
            <w:tcMar>
              <w:top w:w="70" w:type="dxa"/>
              <w:start w:w="140" w:type="dxa"/>
              <w:bottom w:w="70" w:type="dxa"/>
              <w:end w:w="140" w:type="dxa"/>
            </w:tcMar>
            <w:tcBorders>
              <w:top w:val="single" w:sz="8" w:space="0" w:color="7A5CA8"/>
              <w:left w:val="single" w:sz="8" w:space="0" w:color="7A5CA8"/>
              <w:bottom w:val="single" w:sz="8" w:space="0" w:color="7A5CA8"/>
              <w:right w:val="single" w:sz="8" w:space="0" w:color="7A5CA8"/>
            </w:tcBorders>
          </w:tcPr>
          <w:p>
            <w:r>
              <w:t>Contact : __________________   Tél. : __________   E-mail : ______________________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fill="EEE8F7"/>
            <w:tcMar>
              <w:top w:w="90" w:type="dxa"/>
              <w:start w:w="140" w:type="dxa"/>
              <w:bottom w:w="90" w:type="dxa"/>
              <w:end w:w="140" w:type="dxa"/>
            </w:tcMar>
            <w:tcBorders>
              <w:top w:val="single" w:sz="8" w:space="0" w:color="7A5CA8"/>
              <w:left w:val="single" w:sz="8" w:space="0" w:color="7A5CA8"/>
              <w:bottom w:val="single" w:sz="8" w:space="0" w:color="7A5CA8"/>
              <w:right w:val="single" w:sz="8" w:space="0" w:color="7A5CA8"/>
            </w:tcBorders>
          </w:tcPr>
          <w:p>
            <w:r>
              <w:rPr>
                <w:b/>
              </w:rPr>
              <w:t>CADRE 3 — AT / Maladie professionnelle</w:t>
            </w:r>
          </w:p>
        </w:tc>
      </w:tr>
      <w:tr>
        <w:tc>
          <w:tcPr>
            <w:tcW w:type="dxa" w:w="10772"/>
            <w:tcMar>
              <w:top w:w="70" w:type="dxa"/>
              <w:start w:w="140" w:type="dxa"/>
              <w:bottom w:w="70" w:type="dxa"/>
              <w:end w:w="140" w:type="dxa"/>
            </w:tcMar>
            <w:tcBorders>
              <w:top w:val="single" w:sz="8" w:space="0" w:color="7A5CA8"/>
              <w:left w:val="single" w:sz="8" w:space="0" w:color="7A5CA8"/>
              <w:bottom w:val="single" w:sz="8" w:space="0" w:color="7A5CA8"/>
              <w:right w:val="single" w:sz="8" w:space="0" w:color="7A5CA8"/>
            </w:tcBorders>
          </w:tcPr>
          <w:p>
            <w:r>
              <w:t>☐ Accident du travail   ☐ Maladie professionnelle     Date : ____/____/______   Heure : ____ h ____</w:t>
            </w:r>
          </w:p>
        </w:tc>
      </w:tr>
      <w:tr>
        <w:tc>
          <w:tcPr>
            <w:tcW w:type="dxa" w:w="10772"/>
            <w:tcMar>
              <w:top w:w="70" w:type="dxa"/>
              <w:start w:w="140" w:type="dxa"/>
              <w:bottom w:w="70" w:type="dxa"/>
              <w:end w:w="140" w:type="dxa"/>
            </w:tcMar>
            <w:tcBorders>
              <w:top w:val="single" w:sz="8" w:space="0" w:color="7A5CA8"/>
              <w:left w:val="single" w:sz="8" w:space="0" w:color="7A5CA8"/>
              <w:bottom w:val="single" w:sz="8" w:space="0" w:color="7A5CA8"/>
              <w:right w:val="single" w:sz="8" w:space="0" w:color="7A5CA8"/>
            </w:tcBorders>
          </w:tcPr>
          <w:p>
            <w:r>
              <w:t>Lieu / Adresse : __________________________________________________________________________</w:t>
            </w:r>
          </w:p>
        </w:tc>
      </w:tr>
      <w:tr>
        <w:tc>
          <w:tcPr>
            <w:tcW w:type="dxa" w:w="10772"/>
            <w:tcMar>
              <w:top w:w="70" w:type="dxa"/>
              <w:start w:w="140" w:type="dxa"/>
              <w:bottom w:w="70" w:type="dxa"/>
              <w:end w:w="140" w:type="dxa"/>
            </w:tcMar>
            <w:tcBorders>
              <w:top w:val="single" w:sz="8" w:space="0" w:color="7A5CA8"/>
              <w:left w:val="single" w:sz="8" w:space="0" w:color="7A5CA8"/>
              <w:bottom w:val="single" w:sz="8" w:space="0" w:color="7A5CA8"/>
              <w:right w:val="single" w:sz="8" w:space="0" w:color="7A5CA8"/>
            </w:tcBorders>
          </w:tcPr>
          <w:p>
            <w:r>
              <w:t>Circonstances (outil/geste/produit/témoin) : ______________________________________________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fill="EEE8F7"/>
            <w:tcMar>
              <w:top w:w="90" w:type="dxa"/>
              <w:start w:w="140" w:type="dxa"/>
              <w:bottom w:w="90" w:type="dxa"/>
              <w:end w:w="140" w:type="dxa"/>
            </w:tcMar>
            <w:tcBorders>
              <w:top w:val="single" w:sz="8" w:space="0" w:color="7A5CA8"/>
              <w:left w:val="single" w:sz="8" w:space="0" w:color="7A5CA8"/>
              <w:bottom w:val="single" w:sz="8" w:space="0" w:color="7A5CA8"/>
              <w:right w:val="single" w:sz="8" w:space="0" w:color="7A5CA8"/>
            </w:tcBorders>
          </w:tcPr>
          <w:p>
            <w:r>
              <w:rPr>
                <w:b/>
              </w:rPr>
              <w:t>CADRE 4 — Soins / Prescripteur (2 lignes)</w:t>
            </w:r>
          </w:p>
        </w:tc>
      </w:tr>
      <w:tr>
        <w:tc>
          <w:tcPr>
            <w:tcW w:type="dxa" w:w="10772"/>
            <w:tcMar>
              <w:top w:w="70" w:type="dxa"/>
              <w:start w:w="140" w:type="dxa"/>
              <w:bottom w:w="70" w:type="dxa"/>
              <w:end w:w="140" w:type="dxa"/>
            </w:tcMar>
            <w:tcBorders>
              <w:top w:val="single" w:sz="8" w:space="0" w:color="7A5CA8"/>
              <w:left w:val="single" w:sz="8" w:space="0" w:color="7A5CA8"/>
              <w:bottom w:val="single" w:sz="8" w:space="0" w:color="7A5CA8"/>
              <w:right w:val="single" w:sz="8" w:space="0" w:color="7A5CA8"/>
            </w:tcBorders>
          </w:tcPr>
          <w:p>
            <w:r>
              <w:t>Date : ____/____/______   Acte/soins : __________________________   Prescripteur : __________   Ord. N° : __________</w:t>
            </w:r>
          </w:p>
        </w:tc>
      </w:tr>
      <w:tr>
        <w:tc>
          <w:tcPr>
            <w:tcW w:type="dxa" w:w="10772"/>
            <w:tcMar>
              <w:top w:w="70" w:type="dxa"/>
              <w:start w:w="140" w:type="dxa"/>
              <w:bottom w:w="70" w:type="dxa"/>
              <w:end w:w="140" w:type="dxa"/>
            </w:tcMar>
            <w:tcBorders>
              <w:top w:val="single" w:sz="8" w:space="0" w:color="7A5CA8"/>
              <w:left w:val="single" w:sz="8" w:space="0" w:color="7A5CA8"/>
              <w:bottom w:val="single" w:sz="8" w:space="0" w:color="7A5CA8"/>
              <w:right w:val="single" w:sz="8" w:space="0" w:color="7A5CA8"/>
            </w:tcBorders>
          </w:tcPr>
          <w:p>
            <w:r>
              <w:t>Date : ____/____/______   Acte/soins : __________________________   Prescripteur : __________   Ord. N° : __________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fill="EEE8F7"/>
            <w:tcMar>
              <w:top w:w="90" w:type="dxa"/>
              <w:start w:w="140" w:type="dxa"/>
              <w:bottom w:w="90" w:type="dxa"/>
              <w:end w:w="140" w:type="dxa"/>
            </w:tcMar>
            <w:tcBorders>
              <w:top w:val="single" w:sz="8" w:space="0" w:color="7A5CA8"/>
              <w:left w:val="single" w:sz="8" w:space="0" w:color="7A5CA8"/>
              <w:bottom w:val="single" w:sz="8" w:space="0" w:color="7A5CA8"/>
              <w:right w:val="single" w:sz="8" w:space="0" w:color="7A5CA8"/>
            </w:tcBorders>
          </w:tcPr>
          <w:p>
            <w:r>
              <w:rPr>
                <w:b/>
              </w:rPr>
              <w:t>CADRE 5 — Professionnel de santé</w:t>
            </w:r>
          </w:p>
        </w:tc>
      </w:tr>
      <w:tr>
        <w:tc>
          <w:tcPr>
            <w:tcW w:type="dxa" w:w="10772"/>
            <w:tcMar>
              <w:top w:w="70" w:type="dxa"/>
              <w:start w:w="140" w:type="dxa"/>
              <w:bottom w:w="70" w:type="dxa"/>
              <w:end w:w="140" w:type="dxa"/>
            </w:tcMar>
            <w:tcBorders>
              <w:top w:val="single" w:sz="8" w:space="0" w:color="7A5CA8"/>
              <w:left w:val="single" w:sz="8" w:space="0" w:color="7A5CA8"/>
              <w:bottom w:val="single" w:sz="8" w:space="0" w:color="7A5CA8"/>
              <w:right w:val="single" w:sz="8" w:space="0" w:color="7A5CA8"/>
            </w:tcBorders>
          </w:tcPr>
          <w:p>
            <w:r>
              <w:t>Nom/RS : __________________________   RPPS/FINESS : ______________   Mode : ☐ Tiers payant  ☐ Avance  ☐ Autre ____</w:t>
            </w:r>
          </w:p>
        </w:tc>
      </w:tr>
      <w:tr>
        <w:tc>
          <w:tcPr>
            <w:tcW w:type="dxa" w:w="10772"/>
            <w:tcMar>
              <w:top w:w="70" w:type="dxa"/>
              <w:start w:w="140" w:type="dxa"/>
              <w:bottom w:w="70" w:type="dxa"/>
              <w:end w:w="140" w:type="dxa"/>
            </w:tcMar>
            <w:tcBorders>
              <w:top w:val="single" w:sz="8" w:space="0" w:color="7A5CA8"/>
              <w:left w:val="single" w:sz="8" w:space="0" w:color="7A5CA8"/>
              <w:bottom w:val="single" w:sz="8" w:space="0" w:color="7A5CA8"/>
              <w:right w:val="single" w:sz="8" w:space="0" w:color="7A5CA8"/>
            </w:tcBorders>
          </w:tcPr>
          <w:p>
            <w:r>
              <w:t>Signature &amp; cachet : _______________________________________________________________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fill="EEE8F7"/>
            <w:tcMar>
              <w:top w:w="90" w:type="dxa"/>
              <w:start w:w="140" w:type="dxa"/>
              <w:bottom w:w="90" w:type="dxa"/>
              <w:end w:w="140" w:type="dxa"/>
            </w:tcMar>
            <w:tcBorders>
              <w:top w:val="single" w:sz="8" w:space="0" w:color="7A5CA8"/>
              <w:left w:val="single" w:sz="8" w:space="0" w:color="7A5CA8"/>
              <w:bottom w:val="single" w:sz="8" w:space="0" w:color="7A5CA8"/>
              <w:right w:val="single" w:sz="8" w:space="0" w:color="7A5CA8"/>
            </w:tcBorders>
          </w:tcPr>
          <w:p>
            <w:r>
              <w:rPr>
                <w:b/>
              </w:rPr>
              <w:t>CADRE 6 — Pièces jointes / Observations</w:t>
            </w:r>
          </w:p>
        </w:tc>
      </w:tr>
      <w:tr>
        <w:tc>
          <w:tcPr>
            <w:tcW w:type="dxa" w:w="10772"/>
            <w:tcMar>
              <w:top w:w="70" w:type="dxa"/>
              <w:start w:w="140" w:type="dxa"/>
              <w:bottom w:w="70" w:type="dxa"/>
              <w:end w:w="140" w:type="dxa"/>
            </w:tcMar>
            <w:tcBorders>
              <w:top w:val="single" w:sz="8" w:space="0" w:color="7A5CA8"/>
              <w:left w:val="single" w:sz="8" w:space="0" w:color="7A5CA8"/>
              <w:bottom w:val="single" w:sz="8" w:space="0" w:color="7A5CA8"/>
              <w:right w:val="single" w:sz="8" w:space="0" w:color="7A5CA8"/>
            </w:tcBorders>
          </w:tcPr>
          <w:p>
            <w:r>
              <w:t>☐ Attestation employeur AT/MP   ☐ CR médical   ☐ Ordonnances/Factures   ☐ Autre : ____________________</w:t>
            </w:r>
          </w:p>
        </w:tc>
      </w:tr>
      <w:tr>
        <w:tc>
          <w:tcPr>
            <w:tcW w:type="dxa" w:w="10772"/>
            <w:tcMar>
              <w:top w:w="70" w:type="dxa"/>
              <w:start w:w="140" w:type="dxa"/>
              <w:bottom w:w="70" w:type="dxa"/>
              <w:end w:w="140" w:type="dxa"/>
            </w:tcMar>
            <w:tcBorders>
              <w:top w:val="single" w:sz="8" w:space="0" w:color="7A5CA8"/>
              <w:left w:val="single" w:sz="8" w:space="0" w:color="7A5CA8"/>
              <w:bottom w:val="single" w:sz="8" w:space="0" w:color="7A5CA8"/>
              <w:right w:val="single" w:sz="8" w:space="0" w:color="7A5CA8"/>
            </w:tcBorders>
          </w:tcPr>
          <w:p>
            <w:r>
              <w:t>Observations : _______________________________________________________________________________________</w:t>
            </w:r>
          </w:p>
        </w:tc>
      </w:tr>
    </w:tbl>
    <w:sectPr w:rsidR="00FC693F" w:rsidRPr="0006063C" w:rsidSect="00034616">
      <w:footerReference w:type="default" r:id="rId9"/>
      <w:pgSz w:w="11906" w:h="16838"/>
      <w:pgMar w:top="567" w:right="567" w:bottom="567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6"/>
      </w:rPr>
      <w:t>Modèle indicatif — non officiel. Présentez les pièces exigées par votre caisse (CPAM/AT-MP).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