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FEUILLE DE CONTRÔLE — CHAÎNE DU FROID</w:t>
      </w:r>
    </w:p>
    <w:p>
      <w:r>
        <w:t>A4 imprimable — réception, stockage, transport, incidents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Établissement / Service</w:t>
            </w:r>
          </w:p>
        </w:tc>
        <w:tc>
          <w:tcPr>
            <w:tcW w:type="dxa" w:w="2551"/>
          </w:tcPr>
          <w:p>
            <w:r>
              <w:rPr>
                <w:b/>
              </w:rPr>
              <w:t>Mois / Année</w:t>
            </w:r>
          </w:p>
        </w:tc>
        <w:tc>
          <w:tcPr>
            <w:tcW w:type="dxa" w:w="2551"/>
          </w:tcPr>
          <w:p>
            <w:r>
              <w:rPr>
                <w:b/>
              </w:rPr>
              <w:t>Référent qualité</w:t>
            </w:r>
          </w:p>
        </w:tc>
        <w:tc>
          <w:tcPr>
            <w:tcW w:type="dxa" w:w="2551"/>
          </w:tcPr>
          <w:p>
            <w:r>
              <w:rPr>
                <w:b/>
              </w:rPr>
              <w:t>Procédure interne (code / version)</w:t>
            </w:r>
          </w:p>
        </w:tc>
      </w:tr>
      <w:tr>
        <w:tc>
          <w:tcPr>
            <w:tcW w:type="dxa" w:w="2551"/>
          </w:tcPr>
          <w:p>
            <w:r>
              <w:t>........................................</w:t>
            </w:r>
          </w:p>
        </w:tc>
        <w:tc>
          <w:tcPr>
            <w:tcW w:type="dxa" w:w="2551"/>
          </w:tcPr>
          <w:p>
            <w:r>
              <w:t>........ / ........</w:t>
            </w:r>
          </w:p>
        </w:tc>
        <w:tc>
          <w:tcPr>
            <w:tcW w:type="dxa" w:w="2551"/>
          </w:tcPr>
          <w:p>
            <w:r>
              <w:t>........................................</w:t>
            </w:r>
          </w:p>
        </w:tc>
        <w:tc>
          <w:tcPr>
            <w:tcW w:type="dxa" w:w="2551"/>
          </w:tcPr>
          <w:p>
            <w:r>
              <w:t>....................  v........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Frigo — Identifiant</w:t>
            </w:r>
          </w:p>
        </w:tc>
        <w:tc>
          <w:tcPr>
            <w:tcW w:type="dxa" w:w="2551"/>
          </w:tcPr>
          <w:p>
            <w:r>
              <w:rPr>
                <w:b/>
              </w:rPr>
              <w:t>Plage cible (°C)</w:t>
            </w:r>
          </w:p>
        </w:tc>
        <w:tc>
          <w:tcPr>
            <w:tcW w:type="dxa" w:w="2551"/>
          </w:tcPr>
          <w:p>
            <w:r>
              <w:rPr>
                <w:b/>
              </w:rPr>
              <w:t>Congélateur — Identifiant</w:t>
            </w:r>
          </w:p>
        </w:tc>
        <w:tc>
          <w:tcPr>
            <w:tcW w:type="dxa" w:w="2551"/>
          </w:tcPr>
          <w:p>
            <w:r>
              <w:rPr>
                <w:b/>
              </w:rPr>
              <w:t>Plage cible (°C)</w:t>
            </w:r>
          </w:p>
        </w:tc>
      </w:tr>
      <w:tr>
        <w:tc>
          <w:tcPr>
            <w:tcW w:type="dxa" w:w="2551"/>
          </w:tcPr>
          <w:p>
            <w:r>
              <w:t>FRG-__</w:t>
            </w:r>
          </w:p>
        </w:tc>
        <w:tc>
          <w:tcPr>
            <w:tcW w:type="dxa" w:w="2551"/>
          </w:tcPr>
          <w:p>
            <w:r>
              <w:t>2 à 8</w:t>
            </w:r>
          </w:p>
        </w:tc>
        <w:tc>
          <w:tcPr>
            <w:tcW w:type="dxa" w:w="2551"/>
          </w:tcPr>
          <w:p>
            <w:r>
              <w:t>CGL-__</w:t>
            </w:r>
          </w:p>
        </w:tc>
        <w:tc>
          <w:tcPr>
            <w:tcW w:type="dxa" w:w="2551"/>
          </w:tcPr>
          <w:p>
            <w:r>
              <w:t>≤ −18</w:t>
            </w:r>
          </w:p>
        </w:tc>
      </w:tr>
    </w:tbl>
    <w:p/>
    <w:p>
      <w:r>
        <w:rPr>
          <w:b/>
        </w:rPr>
        <w:t>RÉCEPTION — Produits thermosensibles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>
        <w:tc>
          <w:tcPr>
            <w:tcW w:type="dxa" w:w="1134"/>
          </w:tcPr>
          <w:p>
            <w:r>
              <w:rPr>
                <w:b/>
              </w:rPr>
              <w:t>Date/Heure</w:t>
            </w:r>
          </w:p>
        </w:tc>
        <w:tc>
          <w:tcPr>
            <w:tcW w:type="dxa" w:w="1134"/>
          </w:tcPr>
          <w:p>
            <w:r>
              <w:rPr>
                <w:b/>
              </w:rPr>
              <w:t>Fournisseur</w:t>
            </w:r>
          </w:p>
        </w:tc>
        <w:tc>
          <w:tcPr>
            <w:tcW w:type="dxa" w:w="1134"/>
          </w:tcPr>
          <w:p>
            <w:r>
              <w:rPr>
                <w:b/>
              </w:rPr>
              <w:t>Produit</w:t>
            </w:r>
          </w:p>
        </w:tc>
        <w:tc>
          <w:tcPr>
            <w:tcW w:type="dxa" w:w="1134"/>
          </w:tcPr>
          <w:p>
            <w:r>
              <w:rPr>
                <w:b/>
              </w:rPr>
              <w:t>Lot</w:t>
            </w:r>
          </w:p>
        </w:tc>
        <w:tc>
          <w:tcPr>
            <w:tcW w:type="dxa" w:w="1134"/>
          </w:tcPr>
          <w:p>
            <w:r>
              <w:rPr>
                <w:b/>
              </w:rPr>
              <w:t>T° colis (°C)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Intégrité colis (O/N)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Conformité (O/N)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Décision (Accepter/Quarantaine/Refuser)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134"/>
          </w:tcPr>
          <w:p>
            <w:r>
              <w:t>....../....../........  ....:....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Accepter / Quarantaine / Refuser</w:t>
            </w:r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....../....../........  ....:....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Accepter / Quarantaine / Refuser</w:t>
            </w:r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....../....../........  ....:....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Accepter / Quarantaine / Refuser</w:t>
            </w:r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....../....../........  ....:....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Accepter / Quarantaine / Refuser</w:t>
            </w:r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....../....../........  ....:....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Accepter / Quarantaine / Refuser</w:t>
            </w:r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....../....../........  ....:....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Accepter / Quarantaine / Refuser</w:t>
            </w:r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....../....../........  ....:....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Accepter / Quarantaine / Refuser</w:t>
            </w:r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....../....../........  ....:....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>
              <w:t>Accepter / Quarantaine / Refuser</w:t>
            </w:r>
          </w:p>
        </w:tc>
        <w:tc>
          <w:tcPr>
            <w:tcW w:type="dxa" w:w="1134"/>
          </w:tcPr>
          <w:p>
            <w:r/>
          </w:p>
        </w:tc>
      </w:tr>
    </w:tbl>
    <w:p/>
    <w:p>
      <w:r>
        <w:rPr>
          <w:b/>
        </w:rPr>
        <w:t>STOCKAGE — Suivi quotidien (Frigo &amp; Congélateur)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</w:tblGrid>
      <w:tr>
        <w:tc>
          <w:tcPr>
            <w:tcW w:type="dxa" w:w="1021"/>
          </w:tcPr>
          <w:p>
            <w:r>
              <w:rPr>
                <w:b/>
              </w:rPr>
              <w:t>Jour</w:t>
            </w:r>
          </w:p>
        </w:tc>
        <w:tc>
          <w:tcPr>
            <w:tcW w:type="dxa" w:w="1021"/>
          </w:tcPr>
          <w:p>
            <w:r>
              <w:rPr>
                <w:b/>
              </w:rPr>
              <w:t>Frigo Matin (°C)</w:t>
            </w:r>
          </w:p>
        </w:tc>
        <w:tc>
          <w:tcPr>
            <w:tcW w:type="dxa" w:w="1021"/>
          </w:tcPr>
          <w:p>
            <w:r>
              <w:rPr>
                <w:b/>
              </w:rPr>
              <w:t>Frigo Midi (°C)</w:t>
            </w:r>
          </w:p>
        </w:tc>
        <w:tc>
          <w:tcPr>
            <w:tcW w:type="dxa" w:w="1021"/>
          </w:tcPr>
          <w:p>
            <w:r>
              <w:rPr>
                <w:b/>
              </w:rPr>
              <w:t>Frigo Soir (°C)</w:t>
            </w:r>
          </w:p>
        </w:tc>
        <w:tc>
          <w:tcPr>
            <w:tcW w:type="dxa" w:w="1021"/>
          </w:tcPr>
          <w:p>
            <w:r>
              <w:rPr>
                <w:b/>
              </w:rPr>
              <w:t>Frigo Min/Max</w:t>
            </w:r>
          </w:p>
        </w:tc>
        <w:tc>
          <w:tcPr>
            <w:tcW w:type="dxa" w:w="1021"/>
          </w:tcPr>
          <w:p>
            <w:r>
              <w:rPr>
                <w:b/>
              </w:rPr>
              <w:t>CGL Matin (°C)</w:t>
            </w:r>
          </w:p>
        </w:tc>
        <w:tc>
          <w:tcPr>
            <w:tcW w:type="dxa" w:w="1021"/>
          </w:tcPr>
          <w:p>
            <w:r>
              <w:rPr>
                <w:b/>
              </w:rPr>
              <w:t>CGL Soir (°C)</w:t>
            </w:r>
          </w:p>
        </w:tc>
        <w:tc>
          <w:tcPr>
            <w:tcW w:type="dxa" w:w="1021"/>
          </w:tcPr>
          <w:p>
            <w:r>
              <w:rPr>
                <w:b/>
              </w:rPr>
              <w:t>CGL Min/Max</w:t>
            </w:r>
          </w:p>
        </w:tc>
        <w:tc>
          <w:tcPr>
            <w:tcW w:type="dxa" w:w="1021"/>
          </w:tcPr>
          <w:p>
            <w:r>
              <w:rPr>
                <w:b/>
              </w:rPr>
              <w:t>Hors plage (O/N)</w:t>
            </w:r>
          </w:p>
        </w:tc>
        <w:tc>
          <w:tcPr>
            <w:tcW w:type="dxa" w:w="1021"/>
          </w:tcPr>
          <w:p>
            <w:r>
              <w:rPr>
                <w:b/>
              </w:rPr>
              <w:t>Actions / Initiales</w:t>
            </w:r>
          </w:p>
        </w:tc>
      </w:tr>
      <w:tr>
        <w:tc>
          <w:tcPr>
            <w:tcW w:type="dxa" w:w="1021"/>
          </w:tcPr>
          <w:p>
            <w:r>
              <w:t>1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2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3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4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5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6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7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8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9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10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11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12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13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14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15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16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17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18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19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20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21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22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23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24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25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26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27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28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29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30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  <w:tr>
        <w:tc>
          <w:tcPr>
            <w:tcW w:type="dxa" w:w="1021"/>
          </w:tcPr>
          <w:p>
            <w:r>
              <w:t>31</w:t>
            </w:r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/>
          </w:p>
        </w:tc>
        <w:tc>
          <w:tcPr>
            <w:tcW w:type="dxa" w:w="1021"/>
          </w:tcPr>
          <w:p>
            <w:r>
              <w:t>O / N</w:t>
            </w:r>
          </w:p>
        </w:tc>
        <w:tc>
          <w:tcPr>
            <w:tcW w:type="dxa" w:w="1021"/>
          </w:tcPr>
          <w:p>
            <w:r/>
          </w:p>
        </w:tc>
      </w:tr>
    </w:tbl>
    <w:p/>
    <w:p>
      <w:r>
        <w:rPr>
          <w:b/>
        </w:rPr>
        <w:t>TRANSPORT — Glacières / sorties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>
        <w:tc>
          <w:tcPr>
            <w:tcW w:type="dxa" w:w="1134"/>
          </w:tcPr>
          <w:p>
            <w:r>
              <w:rPr>
                <w:b/>
              </w:rPr>
              <w:t>N° glacière</w:t>
            </w:r>
          </w:p>
        </w:tc>
        <w:tc>
          <w:tcPr>
            <w:tcW w:type="dxa" w:w="1134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134"/>
          </w:tcPr>
          <w:p>
            <w:r>
              <w:rPr>
                <w:b/>
              </w:rPr>
              <w:t>Départ (°C)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Arrivée (°C)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Min/Max logger</w:t>
            </w:r>
          </w:p>
        </w:tc>
        <w:tc>
          <w:tcPr>
            <w:tcW w:type="dxa" w:w="1134"/>
          </w:tcPr>
          <w:p>
            <w:r>
              <w:rPr>
                <w:b/>
              </w:rPr>
              <w:t>Durée (min)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Gel packs OK (O/N)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Observations</w:t>
            </w:r>
          </w:p>
        </w:tc>
        <w:tc>
          <w:tcPr>
            <w:tcW w:type="dxa" w:w="1134"/>
          </w:tcPr>
          <w:p>
            <w:r>
              <w:rPr>
                <w:b/>
              </w:rPr>
              <w:t>Initiales</w:t>
            </w:r>
          </w:p>
        </w:tc>
      </w:tr>
      <w:tr>
        <w:tc>
          <w:tcPr>
            <w:tcW w:type="dxa" w:w="1134"/>
          </w:tcPr>
          <w:p>
            <w:r>
              <w:t>GL-__</w:t>
            </w:r>
          </w:p>
        </w:tc>
        <w:tc>
          <w:tcPr>
            <w:tcW w:type="dxa" w:w="1134"/>
          </w:tcPr>
          <w:p>
            <w:r>
              <w:t>....../....../........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GL-__</w:t>
            </w:r>
          </w:p>
        </w:tc>
        <w:tc>
          <w:tcPr>
            <w:tcW w:type="dxa" w:w="1134"/>
          </w:tcPr>
          <w:p>
            <w:r>
              <w:t>....../....../........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GL-__</w:t>
            </w:r>
          </w:p>
        </w:tc>
        <w:tc>
          <w:tcPr>
            <w:tcW w:type="dxa" w:w="1134"/>
          </w:tcPr>
          <w:p>
            <w:r>
              <w:t>....../....../........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GL-__</w:t>
            </w:r>
          </w:p>
        </w:tc>
        <w:tc>
          <w:tcPr>
            <w:tcW w:type="dxa" w:w="1134"/>
          </w:tcPr>
          <w:p>
            <w:r>
              <w:t>....../....../........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GL-__</w:t>
            </w:r>
          </w:p>
        </w:tc>
        <w:tc>
          <w:tcPr>
            <w:tcW w:type="dxa" w:w="1134"/>
          </w:tcPr>
          <w:p>
            <w:r>
              <w:t>....../....../........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GL-__</w:t>
            </w:r>
          </w:p>
        </w:tc>
        <w:tc>
          <w:tcPr>
            <w:tcW w:type="dxa" w:w="1134"/>
          </w:tcPr>
          <w:p>
            <w:r>
              <w:t>....../....../........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GL-__</w:t>
            </w:r>
          </w:p>
        </w:tc>
        <w:tc>
          <w:tcPr>
            <w:tcW w:type="dxa" w:w="1134"/>
          </w:tcPr>
          <w:p>
            <w:r>
              <w:t>....../....../........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GL-__</w:t>
            </w:r>
          </w:p>
        </w:tc>
        <w:tc>
          <w:tcPr>
            <w:tcW w:type="dxa" w:w="1134"/>
          </w:tcPr>
          <w:p>
            <w:r>
              <w:t>....../....../........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O / N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</w:tbl>
    <w:p>
      <w:r>
        <w:br w:type="page"/>
      </w:r>
    </w:p>
    <w:p>
      <w:r>
        <w:rPr>
          <w:b/>
        </w:rPr>
        <w:t>INCIDENTS / ÉCARTS — Journal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c>
          <w:tcPr>
            <w:tcW w:type="dxa" w:w="1276"/>
          </w:tcPr>
          <w:p>
            <w:r>
              <w:rPr>
                <w:b/>
              </w:rPr>
              <w:t>Date &amp; heure</w:t>
            </w:r>
          </w:p>
        </w:tc>
        <w:tc>
          <w:tcPr>
            <w:tcW w:type="dxa" w:w="1276"/>
          </w:tcPr>
          <w:p>
            <w:r>
              <w:rPr>
                <w:b/>
              </w:rPr>
              <w:t>Équipement / Glacière</w:t>
            </w:r>
          </w:p>
        </w:tc>
        <w:tc>
          <w:tcPr>
            <w:tcW w:type="dxa" w:w="1276"/>
          </w:tcPr>
          <w:p>
            <w:r>
              <w:rPr>
                <w:b/>
              </w:rPr>
              <w:t>T° observée (°C)</w:t>
            </w:r>
          </w:p>
        </w:tc>
        <w:tc>
          <w:tcPr>
            <w:tcW w:type="dxa" w:w="1276"/>
          </w:tcPr>
          <w:p>
            <w:r>
              <w:rPr>
                <w:b/>
              </w:rPr>
              <w:t>Durée estimée</w:t>
            </w:r>
          </w:p>
        </w:tc>
        <w:tc>
          <w:tcPr>
            <w:tcW w:type="dxa" w:w="1276"/>
          </w:tcPr>
          <w:p>
            <w:r>
              <w:rPr>
                <w:b/>
              </w:rPr>
              <w:t>Cause probable</w:t>
            </w:r>
          </w:p>
        </w:tc>
        <w:tc>
          <w:tcPr>
            <w:tcW w:type="dxa" w:w="1276"/>
          </w:tcPr>
          <w:p>
            <w:r>
              <w:rPr>
                <w:b/>
              </w:rPr>
              <w:t>Mesures immédiates</w:t>
            </w:r>
          </w:p>
        </w:tc>
        <w:tc>
          <w:tcPr>
            <w:tcW w:type="dxa" w:w="1276"/>
          </w:tcPr>
          <w:p>
            <w:r>
              <w:rPr>
                <w:b/>
              </w:rPr>
              <w:t>Statut produits</w:t>
            </w:r>
          </w:p>
        </w:tc>
        <w:tc>
          <w:tcPr>
            <w:tcW w:type="dxa" w:w="1276"/>
          </w:tcPr>
          <w:p>
            <w:r>
              <w:rPr>
                <w:b/>
              </w:rPr>
              <w:t>Validation (nom/signature)</w:t>
            </w:r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OK / Quarantaine / Écarter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OK / Quarantaine / Écarter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OK / Quarantaine / Écarter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OK / Quarantaine / Écarter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OK / Quarantaine / Écarter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OK / Quarantaine / Écarter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OK / Quarantaine / Écarter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OK / Quarantaine / Écarter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OK / Quarantaine / Écarter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OK / Quarantaine / Écarter</w:t>
            </w:r>
          </w:p>
        </w:tc>
        <w:tc>
          <w:tcPr>
            <w:tcW w:type="dxa" w:w="1276"/>
          </w:tcPr>
          <w:p>
            <w:r/>
          </w:p>
        </w:tc>
      </w:tr>
    </w:tbl>
    <w:p/>
    <w:p>
      <w:r>
        <w:rPr>
          <w:b/>
        </w:rPr>
        <w:t>CONTRÔLES PÉRIODIQUES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r>
              <w:rPr>
                <w:b/>
              </w:rPr>
              <w:t>Type de contrôle</w:t>
            </w:r>
          </w:p>
        </w:tc>
        <w:tc>
          <w:tcPr>
            <w:tcW w:type="dxa" w:w="2041"/>
          </w:tcPr>
          <w:p>
            <w:r>
              <w:rPr>
                <w:b/>
              </w:rPr>
              <w:t>Semaine 1</w:t>
            </w:r>
          </w:p>
        </w:tc>
        <w:tc>
          <w:tcPr>
            <w:tcW w:type="dxa" w:w="2041"/>
          </w:tcPr>
          <w:p>
            <w:r>
              <w:rPr>
                <w:b/>
              </w:rPr>
              <w:t>Semaine 2</w:t>
            </w:r>
          </w:p>
        </w:tc>
        <w:tc>
          <w:tcPr>
            <w:tcW w:type="dxa" w:w="2041"/>
          </w:tcPr>
          <w:p>
            <w:r>
              <w:rPr>
                <w:b/>
              </w:rPr>
              <w:t>Semaine 3</w:t>
            </w:r>
          </w:p>
        </w:tc>
        <w:tc>
          <w:tcPr>
            <w:tcW w:type="dxa" w:w="2041"/>
          </w:tcPr>
          <w:p>
            <w:r>
              <w:rPr>
                <w:b/>
              </w:rPr>
              <w:t>Semaine 4/5</w:t>
            </w:r>
          </w:p>
        </w:tc>
      </w:tr>
      <w:tr>
        <w:tc>
          <w:tcPr>
            <w:tcW w:type="dxa" w:w="2041"/>
          </w:tcPr>
          <w:p>
            <w:r>
              <w:t>Test alarme (frigo &amp; CGL)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</w:tr>
      <w:tr>
        <w:tc>
          <w:tcPr>
            <w:tcW w:type="dxa" w:w="2041"/>
          </w:tcPr>
          <w:p>
            <w:r>
              <w:t>Propreté / dégivrage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</w:tr>
      <w:tr>
        <w:tc>
          <w:tcPr>
            <w:tcW w:type="dxa" w:w="2041"/>
          </w:tcPr>
          <w:p>
            <w:r>
              <w:t>Vérif. sonde étalon (si prévu)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</w:tr>
      <w:tr>
        <w:tc>
          <w:tcPr>
            <w:tcW w:type="dxa" w:w="2041"/>
          </w:tcPr>
          <w:p>
            <w:r>
              <w:t>État joints / fermeture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</w:tr>
      <w:tr>
        <w:tc>
          <w:tcPr>
            <w:tcW w:type="dxa" w:w="2041"/>
          </w:tcPr>
          <w:p>
            <w:r>
              <w:t>Observation libre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  <w:tc>
          <w:tcPr>
            <w:tcW w:type="dxa" w:w="2041"/>
          </w:tcPr>
          <w:p>
            <w:r>
              <w:t>☐ OK  /  Date : ....  Initiales : ..</w:t>
            </w:r>
          </w:p>
        </w:tc>
      </w:tr>
    </w:tbl>
    <w:sectPr w:rsidR="00FC693F" w:rsidRPr="0006063C" w:rsidSect="00034616"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