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6C5CE7"/>
          </w:tcPr>
          <w:p>
            <w:pPr>
              <w:jc w:val="center"/>
            </w:pPr>
            <w:r>
              <w:rPr>
                <w:b/>
                <w:color w:val="FFFFFF"/>
                <w:sz w:val="40"/>
              </w:rPr>
              <w:t>EXERCICES COGNITIFS — VERSION GAMIFIÉE (A4)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  <w:shd w:val="clear" w:color="auto" w:fill="00B894"/>
          </w:tcPr>
          <w:p>
            <w:pPr>
              <w:jc w:val="center"/>
            </w:pPr>
            <w:r>
              <w:rPr>
                <w:b/>
                <w:sz w:val="22"/>
              </w:rPr>
              <w:t>Niveau</w:t>
            </w:r>
          </w:p>
        </w:tc>
        <w:tc>
          <w:tcPr>
            <w:tcW w:type="dxa" w:w="3402"/>
            <w:shd w:val="clear" w:color="auto" w:fill="FDCB6E"/>
          </w:tcPr>
          <w:p>
            <w:pPr>
              <w:jc w:val="center"/>
            </w:pPr>
            <w:r>
              <w:rPr>
                <w:b/>
                <w:sz w:val="22"/>
              </w:rPr>
              <w:t>Étoiles</w:t>
            </w:r>
          </w:p>
        </w:tc>
        <w:tc>
          <w:tcPr>
            <w:tcW w:type="dxa" w:w="3402"/>
            <w:shd w:val="clear" w:color="auto" w:fill="FF7675"/>
          </w:tcPr>
          <w:p>
            <w:pPr>
              <w:jc w:val="center"/>
            </w:pPr>
            <w:r>
              <w:rPr>
                <w:b/>
                <w:sz w:val="22"/>
              </w:rPr>
              <w:t>Bonus</w:t>
            </w:r>
          </w:p>
        </w:tc>
      </w:tr>
    </w:tbl>
    <w:p/>
    <w:p>
      <w:pPr>
        <w:pStyle w:val="Heading1"/>
      </w:pPr>
      <w:r>
        <w:t>Passeport — Score &amp; Étoiles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val="clear" w:color="auto" w:fill="0984E3"/>
          </w:tcPr>
          <w:p>
            <w:r>
              <w:rPr>
                <w:b/>
                <w:color w:val="FFFFFF"/>
              </w:rPr>
              <w:t>Exercice</w:t>
            </w:r>
          </w:p>
        </w:tc>
        <w:tc>
          <w:tcPr>
            <w:tcW w:type="dxa" w:w="2551"/>
            <w:shd w:val="clear" w:color="auto" w:fill="0984E3"/>
          </w:tcPr>
          <w:p>
            <w:r>
              <w:rPr>
                <w:b/>
                <w:color w:val="FFFFFF"/>
              </w:rPr>
              <w:t>Points</w:t>
            </w:r>
          </w:p>
        </w:tc>
        <w:tc>
          <w:tcPr>
            <w:tcW w:type="dxa" w:w="2551"/>
            <w:shd w:val="clear" w:color="auto" w:fill="0984E3"/>
          </w:tcPr>
          <w:p>
            <w:r>
              <w:rPr>
                <w:b/>
                <w:color w:val="FFFFFF"/>
              </w:rPr>
              <w:t>★</w:t>
            </w:r>
          </w:p>
        </w:tc>
        <w:tc>
          <w:tcPr>
            <w:tcW w:type="dxa" w:w="2551"/>
            <w:shd w:val="clear" w:color="auto" w:fill="0984E3"/>
          </w:tcPr>
          <w:p>
            <w:r>
              <w:rPr>
                <w:b/>
                <w:color w:val="FFFFFF"/>
              </w:rPr>
              <w:t>Temps (s)</w:t>
            </w:r>
          </w:p>
        </w:tc>
      </w:tr>
      <w:tr>
        <w:tc>
          <w:tcPr>
            <w:tcW w:type="dxa" w:w="2551"/>
          </w:tcPr>
          <w:p>
            <w:r>
              <w:t>1. Stroop couleur-mot</w:t>
            </w:r>
          </w:p>
        </w:tc>
        <w:tc>
          <w:tcPr>
            <w:tcW w:type="dxa" w:w="2551"/>
          </w:tcPr>
          <w:p>
            <w:r>
              <w:t>____ / ____</w:t>
            </w:r>
          </w:p>
        </w:tc>
        <w:tc>
          <w:tcPr>
            <w:tcW w:type="dxa" w:w="2551"/>
          </w:tcPr>
          <w:p>
            <w:r>
              <w:t>☆ ☆ ☆</w:t>
            </w:r>
          </w:p>
        </w:tc>
        <w:tc>
          <w:tcPr>
            <w:tcW w:type="dxa" w:w="2551"/>
          </w:tcPr>
          <w:p>
            <w:r>
              <w:t>_____</w:t>
            </w:r>
          </w:p>
        </w:tc>
      </w:tr>
      <w:tr>
        <w:tc>
          <w:tcPr>
            <w:tcW w:type="dxa" w:w="2551"/>
          </w:tcPr>
          <w:p>
            <w:r>
              <w:t>2. Alternance lettres-chiffres</w:t>
            </w:r>
          </w:p>
        </w:tc>
        <w:tc>
          <w:tcPr>
            <w:tcW w:type="dxa" w:w="2551"/>
          </w:tcPr>
          <w:p>
            <w:r>
              <w:t>____ / ____</w:t>
            </w:r>
          </w:p>
        </w:tc>
        <w:tc>
          <w:tcPr>
            <w:tcW w:type="dxa" w:w="2551"/>
          </w:tcPr>
          <w:p>
            <w:r>
              <w:t>☆ ☆ ☆</w:t>
            </w:r>
          </w:p>
        </w:tc>
        <w:tc>
          <w:tcPr>
            <w:tcW w:type="dxa" w:w="2551"/>
          </w:tcPr>
          <w:p>
            <w:r>
              <w:t>_____</w:t>
            </w:r>
          </w:p>
        </w:tc>
      </w:tr>
      <w:tr>
        <w:tc>
          <w:tcPr>
            <w:tcW w:type="dxa" w:w="2551"/>
          </w:tcPr>
          <w:p>
            <w:r>
              <w:t>3. Go/No-Go</w:t>
            </w:r>
          </w:p>
        </w:tc>
        <w:tc>
          <w:tcPr>
            <w:tcW w:type="dxa" w:w="2551"/>
          </w:tcPr>
          <w:p>
            <w:r>
              <w:t>____ / ____</w:t>
            </w:r>
          </w:p>
        </w:tc>
        <w:tc>
          <w:tcPr>
            <w:tcW w:type="dxa" w:w="2551"/>
          </w:tcPr>
          <w:p>
            <w:r>
              <w:t>☆ ☆ ☆</w:t>
            </w:r>
          </w:p>
        </w:tc>
        <w:tc>
          <w:tcPr>
            <w:tcW w:type="dxa" w:w="2551"/>
          </w:tcPr>
          <w:p>
            <w:r>
              <w:t>_____</w:t>
            </w:r>
          </w:p>
        </w:tc>
      </w:tr>
      <w:tr>
        <w:tc>
          <w:tcPr>
            <w:tcW w:type="dxa" w:w="2551"/>
          </w:tcPr>
          <w:p>
            <w:r>
              <w:t>4. Digit–Symbole</w:t>
            </w:r>
          </w:p>
        </w:tc>
        <w:tc>
          <w:tcPr>
            <w:tcW w:type="dxa" w:w="2551"/>
          </w:tcPr>
          <w:p>
            <w:r>
              <w:t>____ / ____</w:t>
            </w:r>
          </w:p>
        </w:tc>
        <w:tc>
          <w:tcPr>
            <w:tcW w:type="dxa" w:w="2551"/>
          </w:tcPr>
          <w:p>
            <w:r>
              <w:t>☆ ☆ ☆</w:t>
            </w:r>
          </w:p>
        </w:tc>
        <w:tc>
          <w:tcPr>
            <w:tcW w:type="dxa" w:w="2551"/>
          </w:tcPr>
          <w:p>
            <w:r>
              <w:t>_____</w:t>
            </w:r>
          </w:p>
        </w:tc>
      </w:tr>
      <w:tr>
        <w:tc>
          <w:tcPr>
            <w:tcW w:type="dxa" w:w="2551"/>
          </w:tcPr>
          <w:p>
            <w:r>
              <w:t>5. Catégories switch</w:t>
            </w:r>
          </w:p>
        </w:tc>
        <w:tc>
          <w:tcPr>
            <w:tcW w:type="dxa" w:w="2551"/>
          </w:tcPr>
          <w:p>
            <w:r>
              <w:t>____ / ____</w:t>
            </w:r>
          </w:p>
        </w:tc>
        <w:tc>
          <w:tcPr>
            <w:tcW w:type="dxa" w:w="2551"/>
          </w:tcPr>
          <w:p>
            <w:r>
              <w:t>☆ ☆ ☆</w:t>
            </w:r>
          </w:p>
        </w:tc>
        <w:tc>
          <w:tcPr>
            <w:tcW w:type="dxa" w:w="2551"/>
          </w:tcPr>
          <w:p>
            <w:r>
              <w:t>_____</w:t>
            </w:r>
          </w:p>
        </w:tc>
      </w:tr>
      <w:tr>
        <w:tc>
          <w:tcPr>
            <w:tcW w:type="dxa" w:w="2551"/>
          </w:tcPr>
          <w:p>
            <w:r>
              <w:t>6. Calcul mental</w:t>
            </w:r>
          </w:p>
        </w:tc>
        <w:tc>
          <w:tcPr>
            <w:tcW w:type="dxa" w:w="2551"/>
          </w:tcPr>
          <w:p>
            <w:r>
              <w:t>____ / ____</w:t>
            </w:r>
          </w:p>
        </w:tc>
        <w:tc>
          <w:tcPr>
            <w:tcW w:type="dxa" w:w="2551"/>
          </w:tcPr>
          <w:p>
            <w:r>
              <w:t>☆ ☆ ☆</w:t>
            </w:r>
          </w:p>
        </w:tc>
        <w:tc>
          <w:tcPr>
            <w:tcW w:type="dxa" w:w="2551"/>
          </w:tcPr>
          <w:p>
            <w:r>
              <w:t>_____</w:t>
            </w:r>
          </w:p>
        </w:tc>
      </w:tr>
      <w:tr>
        <w:tc>
          <w:tcPr>
            <w:tcW w:type="dxa" w:w="2551"/>
          </w:tcPr>
          <w:p>
            <w:r>
              <w:t>7. Logique &amp; suites</w:t>
            </w:r>
          </w:p>
        </w:tc>
        <w:tc>
          <w:tcPr>
            <w:tcW w:type="dxa" w:w="2551"/>
          </w:tcPr>
          <w:p>
            <w:r>
              <w:t>____ / ____</w:t>
            </w:r>
          </w:p>
        </w:tc>
        <w:tc>
          <w:tcPr>
            <w:tcW w:type="dxa" w:w="2551"/>
          </w:tcPr>
          <w:p>
            <w:r>
              <w:t>☆ ☆ ☆</w:t>
            </w:r>
          </w:p>
        </w:tc>
        <w:tc>
          <w:tcPr>
            <w:tcW w:type="dxa" w:w="2551"/>
          </w:tcPr>
          <w:p>
            <w:r>
              <w:t>_____</w:t>
            </w:r>
          </w:p>
        </w:tc>
      </w:tr>
      <w:tr>
        <w:tc>
          <w:tcPr>
            <w:tcW w:type="dxa" w:w="2551"/>
          </w:tcPr>
          <w:p>
            <w:r>
              <w:t>8. Visuo-spatial</w:t>
            </w:r>
          </w:p>
        </w:tc>
        <w:tc>
          <w:tcPr>
            <w:tcW w:type="dxa" w:w="2551"/>
          </w:tcPr>
          <w:p>
            <w:r>
              <w:t>____ / ____</w:t>
            </w:r>
          </w:p>
        </w:tc>
        <w:tc>
          <w:tcPr>
            <w:tcW w:type="dxa" w:w="2551"/>
          </w:tcPr>
          <w:p>
            <w:r>
              <w:t>☆ ☆ ☆</w:t>
            </w:r>
          </w:p>
        </w:tc>
        <w:tc>
          <w:tcPr>
            <w:tcW w:type="dxa" w:w="2551"/>
          </w:tcPr>
          <w:p>
            <w:r>
              <w:t>_____</w:t>
            </w:r>
          </w:p>
        </w:tc>
      </w:tr>
      <w:tr>
        <w:tc>
          <w:tcPr>
            <w:tcW w:type="dxa" w:w="2551"/>
          </w:tcPr>
          <w:p>
            <w:r>
              <w:t>9. Planification (ordre des étapes)</w:t>
            </w:r>
          </w:p>
        </w:tc>
        <w:tc>
          <w:tcPr>
            <w:tcW w:type="dxa" w:w="2551"/>
          </w:tcPr>
          <w:p>
            <w:r>
              <w:t>____ / ____</w:t>
            </w:r>
          </w:p>
        </w:tc>
        <w:tc>
          <w:tcPr>
            <w:tcW w:type="dxa" w:w="2551"/>
          </w:tcPr>
          <w:p>
            <w:r>
              <w:t>☆ ☆ ☆</w:t>
            </w:r>
          </w:p>
        </w:tc>
        <w:tc>
          <w:tcPr>
            <w:tcW w:type="dxa" w:w="2551"/>
          </w:tcPr>
          <w:p>
            <w:r>
              <w:t>_____</w:t>
            </w:r>
          </w:p>
        </w:tc>
      </w:tr>
      <w:tr>
        <w:tc>
          <w:tcPr>
            <w:tcW w:type="dxa" w:w="2551"/>
          </w:tcPr>
          <w:p>
            <w:r>
              <w:t>10. Vitesse (barrage lettres)</w:t>
            </w:r>
          </w:p>
        </w:tc>
        <w:tc>
          <w:tcPr>
            <w:tcW w:type="dxa" w:w="2551"/>
          </w:tcPr>
          <w:p>
            <w:r>
              <w:t>____ / ____</w:t>
            </w:r>
          </w:p>
        </w:tc>
        <w:tc>
          <w:tcPr>
            <w:tcW w:type="dxa" w:w="2551"/>
          </w:tcPr>
          <w:p>
            <w:r>
              <w:t>☆ ☆ ☆</w:t>
            </w:r>
          </w:p>
        </w:tc>
        <w:tc>
          <w:tcPr>
            <w:tcW w:type="dxa" w:w="2551"/>
          </w:tcPr>
          <w:p>
            <w:r>
              <w:t>_____</w:t>
            </w:r>
          </w:p>
        </w:tc>
      </w:tr>
    </w:tbl>
    <w:p/>
    <w:p>
      <w:pPr>
        <w:pStyle w:val="Heading1"/>
      </w:pPr>
      <w:r>
        <w:t>Badges (à coller/cocher)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914400" cy="9144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target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t>Précision</w:t>
            </w:r>
          </w:p>
        </w:tc>
        <w:tc>
          <w:tcPr>
            <w:tcW w:type="dxa" w:w="2551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914400" cy="914400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star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t>Attention soutenue</w:t>
            </w:r>
          </w:p>
        </w:tc>
        <w:tc>
          <w:tcPr>
            <w:tcW w:type="dxa" w:w="2551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914400" cy="914400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uzzle.pn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t>Flexibilité</w:t>
            </w:r>
          </w:p>
        </w:tc>
        <w:tc>
          <w:tcPr>
            <w:tcW w:type="dxa" w:w="2551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914400" cy="914400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trophy.png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t>Maîtrise</w:t>
            </w:r>
          </w:p>
        </w:tc>
      </w:tr>
    </w:tbl>
    <w:p>
      <w:pPr>
        <w:pStyle w:val="Heading1"/>
      </w:pPr>
      <w:r>
        <w:t>Ex. 1 — Stroop couleur-mot (nommer la COULEUR, pas le mot)</w:t>
      </w:r>
    </w:p>
    <w:p>
      <w:r>
        <w:t>Consigne : lisez chaque mot et dites/écrivez la couleur de l’encre. 60 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  <w:color w:val="008000"/>
                <w:sz w:val="24"/>
              </w:rPr>
              <w:t>ROUGE</w:t>
            </w:r>
          </w:p>
        </w:tc>
        <w:tc>
          <w:tcPr>
            <w:tcW w:type="dxa" w:w="5103"/>
          </w:tcPr>
          <w:p>
            <w:r>
              <w:t>Couleur : __________________</w:t>
            </w:r>
          </w:p>
        </w:tc>
      </w:tr>
      <w:tr>
        <w:tc>
          <w:tcPr>
            <w:tcW w:type="dxa" w:w="5103"/>
          </w:tcPr>
          <w:p>
            <w:r>
              <w:rPr>
                <w:b/>
                <w:color w:val="FF0000"/>
                <w:sz w:val="24"/>
              </w:rPr>
              <w:t>VERT</w:t>
            </w:r>
          </w:p>
        </w:tc>
        <w:tc>
          <w:tcPr>
            <w:tcW w:type="dxa" w:w="5103"/>
          </w:tcPr>
          <w:p>
            <w:r>
              <w:t>Couleur : __________________</w:t>
            </w:r>
          </w:p>
        </w:tc>
      </w:tr>
      <w:tr>
        <w:tc>
          <w:tcPr>
            <w:tcW w:type="dxa" w:w="5103"/>
          </w:tcPr>
          <w:p>
            <w:r>
              <w:rPr>
                <w:b/>
                <w:color w:val="FFA500"/>
                <w:sz w:val="24"/>
              </w:rPr>
              <w:t>BLEU</w:t>
            </w:r>
          </w:p>
        </w:tc>
        <w:tc>
          <w:tcPr>
            <w:tcW w:type="dxa" w:w="5103"/>
          </w:tcPr>
          <w:p>
            <w:r>
              <w:t>Couleur : __________________</w:t>
            </w:r>
          </w:p>
        </w:tc>
      </w:tr>
      <w:tr>
        <w:tc>
          <w:tcPr>
            <w:tcW w:type="dxa" w:w="5103"/>
          </w:tcPr>
          <w:p>
            <w:r>
              <w:rPr>
                <w:b/>
                <w:color w:val="0000FF"/>
                <w:sz w:val="24"/>
              </w:rPr>
              <w:t>JAUNE</w:t>
            </w:r>
          </w:p>
        </w:tc>
        <w:tc>
          <w:tcPr>
            <w:tcW w:type="dxa" w:w="5103"/>
          </w:tcPr>
          <w:p>
            <w:r>
              <w:t>Couleur : __________________</w:t>
            </w:r>
          </w:p>
        </w:tc>
      </w:tr>
      <w:tr>
        <w:tc>
          <w:tcPr>
            <w:tcW w:type="dxa" w:w="5103"/>
          </w:tcPr>
          <w:p>
            <w:r>
              <w:rPr>
                <w:b/>
                <w:color w:val="800080"/>
                <w:sz w:val="24"/>
              </w:rPr>
              <w:t>NOIR</w:t>
            </w:r>
          </w:p>
        </w:tc>
        <w:tc>
          <w:tcPr>
            <w:tcW w:type="dxa" w:w="5103"/>
          </w:tcPr>
          <w:p>
            <w:r>
              <w:t>Couleur : __________________</w:t>
            </w:r>
          </w:p>
        </w:tc>
      </w:tr>
      <w:tr>
        <w:tc>
          <w:tcPr>
            <w:tcW w:type="dxa" w:w="5103"/>
          </w:tcPr>
          <w:p>
            <w:r>
              <w:rPr>
                <w:b/>
                <w:color w:val="000000"/>
                <w:sz w:val="24"/>
              </w:rPr>
              <w:t>ORANGE</w:t>
            </w:r>
          </w:p>
        </w:tc>
        <w:tc>
          <w:tcPr>
            <w:tcW w:type="dxa" w:w="5103"/>
          </w:tcPr>
          <w:p>
            <w:r>
              <w:t>Couleur : __________________</w:t>
            </w:r>
          </w:p>
        </w:tc>
      </w:tr>
      <w:tr>
        <w:tc>
          <w:tcPr>
            <w:tcW w:type="dxa" w:w="5103"/>
          </w:tcPr>
          <w:p>
            <w:r>
              <w:rPr>
                <w:b/>
                <w:color w:val="000000"/>
                <w:sz w:val="24"/>
              </w:rPr>
              <w:t>VIOLET</w:t>
            </w:r>
          </w:p>
        </w:tc>
        <w:tc>
          <w:tcPr>
            <w:tcW w:type="dxa" w:w="5103"/>
          </w:tcPr>
          <w:p>
            <w:r>
              <w:t>Couleur : __________________</w:t>
            </w:r>
          </w:p>
        </w:tc>
      </w:tr>
      <w:tr>
        <w:tc>
          <w:tcPr>
            <w:tcW w:type="dxa" w:w="5103"/>
          </w:tcPr>
          <w:p>
            <w:r>
              <w:rPr>
                <w:b/>
                <w:color w:val="0000FF"/>
                <w:sz w:val="24"/>
              </w:rPr>
              <w:t>ROSE</w:t>
            </w:r>
          </w:p>
        </w:tc>
        <w:tc>
          <w:tcPr>
            <w:tcW w:type="dxa" w:w="5103"/>
          </w:tcPr>
          <w:p>
            <w:r>
              <w:t>Couleur : __________________</w:t>
            </w:r>
          </w:p>
        </w:tc>
      </w:tr>
    </w:tbl>
    <w:p>
      <w:r>
        <w:t>Étoiles : ☆ ☆ ☆   |   Points : ____ / 8   |   Erreurs : ____</w:t>
      </w:r>
    </w:p>
    <w:p>
      <w:pPr>
        <w:pStyle w:val="Heading1"/>
      </w:pPr>
      <w:r>
        <w:t>Ex. 2 — Alternance lettres-chiffres (1-A-2-B…)</w:t>
      </w:r>
    </w:p>
    <w:p>
      <w:r>
        <w:t>Consigne : complétez la séquence en alternant chiffre/lettre. 90 s.</w:t>
      </w:r>
    </w:p>
    <w:p>
      <w:r>
        <w:t>1 - ____ - A - ____ - 2 - ____ - B - ____ - 3 - ____ - C - ____</w:t>
      </w:r>
    </w:p>
    <w:p>
      <w:r>
        <w:t>4 - ____ - D - ____ - 5 - ____ - E - ____ - 6 - ____ - F - ____</w:t>
      </w:r>
    </w:p>
    <w:p>
      <w:r>
        <w:t>Étoiles : ☆ ☆ ☆   |   Points : ____ / 24   |   Combo (sans erreur) : ☐</w:t>
      </w:r>
    </w:p>
    <w:p>
      <w:pPr>
        <w:pStyle w:val="Heading1"/>
      </w:pPr>
      <w:r>
        <w:t>Ex. 3 — Go/No-Go (cible : ‘O’ puis ‘X’ = cochez)</w:t>
      </w:r>
    </w:p>
    <w:p>
      <w:r>
        <w:t>Consigne : cochez uniquement si le stimulus est ‘X’ IMMÉDIATEMENT après ‘O’. 60 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  <w:shd w:val="clear" w:color="auto" w:fill="FDCB6E"/>
          </w:tcPr>
          <w:p>
            <w:r>
              <w:t>#</w:t>
            </w:r>
          </w:p>
        </w:tc>
        <w:tc>
          <w:tcPr>
            <w:tcW w:type="dxa" w:w="3402"/>
            <w:shd w:val="clear" w:color="auto" w:fill="FDCB6E"/>
          </w:tcPr>
          <w:p>
            <w:r>
              <w:t>Stimulus</w:t>
            </w:r>
          </w:p>
        </w:tc>
        <w:tc>
          <w:tcPr>
            <w:tcW w:type="dxa" w:w="3402"/>
            <w:shd w:val="clear" w:color="auto" w:fill="FDCB6E"/>
          </w:tcPr>
          <w:p>
            <w:r>
              <w:t>Coche ☑</w:t>
            </w:r>
          </w:p>
        </w:tc>
      </w:tr>
      <w:tr>
        <w:tc>
          <w:tcPr>
            <w:tcW w:type="dxa" w:w="3402"/>
          </w:tcPr>
          <w:p>
            <w:r>
              <w:t>1</w:t>
            </w:r>
          </w:p>
        </w:tc>
        <w:tc>
          <w:tcPr>
            <w:tcW w:type="dxa" w:w="3402"/>
          </w:tcPr>
          <w:p>
            <w:r>
              <w:t>A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2</w:t>
            </w:r>
          </w:p>
        </w:tc>
        <w:tc>
          <w:tcPr>
            <w:tcW w:type="dxa" w:w="3402"/>
          </w:tcPr>
          <w:p>
            <w:r>
              <w:t xml:space="preserve"> 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3</w:t>
            </w:r>
          </w:p>
        </w:tc>
        <w:tc>
          <w:tcPr>
            <w:tcW w:type="dxa" w:w="3402"/>
          </w:tcPr>
          <w:p>
            <w:r>
              <w:t>O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4</w:t>
            </w:r>
          </w:p>
        </w:tc>
        <w:tc>
          <w:tcPr>
            <w:tcW w:type="dxa" w:w="3402"/>
          </w:tcPr>
          <w:p>
            <w:r>
              <w:t xml:space="preserve"> 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5</w:t>
            </w:r>
          </w:p>
        </w:tc>
        <w:tc>
          <w:tcPr>
            <w:tcW w:type="dxa" w:w="3402"/>
          </w:tcPr>
          <w:p>
            <w:r>
              <w:t>X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6</w:t>
            </w:r>
          </w:p>
        </w:tc>
        <w:tc>
          <w:tcPr>
            <w:tcW w:type="dxa" w:w="3402"/>
          </w:tcPr>
          <w:p>
            <w:r>
              <w:t xml:space="preserve"> 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7</w:t>
            </w:r>
          </w:p>
        </w:tc>
        <w:tc>
          <w:tcPr>
            <w:tcW w:type="dxa" w:w="3402"/>
          </w:tcPr>
          <w:p>
            <w:r>
              <w:t>K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8</w:t>
            </w:r>
          </w:p>
        </w:tc>
        <w:tc>
          <w:tcPr>
            <w:tcW w:type="dxa" w:w="3402"/>
          </w:tcPr>
          <w:p>
            <w:r>
              <w:t xml:space="preserve"> 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9</w:t>
            </w:r>
          </w:p>
        </w:tc>
        <w:tc>
          <w:tcPr>
            <w:tcW w:type="dxa" w:w="3402"/>
          </w:tcPr>
          <w:p>
            <w:r>
              <w:t>O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10</w:t>
            </w:r>
          </w:p>
        </w:tc>
        <w:tc>
          <w:tcPr>
            <w:tcW w:type="dxa" w:w="3402"/>
          </w:tcPr>
          <w:p>
            <w:r>
              <w:t xml:space="preserve"> 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11</w:t>
            </w:r>
          </w:p>
        </w:tc>
        <w:tc>
          <w:tcPr>
            <w:tcW w:type="dxa" w:w="3402"/>
          </w:tcPr>
          <w:p>
            <w:r>
              <w:t>K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12</w:t>
            </w:r>
          </w:p>
        </w:tc>
        <w:tc>
          <w:tcPr>
            <w:tcW w:type="dxa" w:w="3402"/>
          </w:tcPr>
          <w:p>
            <w:r>
              <w:t xml:space="preserve"> 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13</w:t>
            </w:r>
          </w:p>
        </w:tc>
        <w:tc>
          <w:tcPr>
            <w:tcW w:type="dxa" w:w="3402"/>
          </w:tcPr>
          <w:p>
            <w:r>
              <w:t>X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14</w:t>
            </w:r>
          </w:p>
        </w:tc>
        <w:tc>
          <w:tcPr>
            <w:tcW w:type="dxa" w:w="3402"/>
          </w:tcPr>
          <w:p>
            <w:r>
              <w:t xml:space="preserve"> 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15</w:t>
            </w:r>
          </w:p>
        </w:tc>
        <w:tc>
          <w:tcPr>
            <w:tcW w:type="dxa" w:w="3402"/>
          </w:tcPr>
          <w:p>
            <w:r>
              <w:t>O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16</w:t>
            </w:r>
          </w:p>
        </w:tc>
        <w:tc>
          <w:tcPr>
            <w:tcW w:type="dxa" w:w="3402"/>
          </w:tcPr>
          <w:p>
            <w:r>
              <w:t xml:space="preserve"> 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17</w:t>
            </w:r>
          </w:p>
        </w:tc>
        <w:tc>
          <w:tcPr>
            <w:tcW w:type="dxa" w:w="3402"/>
          </w:tcPr>
          <w:p>
            <w:r>
              <w:t>X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18</w:t>
            </w:r>
          </w:p>
        </w:tc>
        <w:tc>
          <w:tcPr>
            <w:tcW w:type="dxa" w:w="3402"/>
          </w:tcPr>
          <w:p>
            <w:r>
              <w:t xml:space="preserve"> 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19</w:t>
            </w:r>
          </w:p>
        </w:tc>
        <w:tc>
          <w:tcPr>
            <w:tcW w:type="dxa" w:w="3402"/>
          </w:tcPr>
          <w:p>
            <w:r>
              <w:t>O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20</w:t>
            </w:r>
          </w:p>
        </w:tc>
        <w:tc>
          <w:tcPr>
            <w:tcW w:type="dxa" w:w="3402"/>
          </w:tcPr>
          <w:p>
            <w:r>
              <w:t xml:space="preserve"> 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21</w:t>
            </w:r>
          </w:p>
        </w:tc>
        <w:tc>
          <w:tcPr>
            <w:tcW w:type="dxa" w:w="3402"/>
          </w:tcPr>
          <w:p>
            <w:r>
              <w:t>Q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22</w:t>
            </w:r>
          </w:p>
        </w:tc>
        <w:tc>
          <w:tcPr>
            <w:tcW w:type="dxa" w:w="3402"/>
          </w:tcPr>
          <w:p>
            <w:r>
              <w:t xml:space="preserve"> 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23</w:t>
            </w:r>
          </w:p>
        </w:tc>
        <w:tc>
          <w:tcPr>
            <w:tcW w:type="dxa" w:w="3402"/>
          </w:tcPr>
          <w:p>
            <w:r>
              <w:t>X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24</w:t>
            </w:r>
          </w:p>
        </w:tc>
        <w:tc>
          <w:tcPr>
            <w:tcW w:type="dxa" w:w="3402"/>
          </w:tcPr>
          <w:p>
            <w:r>
              <w:t xml:space="preserve"> 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25</w:t>
            </w:r>
          </w:p>
        </w:tc>
        <w:tc>
          <w:tcPr>
            <w:tcW w:type="dxa" w:w="3402"/>
          </w:tcPr>
          <w:p>
            <w:r>
              <w:t>O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26</w:t>
            </w:r>
          </w:p>
        </w:tc>
        <w:tc>
          <w:tcPr>
            <w:tcW w:type="dxa" w:w="3402"/>
          </w:tcPr>
          <w:p>
            <w:r>
              <w:t xml:space="preserve"> 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27</w:t>
            </w:r>
          </w:p>
        </w:tc>
        <w:tc>
          <w:tcPr>
            <w:tcW w:type="dxa" w:w="3402"/>
          </w:tcPr>
          <w:p>
            <w:r>
              <w:t>A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28</w:t>
            </w:r>
          </w:p>
        </w:tc>
        <w:tc>
          <w:tcPr>
            <w:tcW w:type="dxa" w:w="3402"/>
          </w:tcPr>
          <w:p>
            <w:r>
              <w:t xml:space="preserve"> 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29</w:t>
            </w:r>
          </w:p>
        </w:tc>
        <w:tc>
          <w:tcPr>
            <w:tcW w:type="dxa" w:w="3402"/>
          </w:tcPr>
          <w:p>
            <w:r>
              <w:t>X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30</w:t>
            </w:r>
          </w:p>
        </w:tc>
        <w:tc>
          <w:tcPr>
            <w:tcW w:type="dxa" w:w="3402"/>
          </w:tcPr>
          <w:p>
            <w:r>
              <w:t xml:space="preserve"> 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31</w:t>
            </w:r>
          </w:p>
        </w:tc>
        <w:tc>
          <w:tcPr>
            <w:tcW w:type="dxa" w:w="3402"/>
          </w:tcPr>
          <w:p>
            <w:r>
              <w:t>O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32</w:t>
            </w:r>
          </w:p>
        </w:tc>
        <w:tc>
          <w:tcPr>
            <w:tcW w:type="dxa" w:w="3402"/>
          </w:tcPr>
          <w:p>
            <w:r>
              <w:t xml:space="preserve"> 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33</w:t>
            </w:r>
          </w:p>
        </w:tc>
        <w:tc>
          <w:tcPr>
            <w:tcW w:type="dxa" w:w="3402"/>
          </w:tcPr>
          <w:p>
            <w:r>
              <w:t>X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34</w:t>
            </w:r>
          </w:p>
        </w:tc>
        <w:tc>
          <w:tcPr>
            <w:tcW w:type="dxa" w:w="3402"/>
          </w:tcPr>
          <w:p>
            <w:r>
              <w:t xml:space="preserve"> 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35</w:t>
            </w:r>
          </w:p>
        </w:tc>
        <w:tc>
          <w:tcPr>
            <w:tcW w:type="dxa" w:w="3402"/>
          </w:tcPr>
          <w:p>
            <w:r>
              <w:t>Z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36</w:t>
            </w:r>
          </w:p>
        </w:tc>
        <w:tc>
          <w:tcPr>
            <w:tcW w:type="dxa" w:w="3402"/>
          </w:tcPr>
          <w:p>
            <w:r>
              <w:t xml:space="preserve"> 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37</w:t>
            </w:r>
          </w:p>
        </w:tc>
        <w:tc>
          <w:tcPr>
            <w:tcW w:type="dxa" w:w="3402"/>
          </w:tcPr>
          <w:p>
            <w:r>
              <w:t>O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38</w:t>
            </w:r>
          </w:p>
        </w:tc>
        <w:tc>
          <w:tcPr>
            <w:tcW w:type="dxa" w:w="3402"/>
          </w:tcPr>
          <w:p>
            <w:r>
              <w:t xml:space="preserve"> 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  <w:tr>
        <w:tc>
          <w:tcPr>
            <w:tcW w:type="dxa" w:w="3402"/>
          </w:tcPr>
          <w:p>
            <w:r>
              <w:t>39</w:t>
            </w:r>
          </w:p>
        </w:tc>
        <w:tc>
          <w:tcPr>
            <w:tcW w:type="dxa" w:w="3402"/>
          </w:tcPr>
          <w:p>
            <w:r>
              <w:t>X</w:t>
            </w:r>
          </w:p>
        </w:tc>
        <w:tc>
          <w:tcPr>
            <w:tcW w:type="dxa" w:w="3402"/>
          </w:tcPr>
          <w:p>
            <w:r>
              <w:t>☐</w:t>
            </w:r>
          </w:p>
        </w:tc>
      </w:tr>
    </w:tbl>
    <w:p>
      <w:r>
        <w:t>Étoiles : ☆ ☆ ☆   |   Points : ____ / ____   |   Faux positifs : ____</w:t>
      </w:r>
    </w:p>
    <w:p>
      <w:pPr>
        <w:pStyle w:val="Heading1"/>
      </w:pPr>
      <w:r>
        <w:t>Ex. 4 — Digit–Symbole (transcodez selon le code)</w:t>
      </w:r>
    </w:p>
    <w:p>
      <w:r>
        <w:t>Consigne : utilisez le code pour écrire le symbole sous chaque chiffre. 120 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>
        <w:tc>
          <w:tcPr>
            <w:tcW w:type="dxa" w:w="1134"/>
          </w:tcPr>
          <w:p>
            <w:r>
              <w:t>1</w:t>
            </w:r>
          </w:p>
        </w:tc>
        <w:tc>
          <w:tcPr>
            <w:tcW w:type="dxa" w:w="1134"/>
          </w:tcPr>
          <w:p>
            <w:r>
              <w:t>2</w:t>
            </w:r>
          </w:p>
        </w:tc>
        <w:tc>
          <w:tcPr>
            <w:tcW w:type="dxa" w:w="1134"/>
          </w:tcPr>
          <w:p>
            <w:r>
              <w:t>3</w:t>
            </w:r>
          </w:p>
        </w:tc>
        <w:tc>
          <w:tcPr>
            <w:tcW w:type="dxa" w:w="1134"/>
          </w:tcPr>
          <w:p>
            <w:r>
              <w:t>4</w:t>
            </w:r>
          </w:p>
        </w:tc>
        <w:tc>
          <w:tcPr>
            <w:tcW w:type="dxa" w:w="1134"/>
          </w:tcPr>
          <w:p>
            <w:r>
              <w:t>5</w:t>
            </w:r>
          </w:p>
        </w:tc>
        <w:tc>
          <w:tcPr>
            <w:tcW w:type="dxa" w:w="1134"/>
          </w:tcPr>
          <w:p>
            <w:r>
              <w:t>6</w:t>
            </w:r>
          </w:p>
        </w:tc>
        <w:tc>
          <w:tcPr>
            <w:tcW w:type="dxa" w:w="1134"/>
          </w:tcPr>
          <w:p>
            <w:r>
              <w:t>7</w:t>
            </w:r>
          </w:p>
        </w:tc>
        <w:tc>
          <w:tcPr>
            <w:tcW w:type="dxa" w:w="1134"/>
          </w:tcPr>
          <w:p>
            <w:r>
              <w:t>8</w:t>
            </w:r>
          </w:p>
        </w:tc>
        <w:tc>
          <w:tcPr>
            <w:tcW w:type="dxa" w:w="1134"/>
          </w:tcPr>
          <w:p>
            <w:r>
              <w:t>9</w:t>
            </w:r>
          </w:p>
        </w:tc>
      </w:tr>
      <w:tr>
        <w:tc>
          <w:tcPr>
            <w:tcW w:type="dxa" w:w="1134"/>
          </w:tcPr>
          <w:p>
            <w:pPr>
              <w:jc w:val="center"/>
            </w:pPr>
            <w:r>
              <w:rPr>
                <w:b/>
              </w:rPr>
              <w:t>▲</w:t>
            </w:r>
          </w:p>
        </w:tc>
        <w:tc>
          <w:tcPr>
            <w:tcW w:type="dxa" w:w="1134"/>
          </w:tcPr>
          <w:p>
            <w:pPr>
              <w:jc w:val="center"/>
            </w:pPr>
            <w:r>
              <w:rPr>
                <w:b/>
              </w:rPr>
              <w:t>●</w:t>
            </w:r>
          </w:p>
        </w:tc>
        <w:tc>
          <w:tcPr>
            <w:tcW w:type="dxa" w:w="1134"/>
          </w:tcPr>
          <w:p>
            <w:pPr>
              <w:jc w:val="center"/>
            </w:pPr>
            <w:r>
              <w:rPr>
                <w:b/>
              </w:rPr>
              <w:t>■</w:t>
            </w:r>
          </w:p>
        </w:tc>
        <w:tc>
          <w:tcPr>
            <w:tcW w:type="dxa" w:w="1134"/>
          </w:tcPr>
          <w:p>
            <w:pPr>
              <w:jc w:val="center"/>
            </w:pPr>
            <w:r>
              <w:rPr>
                <w:b/>
              </w:rPr>
              <w:t>◆</w:t>
            </w:r>
          </w:p>
        </w:tc>
        <w:tc>
          <w:tcPr>
            <w:tcW w:type="dxa" w:w="1134"/>
          </w:tcPr>
          <w:p>
            <w:pPr>
              <w:jc w:val="center"/>
            </w:pPr>
            <w:r>
              <w:rPr>
                <w:b/>
              </w:rPr>
              <w:t>★</w:t>
            </w:r>
          </w:p>
        </w:tc>
        <w:tc>
          <w:tcPr>
            <w:tcW w:type="dxa" w:w="1134"/>
          </w:tcPr>
          <w:p>
            <w:pPr>
              <w:jc w:val="center"/>
            </w:pPr>
            <w:r>
              <w:rPr>
                <w:b/>
              </w:rPr>
              <w:t>☆</w:t>
            </w:r>
          </w:p>
        </w:tc>
        <w:tc>
          <w:tcPr>
            <w:tcW w:type="dxa" w:w="1134"/>
          </w:tcPr>
          <w:p>
            <w:pPr>
              <w:jc w:val="center"/>
            </w:pPr>
            <w:r>
              <w:rPr>
                <w:b/>
              </w:rPr>
              <w:t>●</w:t>
            </w:r>
          </w:p>
        </w:tc>
        <w:tc>
          <w:tcPr>
            <w:tcW w:type="dxa" w:w="1134"/>
          </w:tcPr>
          <w:p>
            <w:pPr>
              <w:jc w:val="center"/>
            </w:pPr>
            <w:r>
              <w:rPr>
                <w:b/>
              </w:rPr>
              <w:t>■</w:t>
            </w:r>
          </w:p>
        </w:tc>
        <w:tc>
          <w:tcPr>
            <w:tcW w:type="dxa" w:w="1134"/>
          </w:tcPr>
          <w:p>
            <w:pPr>
              <w:jc w:val="center"/>
            </w:pPr>
            <w:r>
              <w:rPr>
                <w:b/>
              </w:rPr>
              <w:t>◆</w:t>
            </w:r>
          </w:p>
        </w:tc>
      </w:tr>
    </w:tbl>
    <w:p>
      <w:r>
        <w:t>Séries :</w:t>
      </w:r>
    </w:p>
    <w:p>
      <w:r>
        <w:t>9 2 5 1 7 3 2 6 4 8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1"/>
        <w:gridCol w:w="1021"/>
        <w:gridCol w:w="1021"/>
        <w:gridCol w:w="1021"/>
        <w:gridCol w:w="1021"/>
        <w:gridCol w:w="1021"/>
        <w:gridCol w:w="1021"/>
        <w:gridCol w:w="1021"/>
        <w:gridCol w:w="1021"/>
        <w:gridCol w:w="1021"/>
      </w:tblGrid>
      <w:tr>
        <w:tc>
          <w:tcPr>
            <w:tcW w:type="dxa" w:w="1021"/>
          </w:tcPr>
          <w:p>
            <w:r>
              <w:t xml:space="preserve"> </w:t>
            </w:r>
          </w:p>
        </w:tc>
        <w:tc>
          <w:tcPr>
            <w:tcW w:type="dxa" w:w="1021"/>
          </w:tcPr>
          <w:p>
            <w:r>
              <w:t xml:space="preserve"> </w:t>
            </w:r>
          </w:p>
        </w:tc>
        <w:tc>
          <w:tcPr>
            <w:tcW w:type="dxa" w:w="1021"/>
          </w:tcPr>
          <w:p>
            <w:r>
              <w:t xml:space="preserve"> </w:t>
            </w:r>
          </w:p>
        </w:tc>
        <w:tc>
          <w:tcPr>
            <w:tcW w:type="dxa" w:w="1021"/>
          </w:tcPr>
          <w:p>
            <w:r>
              <w:t xml:space="preserve"> </w:t>
            </w:r>
          </w:p>
        </w:tc>
        <w:tc>
          <w:tcPr>
            <w:tcW w:type="dxa" w:w="1021"/>
          </w:tcPr>
          <w:p>
            <w:r>
              <w:t xml:space="preserve"> </w:t>
            </w:r>
          </w:p>
        </w:tc>
        <w:tc>
          <w:tcPr>
            <w:tcW w:type="dxa" w:w="1021"/>
          </w:tcPr>
          <w:p>
            <w:r>
              <w:t xml:space="preserve"> </w:t>
            </w:r>
          </w:p>
        </w:tc>
        <w:tc>
          <w:tcPr>
            <w:tcW w:type="dxa" w:w="1021"/>
          </w:tcPr>
          <w:p>
            <w:r>
              <w:t xml:space="preserve"> </w:t>
            </w:r>
          </w:p>
        </w:tc>
        <w:tc>
          <w:tcPr>
            <w:tcW w:type="dxa" w:w="1021"/>
          </w:tcPr>
          <w:p>
            <w:r>
              <w:t xml:space="preserve"> </w:t>
            </w:r>
          </w:p>
        </w:tc>
        <w:tc>
          <w:tcPr>
            <w:tcW w:type="dxa" w:w="1021"/>
          </w:tcPr>
          <w:p>
            <w:r>
              <w:t xml:space="preserve"> </w:t>
            </w:r>
          </w:p>
        </w:tc>
        <w:tc>
          <w:tcPr>
            <w:tcW w:type="dxa" w:w="1021"/>
          </w:tcPr>
          <w:p>
            <w:r>
              <w:t xml:space="preserve"> </w:t>
            </w:r>
          </w:p>
        </w:tc>
      </w:tr>
    </w:tbl>
    <w:p>
      <w:r>
        <w:t>1 4 9 5 2 8 3 6 7 2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1"/>
        <w:gridCol w:w="1021"/>
        <w:gridCol w:w="1021"/>
        <w:gridCol w:w="1021"/>
        <w:gridCol w:w="1021"/>
        <w:gridCol w:w="1021"/>
        <w:gridCol w:w="1021"/>
        <w:gridCol w:w="1021"/>
        <w:gridCol w:w="1021"/>
        <w:gridCol w:w="1021"/>
      </w:tblGrid>
      <w:tr>
        <w:tc>
          <w:tcPr>
            <w:tcW w:type="dxa" w:w="1021"/>
          </w:tcPr>
          <w:p>
            <w:r>
              <w:t xml:space="preserve"> </w:t>
            </w:r>
          </w:p>
        </w:tc>
        <w:tc>
          <w:tcPr>
            <w:tcW w:type="dxa" w:w="1021"/>
          </w:tcPr>
          <w:p>
            <w:r>
              <w:t xml:space="preserve"> </w:t>
            </w:r>
          </w:p>
        </w:tc>
        <w:tc>
          <w:tcPr>
            <w:tcW w:type="dxa" w:w="1021"/>
          </w:tcPr>
          <w:p>
            <w:r>
              <w:t xml:space="preserve"> </w:t>
            </w:r>
          </w:p>
        </w:tc>
        <w:tc>
          <w:tcPr>
            <w:tcW w:type="dxa" w:w="1021"/>
          </w:tcPr>
          <w:p>
            <w:r>
              <w:t xml:space="preserve"> </w:t>
            </w:r>
          </w:p>
        </w:tc>
        <w:tc>
          <w:tcPr>
            <w:tcW w:type="dxa" w:w="1021"/>
          </w:tcPr>
          <w:p>
            <w:r>
              <w:t xml:space="preserve"> </w:t>
            </w:r>
          </w:p>
        </w:tc>
        <w:tc>
          <w:tcPr>
            <w:tcW w:type="dxa" w:w="1021"/>
          </w:tcPr>
          <w:p>
            <w:r>
              <w:t xml:space="preserve"> </w:t>
            </w:r>
          </w:p>
        </w:tc>
        <w:tc>
          <w:tcPr>
            <w:tcW w:type="dxa" w:w="1021"/>
          </w:tcPr>
          <w:p>
            <w:r>
              <w:t xml:space="preserve"> </w:t>
            </w:r>
          </w:p>
        </w:tc>
        <w:tc>
          <w:tcPr>
            <w:tcW w:type="dxa" w:w="1021"/>
          </w:tcPr>
          <w:p>
            <w:r>
              <w:t xml:space="preserve"> </w:t>
            </w:r>
          </w:p>
        </w:tc>
        <w:tc>
          <w:tcPr>
            <w:tcW w:type="dxa" w:w="1021"/>
          </w:tcPr>
          <w:p>
            <w:r>
              <w:t xml:space="preserve"> </w:t>
            </w:r>
          </w:p>
        </w:tc>
        <w:tc>
          <w:tcPr>
            <w:tcW w:type="dxa" w:w="1021"/>
          </w:tcPr>
          <w:p>
            <w:r>
              <w:t xml:space="preserve"> </w:t>
            </w:r>
          </w:p>
        </w:tc>
      </w:tr>
    </w:tbl>
    <w:p>
      <w:r>
        <w:t>6 6 2 1 5 9 7 3 4 8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1"/>
        <w:gridCol w:w="1021"/>
        <w:gridCol w:w="1021"/>
        <w:gridCol w:w="1021"/>
        <w:gridCol w:w="1021"/>
        <w:gridCol w:w="1021"/>
        <w:gridCol w:w="1021"/>
        <w:gridCol w:w="1021"/>
        <w:gridCol w:w="1021"/>
        <w:gridCol w:w="1021"/>
      </w:tblGrid>
      <w:tr>
        <w:tc>
          <w:tcPr>
            <w:tcW w:type="dxa" w:w="1021"/>
          </w:tcPr>
          <w:p>
            <w:r>
              <w:t xml:space="preserve"> </w:t>
            </w:r>
          </w:p>
        </w:tc>
        <w:tc>
          <w:tcPr>
            <w:tcW w:type="dxa" w:w="1021"/>
          </w:tcPr>
          <w:p>
            <w:r>
              <w:t xml:space="preserve"> </w:t>
            </w:r>
          </w:p>
        </w:tc>
        <w:tc>
          <w:tcPr>
            <w:tcW w:type="dxa" w:w="1021"/>
          </w:tcPr>
          <w:p>
            <w:r>
              <w:t xml:space="preserve"> </w:t>
            </w:r>
          </w:p>
        </w:tc>
        <w:tc>
          <w:tcPr>
            <w:tcW w:type="dxa" w:w="1021"/>
          </w:tcPr>
          <w:p>
            <w:r>
              <w:t xml:space="preserve"> </w:t>
            </w:r>
          </w:p>
        </w:tc>
        <w:tc>
          <w:tcPr>
            <w:tcW w:type="dxa" w:w="1021"/>
          </w:tcPr>
          <w:p>
            <w:r>
              <w:t xml:space="preserve"> </w:t>
            </w:r>
          </w:p>
        </w:tc>
        <w:tc>
          <w:tcPr>
            <w:tcW w:type="dxa" w:w="1021"/>
          </w:tcPr>
          <w:p>
            <w:r>
              <w:t xml:space="preserve"> </w:t>
            </w:r>
          </w:p>
        </w:tc>
        <w:tc>
          <w:tcPr>
            <w:tcW w:type="dxa" w:w="1021"/>
          </w:tcPr>
          <w:p>
            <w:r>
              <w:t xml:space="preserve"> </w:t>
            </w:r>
          </w:p>
        </w:tc>
        <w:tc>
          <w:tcPr>
            <w:tcW w:type="dxa" w:w="1021"/>
          </w:tcPr>
          <w:p>
            <w:r>
              <w:t xml:space="preserve"> </w:t>
            </w:r>
          </w:p>
        </w:tc>
        <w:tc>
          <w:tcPr>
            <w:tcW w:type="dxa" w:w="1021"/>
          </w:tcPr>
          <w:p>
            <w:r>
              <w:t xml:space="preserve"> </w:t>
            </w:r>
          </w:p>
        </w:tc>
        <w:tc>
          <w:tcPr>
            <w:tcW w:type="dxa" w:w="1021"/>
          </w:tcPr>
          <w:p>
            <w:r>
              <w:t xml:space="preserve"> </w:t>
            </w:r>
          </w:p>
        </w:tc>
      </w:tr>
    </w:tbl>
    <w:p>
      <w:r>
        <w:t>Étoiles : ☆ ☆ ☆   |   Points : ____ / 30   |   Vitesse : _____ s</w:t>
      </w:r>
    </w:p>
    <w:p>
      <w:pPr>
        <w:pStyle w:val="Heading1"/>
      </w:pPr>
      <w:r>
        <w:t>Ex. 5 — Catégories switch (Animal / Fruit)</w:t>
      </w:r>
    </w:p>
    <w:p>
      <w:r>
        <w:t>Consigne : écrivez en alternance un ANIMAL puis un FRUIT. 90 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t>1. Animal : __________________</w:t>
            </w:r>
          </w:p>
        </w:tc>
        <w:tc>
          <w:tcPr>
            <w:tcW w:type="dxa" w:w="5103"/>
          </w:tcPr>
          <w:p>
            <w:r>
              <w:t>2. Fruit : __________________</w:t>
            </w:r>
          </w:p>
        </w:tc>
      </w:tr>
      <w:tr>
        <w:tc>
          <w:tcPr>
            <w:tcW w:type="dxa" w:w="5103"/>
          </w:tcPr>
          <w:p>
            <w:r>
              <w:t>3. Animal : __________________</w:t>
            </w:r>
          </w:p>
        </w:tc>
        <w:tc>
          <w:tcPr>
            <w:tcW w:type="dxa" w:w="5103"/>
          </w:tcPr>
          <w:p>
            <w:r>
              <w:t>4. Fruit : __________________</w:t>
            </w:r>
          </w:p>
        </w:tc>
      </w:tr>
      <w:tr>
        <w:tc>
          <w:tcPr>
            <w:tcW w:type="dxa" w:w="5103"/>
          </w:tcPr>
          <w:p>
            <w:r>
              <w:t>5. Animal : __________________</w:t>
            </w:r>
          </w:p>
        </w:tc>
        <w:tc>
          <w:tcPr>
            <w:tcW w:type="dxa" w:w="5103"/>
          </w:tcPr>
          <w:p>
            <w:r>
              <w:t>6. Fruit : __________________</w:t>
            </w:r>
          </w:p>
        </w:tc>
      </w:tr>
      <w:tr>
        <w:tc>
          <w:tcPr>
            <w:tcW w:type="dxa" w:w="5103"/>
          </w:tcPr>
          <w:p>
            <w:r>
              <w:t>7. Animal : __________________</w:t>
            </w:r>
          </w:p>
        </w:tc>
        <w:tc>
          <w:tcPr>
            <w:tcW w:type="dxa" w:w="5103"/>
          </w:tcPr>
          <w:p>
            <w:r>
              <w:t>8. Fruit : __________________</w:t>
            </w:r>
          </w:p>
        </w:tc>
      </w:tr>
      <w:tr>
        <w:tc>
          <w:tcPr>
            <w:tcW w:type="dxa" w:w="5103"/>
          </w:tcPr>
          <w:p>
            <w:r>
              <w:t>9. Animal : __________________</w:t>
            </w:r>
          </w:p>
        </w:tc>
        <w:tc>
          <w:tcPr>
            <w:tcW w:type="dxa" w:w="5103"/>
          </w:tcPr>
          <w:p>
            <w:r>
              <w:t>10. Fruit : __________________</w:t>
            </w:r>
          </w:p>
        </w:tc>
      </w:tr>
      <w:tr>
        <w:tc>
          <w:tcPr>
            <w:tcW w:type="dxa" w:w="5103"/>
          </w:tcPr>
          <w:p>
            <w:r>
              <w:t>11. Animal : __________________</w:t>
            </w:r>
          </w:p>
        </w:tc>
        <w:tc>
          <w:tcPr>
            <w:tcW w:type="dxa" w:w="5103"/>
          </w:tcPr>
          <w:p>
            <w:r>
              <w:t>12. Fruit : __________________</w:t>
            </w:r>
          </w:p>
        </w:tc>
      </w:tr>
    </w:tbl>
    <w:p>
      <w:r>
        <w:t>Étoiles : ☆ ☆ ☆   |   Items corrects : ____ / 12   |   Répétitions : ____</w:t>
      </w:r>
    </w:p>
    <w:p>
      <w:pPr>
        <w:pStyle w:val="Heading1"/>
      </w:pPr>
      <w:r>
        <w:t>Ex. 6 — Calcul mental (20 items)</w:t>
      </w:r>
    </w:p>
    <w:p>
      <w:r>
        <w:t>Consigne : faites les calculs de tête et écrivez le résultat. 120 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val="clear" w:color="auto" w:fill="00B894"/>
          </w:tcPr>
          <w:p>
            <w:r>
              <w:t>Série A</w:t>
            </w:r>
          </w:p>
        </w:tc>
        <w:tc>
          <w:tcPr>
            <w:tcW w:type="dxa" w:w="5103"/>
            <w:shd w:val="clear" w:color="auto" w:fill="00B894"/>
          </w:tcPr>
          <w:p>
            <w:r>
              <w:t>Série B</w:t>
            </w:r>
          </w:p>
        </w:tc>
      </w:tr>
      <w:tr>
        <w:tc>
          <w:tcPr>
            <w:tcW w:type="dxa" w:w="5103"/>
          </w:tcPr>
          <w:p>
            <w:r>
              <w:t>7+5 = _______</w:t>
            </w:r>
          </w:p>
        </w:tc>
        <w:tc>
          <w:tcPr>
            <w:tcW w:type="dxa" w:w="5103"/>
          </w:tcPr>
          <w:p>
            <w:r>
              <w:t>13+19 = _______</w:t>
            </w:r>
          </w:p>
        </w:tc>
      </w:tr>
      <w:tr>
        <w:tc>
          <w:tcPr>
            <w:tcW w:type="dxa" w:w="5103"/>
          </w:tcPr>
          <w:p>
            <w:r>
              <w:t>18-9 = _______</w:t>
            </w:r>
          </w:p>
        </w:tc>
        <w:tc>
          <w:tcPr>
            <w:tcW w:type="dxa" w:w="5103"/>
          </w:tcPr>
          <w:p>
            <w:r>
              <w:t>51-27 = _______</w:t>
            </w:r>
          </w:p>
        </w:tc>
      </w:tr>
      <w:tr>
        <w:tc>
          <w:tcPr>
            <w:tcW w:type="dxa" w:w="5103"/>
          </w:tcPr>
          <w:p>
            <w:r>
              <w:t>24+7 = _______</w:t>
            </w:r>
          </w:p>
        </w:tc>
        <w:tc>
          <w:tcPr>
            <w:tcW w:type="dxa" w:w="5103"/>
          </w:tcPr>
          <w:p>
            <w:r>
              <w:t>18+27 = _______</w:t>
            </w:r>
          </w:p>
        </w:tc>
      </w:tr>
      <w:tr>
        <w:tc>
          <w:tcPr>
            <w:tcW w:type="dxa" w:w="5103"/>
          </w:tcPr>
          <w:p>
            <w:r>
              <w:t>36-8 = _______</w:t>
            </w:r>
          </w:p>
        </w:tc>
        <w:tc>
          <w:tcPr>
            <w:tcW w:type="dxa" w:w="5103"/>
          </w:tcPr>
          <w:p>
            <w:r>
              <w:t>84-39 = _______</w:t>
            </w:r>
          </w:p>
        </w:tc>
      </w:tr>
      <w:tr>
        <w:tc>
          <w:tcPr>
            <w:tcW w:type="dxa" w:w="5103"/>
          </w:tcPr>
          <w:p>
            <w:r>
              <w:t>45+17 = _______</w:t>
            </w:r>
          </w:p>
        </w:tc>
        <w:tc>
          <w:tcPr>
            <w:tcW w:type="dxa" w:w="5103"/>
          </w:tcPr>
          <w:p>
            <w:r>
              <w:t>7×8 = _______</w:t>
            </w:r>
          </w:p>
        </w:tc>
      </w:tr>
      <w:tr>
        <w:tc>
          <w:tcPr>
            <w:tcW w:type="dxa" w:w="5103"/>
          </w:tcPr>
          <w:p>
            <w:r>
              <w:t>63-28 = _______</w:t>
            </w:r>
          </w:p>
        </w:tc>
        <w:tc>
          <w:tcPr>
            <w:tcW w:type="dxa" w:w="5103"/>
          </w:tcPr>
          <w:p>
            <w:r>
              <w:t>9×7 = _______</w:t>
            </w:r>
          </w:p>
        </w:tc>
      </w:tr>
      <w:tr>
        <w:tc>
          <w:tcPr>
            <w:tcW w:type="dxa" w:w="5103"/>
          </w:tcPr>
          <w:p>
            <w:r>
              <w:t>9×6 = _______</w:t>
            </w:r>
          </w:p>
        </w:tc>
        <w:tc>
          <w:tcPr>
            <w:tcW w:type="dxa" w:w="5103"/>
          </w:tcPr>
          <w:p>
            <w:r>
              <w:t>81÷9 = _______</w:t>
            </w:r>
          </w:p>
        </w:tc>
      </w:tr>
      <w:tr>
        <w:tc>
          <w:tcPr>
            <w:tcW w:type="dxa" w:w="5103"/>
          </w:tcPr>
          <w:p>
            <w:r>
              <w:t>8×7 = _______</w:t>
            </w:r>
          </w:p>
        </w:tc>
        <w:tc>
          <w:tcPr>
            <w:tcW w:type="dxa" w:w="5103"/>
          </w:tcPr>
          <w:p>
            <w:r>
              <w:t>56÷7 = _______</w:t>
            </w:r>
          </w:p>
        </w:tc>
      </w:tr>
      <w:tr>
        <w:tc>
          <w:tcPr>
            <w:tcW w:type="dxa" w:w="5103"/>
          </w:tcPr>
          <w:p>
            <w:r>
              <w:t>72÷8 = _______</w:t>
            </w:r>
          </w:p>
        </w:tc>
        <w:tc>
          <w:tcPr>
            <w:tcW w:type="dxa" w:w="5103"/>
          </w:tcPr>
          <w:p>
            <w:r>
              <w:t>48÷6 = _______</w:t>
            </w:r>
          </w:p>
        </w:tc>
      </w:tr>
      <w:tr>
        <w:tc>
          <w:tcPr>
            <w:tcW w:type="dxa" w:w="5103"/>
          </w:tcPr>
          <w:p>
            <w:r>
              <w:t>96÷12 = _______</w:t>
            </w:r>
          </w:p>
        </w:tc>
        <w:tc>
          <w:tcPr>
            <w:tcW w:type="dxa" w:w="5103"/>
          </w:tcPr>
          <w:p>
            <w:r>
              <w:t>35+29 = _______</w:t>
            </w:r>
          </w:p>
        </w:tc>
      </w:tr>
    </w:tbl>
    <w:p>
      <w:r>
        <w:t>Étoiles : ☆ ☆ ☆   |   Points : ____ / 20   |   Erreurs : ____</w:t>
      </w:r>
    </w:p>
    <w:p>
      <w:pPr>
        <w:pStyle w:val="Heading1"/>
      </w:pPr>
      <w:r>
        <w:t>Ex. 7 — Logique &amp; suites</w:t>
      </w:r>
    </w:p>
    <w:p>
      <w:r>
        <w:t>Consigne : complétez ou entourez l’intrus. 90 s.</w:t>
      </w:r>
    </w:p>
    <w:p>
      <w:r>
        <w:t>1. Suite : 2, 4, 8, 16, __   Rép : ___________</w:t>
      </w:r>
    </w:p>
    <w:p>
      <w:r>
        <w:t>2. Suite : 3, 6, 9, 12, __ (rythme ?)   Rép : ___________</w:t>
      </w:r>
    </w:p>
    <w:p>
      <w:r>
        <w:t>3. Intrus : carré — triangle — cercle — banane   Rép : ___________</w:t>
      </w:r>
    </w:p>
    <w:p>
      <w:r>
        <w:t>4. Analogies : jour : nuit = chaud : __   Rép : ___________</w:t>
      </w:r>
    </w:p>
    <w:p>
      <w:r>
        <w:t>5. Suite lettres : A, C, E, G, __   Rép : ___________</w:t>
      </w:r>
    </w:p>
    <w:p>
      <w:r>
        <w:t>Étoiles : ☆ ☆ ☆   |   Points : ____ / 5</w:t>
      </w:r>
    </w:p>
    <w:p>
      <w:pPr>
        <w:pStyle w:val="Heading1"/>
      </w:pPr>
      <w:r>
        <w:t>Ex. 8 — Visuo-spatial (grille 4×4)</w:t>
      </w:r>
    </w:p>
    <w:p>
      <w:r>
        <w:t>Consigne : mémorisez la grille 60–90 s, puis reproduisez-la.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val="clear" w:color="auto" w:fill="00B894"/>
          </w:tcPr>
          <w:p>
            <w:pPr>
              <w:jc w:val="center"/>
            </w:pPr>
            <w:r>
              <w:rPr>
                <w:b/>
                <w:color w:val="FFFFFF"/>
              </w:rPr>
              <w:t>▲</w:t>
            </w:r>
          </w:p>
        </w:tc>
        <w:tc>
          <w:tcPr>
            <w:tcW w:type="dxa" w:w="2551"/>
            <w:shd w:val="clear" w:color="auto" w:fill="0984E3"/>
          </w:tcPr>
          <w:p>
            <w:pPr>
              <w:jc w:val="center"/>
            </w:pPr>
            <w:r>
              <w:rPr>
                <w:b/>
                <w:color w:val="FFFFFF"/>
              </w:rPr>
              <w:t>●</w:t>
            </w:r>
          </w:p>
        </w:tc>
        <w:tc>
          <w:tcPr>
            <w:tcW w:type="dxa" w:w="2551"/>
            <w:shd w:val="clear" w:color="auto" w:fill="FF7675"/>
          </w:tcPr>
          <w:p>
            <w:pPr>
              <w:jc w:val="center"/>
            </w:pPr>
            <w:r>
              <w:rPr>
                <w:b/>
                <w:color w:val="FFFFFF"/>
              </w:rPr>
              <w:t>■</w:t>
            </w:r>
          </w:p>
        </w:tc>
        <w:tc>
          <w:tcPr>
            <w:tcW w:type="dxa" w:w="2551"/>
            <w:shd w:val="clear" w:color="auto" w:fill="FDCB6E"/>
          </w:tcPr>
          <w:p>
            <w:pPr>
              <w:jc w:val="center"/>
            </w:pPr>
            <w:r>
              <w:rPr>
                <w:b/>
                <w:color w:val="FFFFFF"/>
              </w:rPr>
              <w:t>◆</w:t>
            </w:r>
          </w:p>
        </w:tc>
      </w:tr>
      <w:tr>
        <w:tc>
          <w:tcPr>
            <w:tcW w:type="dxa" w:w="2551"/>
            <w:shd w:val="clear" w:color="auto" w:fill="0984E3"/>
          </w:tcPr>
          <w:p>
            <w:pPr>
              <w:jc w:val="center"/>
            </w:pPr>
            <w:r>
              <w:rPr>
                <w:b/>
                <w:color w:val="FFFFFF"/>
              </w:rPr>
              <w:t>★</w:t>
            </w:r>
          </w:p>
        </w:tc>
        <w:tc>
          <w:tcPr>
            <w:tcW w:type="dxa" w:w="2551"/>
            <w:shd w:val="clear" w:color="auto" w:fill="FF7675"/>
          </w:tcPr>
          <w:p>
            <w:pPr>
              <w:jc w:val="center"/>
            </w:pPr>
            <w:r>
              <w:rPr>
                <w:b/>
                <w:color w:val="FFFFFF"/>
              </w:rPr>
              <w:t>◆</w:t>
            </w:r>
          </w:p>
        </w:tc>
        <w:tc>
          <w:tcPr>
            <w:tcW w:type="dxa" w:w="2551"/>
            <w:shd w:val="clear" w:color="auto" w:fill="FDCB6E"/>
          </w:tcPr>
          <w:p>
            <w:pPr>
              <w:jc w:val="center"/>
            </w:pPr>
            <w:r>
              <w:rPr>
                <w:b/>
                <w:color w:val="FFFFFF"/>
              </w:rPr>
              <w:t>●</w:t>
            </w:r>
          </w:p>
        </w:tc>
        <w:tc>
          <w:tcPr>
            <w:tcW w:type="dxa" w:w="2551"/>
            <w:shd w:val="clear" w:color="auto" w:fill="00B894"/>
          </w:tcPr>
          <w:p>
            <w:pPr>
              <w:jc w:val="center"/>
            </w:pPr>
            <w:r>
              <w:rPr>
                <w:b/>
                <w:color w:val="FFFFFF"/>
              </w:rPr>
              <w:t>■</w:t>
            </w:r>
          </w:p>
        </w:tc>
      </w:tr>
      <w:tr>
        <w:tc>
          <w:tcPr>
            <w:tcW w:type="dxa" w:w="2551"/>
            <w:shd w:val="clear" w:color="auto" w:fill="FF7675"/>
          </w:tcPr>
          <w:p>
            <w:pPr>
              <w:jc w:val="center"/>
            </w:pPr>
            <w:r>
              <w:rPr>
                <w:b/>
                <w:color w:val="FFFFFF"/>
              </w:rPr>
              <w:t>■</w:t>
            </w:r>
          </w:p>
        </w:tc>
        <w:tc>
          <w:tcPr>
            <w:tcW w:type="dxa" w:w="2551"/>
            <w:shd w:val="clear" w:color="auto" w:fill="FDCB6E"/>
          </w:tcPr>
          <w:p>
            <w:pPr>
              <w:jc w:val="center"/>
            </w:pPr>
            <w:r>
              <w:rPr>
                <w:b/>
                <w:color w:val="FFFFFF"/>
              </w:rPr>
              <w:t>▲</w:t>
            </w:r>
          </w:p>
        </w:tc>
        <w:tc>
          <w:tcPr>
            <w:tcW w:type="dxa" w:w="2551"/>
            <w:shd w:val="clear" w:color="auto" w:fill="00B894"/>
          </w:tcPr>
          <w:p>
            <w:pPr>
              <w:jc w:val="center"/>
            </w:pPr>
            <w:r>
              <w:rPr>
                <w:b/>
                <w:color w:val="FFFFFF"/>
              </w:rPr>
              <w:t>★</w:t>
            </w:r>
          </w:p>
        </w:tc>
        <w:tc>
          <w:tcPr>
            <w:tcW w:type="dxa" w:w="2551"/>
            <w:shd w:val="clear" w:color="auto" w:fill="0984E3"/>
          </w:tcPr>
          <w:p>
            <w:pPr>
              <w:jc w:val="center"/>
            </w:pPr>
            <w:r>
              <w:rPr>
                <w:b/>
                <w:color w:val="FFFFFF"/>
              </w:rPr>
              <w:t>●</w:t>
            </w:r>
          </w:p>
        </w:tc>
      </w:tr>
      <w:tr>
        <w:tc>
          <w:tcPr>
            <w:tcW w:type="dxa" w:w="2551"/>
            <w:shd w:val="clear" w:color="auto" w:fill="FDCB6E"/>
          </w:tcPr>
          <w:p>
            <w:pPr>
              <w:jc w:val="center"/>
            </w:pPr>
            <w:r>
              <w:rPr>
                <w:b/>
                <w:color w:val="FFFFFF"/>
              </w:rPr>
              <w:t>◆</w:t>
            </w:r>
          </w:p>
        </w:tc>
        <w:tc>
          <w:tcPr>
            <w:tcW w:type="dxa" w:w="2551"/>
            <w:shd w:val="clear" w:color="auto" w:fill="00B894"/>
          </w:tcPr>
          <w:p>
            <w:pPr>
              <w:jc w:val="center"/>
            </w:pPr>
            <w:r>
              <w:rPr>
                <w:b/>
                <w:color w:val="FFFFFF"/>
              </w:rPr>
              <w:t>■</w:t>
            </w:r>
          </w:p>
        </w:tc>
        <w:tc>
          <w:tcPr>
            <w:tcW w:type="dxa" w:w="2551"/>
            <w:shd w:val="clear" w:color="auto" w:fill="0984E3"/>
          </w:tcPr>
          <w:p>
            <w:pPr>
              <w:jc w:val="center"/>
            </w:pPr>
            <w:r>
              <w:rPr>
                <w:b/>
                <w:color w:val="FFFFFF"/>
              </w:rPr>
              <w:t>▲</w:t>
            </w:r>
          </w:p>
        </w:tc>
        <w:tc>
          <w:tcPr>
            <w:tcW w:type="dxa" w:w="2551"/>
            <w:shd w:val="clear" w:color="auto" w:fill="FF7675"/>
          </w:tcPr>
          <w:p>
            <w:pPr>
              <w:jc w:val="center"/>
            </w:pPr>
            <w:r>
              <w:rPr>
                <w:b/>
                <w:color w:val="FFFFFF"/>
              </w:rPr>
              <w:t>★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</w:tbl>
    <w:p>
      <w:r>
        <w:t>Score : ____ / 16   |   Étoiles : ☆ ☆ ☆</w:t>
      </w:r>
    </w:p>
    <w:p>
      <w:pPr>
        <w:pStyle w:val="Heading1"/>
      </w:pPr>
      <w:r>
        <w:t>Ex. 9 — Planification (numérotez les étapes 1→6)</w:t>
      </w:r>
    </w:p>
    <w:p>
      <w:r>
        <w:t>Consigne : numérotez dans l’ordre logique (préparer un sac pour l’atelier).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t>____</w:t>
            </w:r>
          </w:p>
        </w:tc>
        <w:tc>
          <w:tcPr>
            <w:tcW w:type="dxa" w:w="5103"/>
          </w:tcPr>
          <w:p>
            <w:r>
              <w:t>Fermer le sac</w:t>
            </w:r>
          </w:p>
        </w:tc>
      </w:tr>
      <w:tr>
        <w:tc>
          <w:tcPr>
            <w:tcW w:type="dxa" w:w="5103"/>
          </w:tcPr>
          <w:p>
            <w:r>
              <w:t>____</w:t>
            </w:r>
          </w:p>
        </w:tc>
        <w:tc>
          <w:tcPr>
            <w:tcW w:type="dxa" w:w="5103"/>
          </w:tcPr>
          <w:p>
            <w:r>
              <w:t>Vérifier la liste (eau, carnet, stylo)</w:t>
            </w:r>
          </w:p>
        </w:tc>
      </w:tr>
      <w:tr>
        <w:tc>
          <w:tcPr>
            <w:tcW w:type="dxa" w:w="5103"/>
          </w:tcPr>
          <w:p>
            <w:r>
              <w:t>____</w:t>
            </w:r>
          </w:p>
        </w:tc>
        <w:tc>
          <w:tcPr>
            <w:tcW w:type="dxa" w:w="5103"/>
          </w:tcPr>
          <w:p>
            <w:r>
              <w:t>Mettre le carnet et le stylo</w:t>
            </w:r>
          </w:p>
        </w:tc>
      </w:tr>
      <w:tr>
        <w:tc>
          <w:tcPr>
            <w:tcW w:type="dxa" w:w="5103"/>
          </w:tcPr>
          <w:p>
            <w:r>
              <w:t>____</w:t>
            </w:r>
          </w:p>
        </w:tc>
        <w:tc>
          <w:tcPr>
            <w:tcW w:type="dxa" w:w="5103"/>
          </w:tcPr>
          <w:p>
            <w:r>
              <w:t>Insérer la gourde remplie</w:t>
            </w:r>
          </w:p>
        </w:tc>
      </w:tr>
      <w:tr>
        <w:tc>
          <w:tcPr>
            <w:tcW w:type="dxa" w:w="5103"/>
          </w:tcPr>
          <w:p>
            <w:r>
              <w:t>____</w:t>
            </w:r>
          </w:p>
        </w:tc>
        <w:tc>
          <w:tcPr>
            <w:tcW w:type="dxa" w:w="5103"/>
          </w:tcPr>
          <w:p>
            <w:r>
              <w:t>Ajouter la carte de transport</w:t>
            </w:r>
          </w:p>
        </w:tc>
      </w:tr>
      <w:tr>
        <w:tc>
          <w:tcPr>
            <w:tcW w:type="dxa" w:w="5103"/>
          </w:tcPr>
          <w:p>
            <w:r>
              <w:t>____</w:t>
            </w:r>
          </w:p>
        </w:tc>
        <w:tc>
          <w:tcPr>
            <w:tcW w:type="dxa" w:w="5103"/>
          </w:tcPr>
          <w:p>
            <w:r>
              <w:t>Placer le pack d’exercices imprimés</w:t>
            </w:r>
          </w:p>
        </w:tc>
      </w:tr>
    </w:tbl>
    <w:p>
      <w:r>
        <w:t>Étoiles : ☆ ☆ ☆   |   Points : ____ / 6</w:t>
      </w:r>
    </w:p>
    <w:p>
      <w:pPr>
        <w:pStyle w:val="Heading1"/>
      </w:pPr>
      <w:r>
        <w:t>Ex. 10 — Vitesse (barrage de lettres A &amp; E)</w:t>
      </w:r>
    </w:p>
    <w:p>
      <w:r>
        <w:t>Consigne : en 45 s, barrez tous les A et E. (Correction : __ / total)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</w:tblGrid>
      <w:tr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N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M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N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N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</w:tr>
      <w:tr>
        <w:tc>
          <w:tcPr>
            <w:tcW w:type="dxa" w:w="425"/>
          </w:tcPr>
          <w:p>
            <w:pPr>
              <w:jc w:val="center"/>
            </w:pPr>
            <w:r>
              <w:t>M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M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M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N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</w:tr>
      <w:tr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N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M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M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</w:tr>
      <w:tr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N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N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N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N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M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N</w:t>
            </w:r>
          </w:p>
        </w:tc>
      </w:tr>
      <w:tr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M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M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N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N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N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M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M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</w:tr>
      <w:tr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M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M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N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M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M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M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</w:tr>
      <w:tr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M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N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M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</w:tr>
      <w:tr>
        <w:tc>
          <w:tcPr>
            <w:tcW w:type="dxa" w:w="425"/>
          </w:tcPr>
          <w:p>
            <w:pPr>
              <w:jc w:val="center"/>
            </w:pPr>
            <w:r>
              <w:t>M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M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M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N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N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</w:tr>
      <w:tr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N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N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N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</w:tr>
      <w:tr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N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N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N</w:t>
            </w:r>
          </w:p>
        </w:tc>
      </w:tr>
      <w:tr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M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M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M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N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M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M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N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</w:tr>
      <w:tr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M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A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N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N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N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O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M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M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T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S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E</w:t>
            </w:r>
          </w:p>
        </w:tc>
        <w:tc>
          <w:tcPr>
            <w:tcW w:type="dxa" w:w="425"/>
          </w:tcPr>
          <w:p>
            <w:pPr>
              <w:jc w:val="center"/>
            </w:pPr>
            <w:r>
              <w:t>N</w:t>
            </w:r>
          </w:p>
        </w:tc>
      </w:tr>
    </w:tbl>
    <w:p>
      <w:pPr>
        <w:pStyle w:val="Heading1"/>
      </w:pPr>
      <w:r>
        <w:t>Tableau des héros — Leaderboard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</w:tcPr>
          <w:p>
            <w:r>
              <w:rPr>
                <w:b/>
              </w:rPr>
              <w:t>Joueur</w:t>
            </w:r>
          </w:p>
        </w:tc>
        <w:tc>
          <w:tcPr>
            <w:tcW w:type="dxa" w:w="2551"/>
          </w:tcPr>
          <w:p>
            <w:r>
              <w:rPr>
                <w:b/>
              </w:rPr>
              <w:t>Niveau</w:t>
            </w:r>
          </w:p>
        </w:tc>
        <w:tc>
          <w:tcPr>
            <w:tcW w:type="dxa" w:w="2551"/>
          </w:tcPr>
          <w:p>
            <w:r>
              <w:rPr>
                <w:b/>
              </w:rPr>
              <w:t>★ Total</w:t>
            </w:r>
          </w:p>
        </w:tc>
        <w:tc>
          <w:tcPr>
            <w:tcW w:type="dxa" w:w="2551"/>
          </w:tcPr>
          <w:p>
            <w:r>
              <w:rPr>
                <w:b/>
              </w:rPr>
              <w:t>Points</w:t>
            </w:r>
          </w:p>
        </w:tc>
      </w:tr>
      <w:tr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</w:tr>
    </w:tbl>
    <w:sectPr w:rsidR="00FC693F" w:rsidRPr="0006063C" w:rsidSect="00034616">
      <w:footerReference w:type="default" r:id="rId9"/>
      <w:pgSz w:w="11906" w:h="16838"/>
      <w:pgMar w:top="850" w:right="850" w:bottom="737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Exercices cognitifs gamifiés (A4)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Relationship Id="rId10" Type="http://schemas.openxmlformats.org/officeDocument/2006/relationships/image" Target="media/image1.png"/><Relationship Id="rId11" Type="http://schemas.openxmlformats.org/officeDocument/2006/relationships/image" Target="media/image2.png"/><Relationship Id="rId12" Type="http://schemas.openxmlformats.org/officeDocument/2006/relationships/image" Target="media/image3.png"/><Relationship Id="rId13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