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</w:rPr>
        <w:t>ÉTIQUETTES COLIS — FRAGILE (2×5 par page)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99"/>
        <w:gridCol w:w="5499"/>
      </w:tblGrid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1&quot; CODE128 \h 1400 \t">
                    <w:r>
                      <w:t>FRG00001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1&quot; QR \h 900">
                    <w:r>
                      <w:t>https://tracking.local/trace?trk=FRG00001</w:t>
                    </w:r>
                  </w:fldSimple>
                </w:p>
              </w:tc>
            </w:tr>
          </w:tbl>
          <w:p/>
          <w:p>
            <w:r>
              <w:t>Référence : FRG00001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2&quot; CODE128 \h 1400 \t">
                    <w:r>
                      <w:t>FRG00002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2&quot; QR \h 900">
                    <w:r>
                      <w:t>https://tracking.local/trace?trk=FRG00002</w:t>
                    </w:r>
                  </w:fldSimple>
                </w:p>
              </w:tc>
            </w:tr>
          </w:tbl>
          <w:p/>
          <w:p>
            <w:r>
              <w:t>Référence : FRG00002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3&quot; CODE128 \h 1400 \t">
                    <w:r>
                      <w:t>FRG00003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3&quot; QR \h 900">
                    <w:r>
                      <w:t>https://tracking.local/trace?trk=FRG00003</w:t>
                    </w:r>
                  </w:fldSimple>
                </w:p>
              </w:tc>
            </w:tr>
          </w:tbl>
          <w:p/>
          <w:p>
            <w:r>
              <w:t>Référence : FRG00003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4&quot; CODE128 \h 1400 \t">
                    <w:r>
                      <w:t>FRG00004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4&quot; QR \h 900">
                    <w:r>
                      <w:t>https://tracking.local/trace?trk=FRG00004</w:t>
                    </w:r>
                  </w:fldSimple>
                </w:p>
              </w:tc>
            </w:tr>
          </w:tbl>
          <w:p/>
          <w:p>
            <w:r>
              <w:t>Référence : FRG00004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5&quot; CODE128 \h 1400 \t">
                    <w:r>
                      <w:t>FRG00005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5&quot; QR \h 900">
                    <w:r>
                      <w:t>https://tracking.local/trace?trk=FRG00005</w:t>
                    </w:r>
                  </w:fldSimple>
                </w:p>
              </w:tc>
            </w:tr>
          </w:tbl>
          <w:p/>
          <w:p>
            <w:r>
              <w:t>Référence : FRG00005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6&quot; CODE128 \h 1400 \t">
                    <w:r>
                      <w:t>FRG00006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6&quot; QR \h 900">
                    <w:r>
                      <w:t>https://tracking.local/trace?trk=FRG00006</w:t>
                    </w:r>
                  </w:fldSimple>
                </w:p>
              </w:tc>
            </w:tr>
          </w:tbl>
          <w:p/>
          <w:p>
            <w:r>
              <w:t>Référence : FRG00006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7&quot; CODE128 \h 1400 \t">
                    <w:r>
                      <w:t>FRG00007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7&quot; QR \h 900">
                    <w:r>
                      <w:t>https://tracking.local/trace?trk=FRG00007</w:t>
                    </w:r>
                  </w:fldSimple>
                </w:p>
              </w:tc>
            </w:tr>
          </w:tbl>
          <w:p/>
          <w:p>
            <w:r>
              <w:t>Référence : FRG00007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8&quot; CODE128 \h 1400 \t">
                    <w:r>
                      <w:t>FRG00008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8&quot; QR \h 900">
                    <w:r>
                      <w:t>https://tracking.local/trace?trk=FRG00008</w:t>
                    </w:r>
                  </w:fldSimple>
                </w:p>
              </w:tc>
            </w:tr>
          </w:tbl>
          <w:p/>
          <w:p>
            <w:r>
              <w:t>Référence : FRG00008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09&quot; CODE128 \h 1400 \t">
                    <w:r>
                      <w:t>FRG00009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09&quot; QR \h 900">
                    <w:r>
                      <w:t>https://tracking.local/trace?trk=FRG00009</w:t>
                    </w:r>
                  </w:fldSimple>
                </w:p>
              </w:tc>
            </w:tr>
          </w:tbl>
          <w:p/>
          <w:p>
            <w:r>
              <w:t>Référence : FRG00009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0&quot; CODE128 \h 1400 \t">
                    <w:r>
                      <w:t>FRG00010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0&quot; QR \h 900">
                    <w:r>
                      <w:t>https://tracking.local/trace?trk=FRG00010</w:t>
                    </w:r>
                  </w:fldSimple>
                </w:p>
              </w:tc>
            </w:tr>
          </w:tbl>
          <w:p/>
          <w:p>
            <w:r>
              <w:t>Référence : FRG00010    Service : Standard    Poids : __,__ kg    Date : __/__/____</w:t>
            </w:r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99"/>
        <w:gridCol w:w="5499"/>
      </w:tblGrid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1&quot; CODE128 \h 1400 \t">
                    <w:r>
                      <w:t>FRG00011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1&quot; QR \h 900">
                    <w:r>
                      <w:t>https://tracking.local/trace?trk=FRG00011</w:t>
                    </w:r>
                  </w:fldSimple>
                </w:p>
              </w:tc>
            </w:tr>
          </w:tbl>
          <w:p/>
          <w:p>
            <w:r>
              <w:t>Référence : FRG00011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2&quot; CODE128 \h 1400 \t">
                    <w:r>
                      <w:t>FRG00012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2&quot; QR \h 900">
                    <w:r>
                      <w:t>https://tracking.local/trace?trk=FRG00012</w:t>
                    </w:r>
                  </w:fldSimple>
                </w:p>
              </w:tc>
            </w:tr>
          </w:tbl>
          <w:p/>
          <w:p>
            <w:r>
              <w:t>Référence : FRG00012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3&quot; CODE128 \h 1400 \t">
                    <w:r>
                      <w:t>FRG00013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3&quot; QR \h 900">
                    <w:r>
                      <w:t>https://tracking.local/trace?trk=FRG00013</w:t>
                    </w:r>
                  </w:fldSimple>
                </w:p>
              </w:tc>
            </w:tr>
          </w:tbl>
          <w:p/>
          <w:p>
            <w:r>
              <w:t>Référence : FRG00013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4&quot; CODE128 \h 1400 \t">
                    <w:r>
                      <w:t>FRG00014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4&quot; QR \h 900">
                    <w:r>
                      <w:t>https://tracking.local/trace?trk=FRG00014</w:t>
                    </w:r>
                  </w:fldSimple>
                </w:p>
              </w:tc>
            </w:tr>
          </w:tbl>
          <w:p/>
          <w:p>
            <w:r>
              <w:t>Référence : FRG00014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5&quot; CODE128 \h 1400 \t">
                    <w:r>
                      <w:t>FRG00015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5&quot; QR \h 900">
                    <w:r>
                      <w:t>https://tracking.local/trace?trk=FRG00015</w:t>
                    </w:r>
                  </w:fldSimple>
                </w:p>
              </w:tc>
            </w:tr>
          </w:tbl>
          <w:p/>
          <w:p>
            <w:r>
              <w:t>Référence : FRG00015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6&quot; CODE128 \h 1400 \t">
                    <w:r>
                      <w:t>FRG00016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6&quot; QR \h 900">
                    <w:r>
                      <w:t>https://tracking.local/trace?trk=FRG00016</w:t>
                    </w:r>
                  </w:fldSimple>
                </w:p>
              </w:tc>
            </w:tr>
          </w:tbl>
          <w:p/>
          <w:p>
            <w:r>
              <w:t>Référence : FRG00016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7&quot; CODE128 \h 1400 \t">
                    <w:r>
                      <w:t>FRG00017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7&quot; QR \h 900">
                    <w:r>
                      <w:t>https://tracking.local/trace?trk=FRG00017</w:t>
                    </w:r>
                  </w:fldSimple>
                </w:p>
              </w:tc>
            </w:tr>
          </w:tbl>
          <w:p/>
          <w:p>
            <w:r>
              <w:t>Référence : FRG00017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8&quot; CODE128 \h 1400 \t">
                    <w:r>
                      <w:t>FRG00018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8&quot; QR \h 900">
                    <w:r>
                      <w:t>https://tracking.local/trace?trk=FRG00018</w:t>
                    </w:r>
                  </w:fldSimple>
                </w:p>
              </w:tc>
            </w:tr>
          </w:tbl>
          <w:p/>
          <w:p>
            <w:r>
              <w:t>Référence : FRG00018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19&quot; CODE128 \h 1400 \t">
                    <w:r>
                      <w:t>FRG00019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19&quot; QR \h 900">
                    <w:r>
                      <w:t>https://tracking.local/trace?trk=FRG00019</w:t>
                    </w:r>
                  </w:fldSimple>
                </w:p>
              </w:tc>
            </w:tr>
          </w:tbl>
          <w:p/>
          <w:p>
            <w:r>
              <w:t>Référence : FRG00019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0&quot; CODE128 \h 1400 \t">
                    <w:r>
                      <w:t>FRG00020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0&quot; QR \h 900">
                    <w:r>
                      <w:t>https://tracking.local/trace?trk=FRG00020</w:t>
                    </w:r>
                  </w:fldSimple>
                </w:p>
              </w:tc>
            </w:tr>
          </w:tbl>
          <w:p/>
          <w:p>
            <w:r>
              <w:t>Référence : FRG00020    Service : Standard    Poids : __,__ kg    Date : __/__/____</w:t>
            </w:r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99"/>
        <w:gridCol w:w="5499"/>
      </w:tblGrid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1&quot; CODE128 \h 1400 \t">
                    <w:r>
                      <w:t>FRG00021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1&quot; QR \h 900">
                    <w:r>
                      <w:t>https://tracking.local/trace?trk=FRG00021</w:t>
                    </w:r>
                  </w:fldSimple>
                </w:p>
              </w:tc>
            </w:tr>
          </w:tbl>
          <w:p/>
          <w:p>
            <w:r>
              <w:t>Référence : FRG00021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2&quot; CODE128 \h 1400 \t">
                    <w:r>
                      <w:t>FRG00022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2&quot; QR \h 900">
                    <w:r>
                      <w:t>https://tracking.local/trace?trk=FRG00022</w:t>
                    </w:r>
                  </w:fldSimple>
                </w:p>
              </w:tc>
            </w:tr>
          </w:tbl>
          <w:p/>
          <w:p>
            <w:r>
              <w:t>Référence : FRG00022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3&quot; CODE128 \h 1400 \t">
                    <w:r>
                      <w:t>FRG00023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3&quot; QR \h 900">
                    <w:r>
                      <w:t>https://tracking.local/trace?trk=FRG00023</w:t>
                    </w:r>
                  </w:fldSimple>
                </w:p>
              </w:tc>
            </w:tr>
          </w:tbl>
          <w:p/>
          <w:p>
            <w:r>
              <w:t>Référence : FRG00023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4&quot; CODE128 \h 1400 \t">
                    <w:r>
                      <w:t>FRG00024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4&quot; QR \h 900">
                    <w:r>
                      <w:t>https://tracking.local/trace?trk=FRG00024</w:t>
                    </w:r>
                  </w:fldSimple>
                </w:p>
              </w:tc>
            </w:tr>
          </w:tbl>
          <w:p/>
          <w:p>
            <w:r>
              <w:t>Référence : FRG00024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5&quot; CODE128 \h 1400 \t">
                    <w:r>
                      <w:t>FRG00025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5&quot; QR \h 900">
                    <w:r>
                      <w:t>https://tracking.local/trace?trk=FRG00025</w:t>
                    </w:r>
                  </w:fldSimple>
                </w:p>
              </w:tc>
            </w:tr>
          </w:tbl>
          <w:p/>
          <w:p>
            <w:r>
              <w:t>Référence : FRG00025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6&quot; CODE128 \h 1400 \t">
                    <w:r>
                      <w:t>FRG00026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6&quot; QR \h 900">
                    <w:r>
                      <w:t>https://tracking.local/trace?trk=FRG00026</w:t>
                    </w:r>
                  </w:fldSimple>
                </w:p>
              </w:tc>
            </w:tr>
          </w:tbl>
          <w:p/>
          <w:p>
            <w:r>
              <w:t>Référence : FRG00026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7&quot; CODE128 \h 1400 \t">
                    <w:r>
                      <w:t>FRG00027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7&quot; QR \h 900">
                    <w:r>
                      <w:t>https://tracking.local/trace?trk=FRG00027</w:t>
                    </w:r>
                  </w:fldSimple>
                </w:p>
              </w:tc>
            </w:tr>
          </w:tbl>
          <w:p/>
          <w:p>
            <w:r>
              <w:t>Référence : FRG00027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8&quot; CODE128 \h 1400 \t">
                    <w:r>
                      <w:t>FRG00028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8&quot; QR \h 900">
                    <w:r>
                      <w:t>https://tracking.local/trace?trk=FRG00028</w:t>
                    </w:r>
                  </w:fldSimple>
                </w:p>
              </w:tc>
            </w:tr>
          </w:tbl>
          <w:p/>
          <w:p>
            <w:r>
              <w:t>Référence : FRG00028    Service : Standard    Poids : __,__ kg    Date : __/__/____</w:t>
            </w:r>
          </w:p>
        </w:tc>
      </w:tr>
      <w:tr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29&quot; CODE128 \h 1400 \t">
                    <w:r>
                      <w:t>FRG00029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29&quot; QR \h 900">
                    <w:r>
                      <w:t>https://tracking.local/trace?trk=FRG00029</w:t>
                    </w:r>
                  </w:fldSimple>
                </w:p>
              </w:tc>
            </w:tr>
          </w:tbl>
          <w:p/>
          <w:p>
            <w:r>
              <w:t>Référence : FRG00029    Service : Standard    Poids : __,__ kg    Date : __/__/____</w:t>
            </w:r>
          </w:p>
        </w:tc>
        <w:tc>
          <w:tcPr>
            <w:tcW w:type="dxa" w:w="5499"/>
            <w:tcBorders>
              <w:top w:val="single" w:sz="14" w:color="000000"/>
              <w:left w:val="single" w:sz="14" w:color="000000"/>
              <w:bottom w:val="single" w:sz="14" w:color="000000"/>
              <w:right w:val="single" w:sz="14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C00000"/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56"/>
                    </w:rPr>
                    <w:t>FRAGILE</w:t>
                  </w:r>
                </w:p>
              </w:tc>
            </w:tr>
          </w:tbl>
          <w:p/>
          <w:p>
            <w:pPr>
              <w:jc w:val="center"/>
            </w:pPr>
            <w:r>
              <w:rPr>
                <w:b/>
              </w:rPr>
              <w:t>MANIPULER AVEC PRÉCAUTION • HANDLE WITH CARE</w:t>
            </w:r>
          </w:p>
          <w:p>
            <w:pPr>
              <w:jc w:val="center"/>
            </w:pPr>
            <w:r>
              <w:rPr>
                <w:b/>
              </w:rPr>
              <w:t>NE PAS PLIER — NE PAS ÉCRASER</w:t>
            </w:r>
          </w:p>
          <w:p>
            <w:pPr>
              <w:jc w:val="center"/>
            </w:pPr>
            <w:r>
              <w:rPr>
                <w:b/>
              </w:rPr>
              <w:t>↑ HAUT / UP ↑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FRG00030&quot; CODE128 \h 1400 \t">
                    <w:r>
                      <w:t>FRG00030</w:t>
                    </w:r>
                  </w:fldSimple>
                </w:p>
              </w:tc>
              <w:tc>
                <w:tcPr>
                  <w:tcW w:type="dxa" w:w="2749"/>
                </w:tcPr>
                <w:p>
                  <w:pPr>
                    <w:jc w:val="center"/>
                  </w:pPr>
                  <w:fldSimple w:instr="DISPLAYBARCODE &quot;https://tracking.local/trace?trk=FRG00030&quot; QR \h 900">
                    <w:r>
                      <w:t>https://tracking.local/trace?trk=FRG00030</w:t>
                    </w:r>
                  </w:fldSimple>
                </w:p>
              </w:tc>
            </w:tr>
          </w:tbl>
          <w:p/>
          <w:p>
            <w:r>
              <w:t>Référence : FRG00030    Service : Standard    Poids : __,__ kg    Date : __/__/____</w:t>
            </w:r>
          </w:p>
        </w:tc>
      </w:tr>
    </w:tbl>
    <w:sectPr w:rsidR="00FC693F" w:rsidRPr="0006063C" w:rsidSect="00034616">
      <w:pgSz w:w="11906" w:h="16838"/>
      <w:pgMar w:top="454" w:right="454" w:bottom="454" w:left="45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