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553"/>
        <w:gridCol w:w="3553"/>
        <w:gridCol w:w="3553"/>
      </w:tblGrid>
      <w:tr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Médecin-chef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  <w:sz w:val="32"/>
              </w:rPr>
              <w:t>Dossier médical du patient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F7F6E7"/>
            <w:tcBorders>
              <w:top w:val="single" w:sz="12" w:color="C8C8B3"/>
              <w:left w:val="single" w:sz="12" w:color="C8C8B3"/>
              <w:bottom w:val="single" w:sz="12" w:color="C8C8B3"/>
              <w:right w:val="single" w:sz="12" w:color="C8C8B3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64"/>
              <w:gridCol w:w="2664"/>
              <w:gridCol w:w="2664"/>
              <w:gridCol w:w="2664"/>
            </w:tblGrid>
            <w:tr>
              <w:tc>
                <w:tcPr>
                  <w:tcW w:type="dxa" w:w="2664"/>
                </w:tcPr>
                <w:p>
                  <w:r>
                    <w:t xml:space="preserve">Nom : </w:t>
                  </w:r>
                </w:p>
              </w:tc>
              <w:tc>
                <w:tcPr>
                  <w:tcW w:type="dxa" w:w="2664"/>
                </w:tcPr>
                <w:p>
                  <w:r>
                    <w:t xml:space="preserve">Prénoms : </w:t>
                  </w:r>
                </w:p>
              </w:tc>
              <w:tc>
                <w:tcPr>
                  <w:tcW w:type="dxa" w:w="2664"/>
                </w:tcPr>
                <w:p>
                  <w:r>
                    <w:t>Né(e) le : __/__/____</w:t>
                  </w:r>
                </w:p>
              </w:tc>
              <w:tc>
                <w:tcPr>
                  <w:tcW w:type="dxa" w:w="2664"/>
                </w:tcPr>
                <w:p>
                  <w:r>
                    <w:t>Âge : ___</w:t>
                  </w:r>
                </w:p>
              </w:tc>
            </w:tr>
            <w:tr>
              <w:tc>
                <w:tcPr>
                  <w:tcW w:type="dxa" w:w="2664"/>
                </w:tcPr>
                <w:p>
                  <w:r>
                    <w:t xml:space="preserve">Domicile : </w:t>
                  </w:r>
                </w:p>
              </w:tc>
              <w:tc>
                <w:tcPr>
                  <w:tcW w:type="dxa" w:w="2664"/>
                </w:tcPr>
                <w:p>
                  <w:r>
                    <w:t xml:space="preserve">Tél. : </w:t>
                  </w:r>
                </w:p>
              </w:tc>
              <w:tc>
                <w:tcPr>
                  <w:tcW w:type="dxa" w:w="2664"/>
                </w:tcPr>
                <w:p>
                  <w:r>
                    <w:t xml:space="preserve">Profession : </w:t>
                  </w:r>
                </w:p>
              </w:tc>
              <w:tc>
                <w:tcPr>
                  <w:tcW w:type="dxa" w:w="2664"/>
                </w:tcPr>
                <w:p>
                  <w:r>
                    <w:t>N° dossier : HOSP-PT-00001</w:t>
                  </w:r>
                </w:p>
              </w:tc>
            </w:tr>
            <w:tr>
              <w:tc>
                <w:tcPr>
                  <w:tcW w:type="dxa" w:w="2664"/>
                </w:tcPr>
                <w:p>
                  <w:r>
                    <w:rPr>
                      <w:b/>
                    </w:rPr>
                    <w:t xml:space="preserve">Identifiant : </w:t>
                  </w:r>
                  <w:r>
                    <w:t>HOSP-PT-00001</w:t>
                  </w:r>
                </w:p>
              </w:tc>
              <w:tc>
                <w:tcPr>
                  <w:tcW w:type="dxa" w:w="2664"/>
                </w:tcPr>
                <w:p>
                  <w:pPr>
                    <w:jc w:val="left"/>
                  </w:pPr>
                  <w:fldSimple w:instr="DISPLAYBARCODE &quot;HOSP-PT-00001&quot; CODE128 \h 1050 \t">
                    <w:r>
                      <w:t>HOSP-PT-00001</w:t>
                    </w:r>
                  </w:fldSimple>
                </w:p>
              </w:tc>
              <w:tc>
                <w:tcPr>
                  <w:tcW w:type="dxa" w:w="2664"/>
                </w:tcPr>
                <w:p>
                  <w:pPr>
                    <w:jc w:val="center"/>
                  </w:pPr>
                  <w:fldSimple w:instr="DISPLAYBARCODE &quot;HOSP-PT-00001&quot; DATAMATRIX \h 900">
                    <w:r>
                      <w:t>HOSP-PT-00001</w:t>
                    </w:r>
                  </w:fldSimple>
                </w:p>
              </w:tc>
              <w:tc>
                <w:tcPr>
                  <w:tcW w:type="dxa" w:w="2664"/>
                </w:tcPr>
                <w:p>
                  <w:pPr>
                    <w:jc w:val="right"/>
                  </w:pPr>
                  <w:fldSimple w:instr="DISPLAYBARCODE &quot;https://intra.hopital/patient?id=HOSP-PT-00001&quot; QR \h 900">
                    <w:r>
                      <w:t>https://intra.hopital/patient?id=HOSP-PT-00001</w:t>
                    </w:r>
                  </w:fldSimple>
                </w:p>
              </w:tc>
            </w:tr>
          </w:tbl>
          <w:p/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</w:tcPr>
          <w:p>
            <w:r>
              <w:t>Groupe sanguin :  ○ A   ○ B   ○ AB   ○ O</w:t>
            </w:r>
          </w:p>
        </w:tc>
        <w:tc>
          <w:tcPr>
            <w:tcW w:type="dxa" w:w="2664"/>
          </w:tcPr>
          <w:p>
            <w:r>
              <w:t>Rhésus :  ○ +   ○ -</w:t>
            </w:r>
          </w:p>
        </w:tc>
        <w:tc>
          <w:tcPr>
            <w:tcW w:type="dxa" w:w="2664"/>
          </w:tcPr>
          <w:p>
            <w:r>
              <w:t>Allergies : ____________________________</w:t>
            </w:r>
          </w:p>
        </w:tc>
        <w:tc>
          <w:tcPr>
            <w:tcW w:type="dxa" w:w="2664"/>
          </w:tcPr>
          <w:p>
            <w:r>
              <w:t>Profession : __________________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val="clear" w:color="auto" w:fill="D8F3DC"/>
          </w:tcPr>
          <w:p>
            <w:r>
              <w:rPr>
                <w:b/>
              </w:rPr>
              <w:t>Admission</w:t>
            </w:r>
          </w:p>
        </w:tc>
        <w:tc>
          <w:tcPr>
            <w:tcW w:type="dxa" w:w="2664"/>
          </w:tcPr>
          <w:p>
            <w:r>
              <w:t>Date d’entrée : __/__/____</w:t>
            </w:r>
          </w:p>
        </w:tc>
        <w:tc>
          <w:tcPr>
            <w:tcW w:type="dxa" w:w="2664"/>
          </w:tcPr>
          <w:p>
            <w:r>
              <w:t>Motif : ____________________</w:t>
            </w:r>
          </w:p>
        </w:tc>
        <w:tc>
          <w:tcPr>
            <w:tcW w:type="dxa" w:w="2664"/>
          </w:tcPr>
          <w:p>
            <w:r>
              <w:t>Date de sortie : __/__/____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</w:rPr>
              <w:t>Antécédents personnels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329"/>
        <w:gridCol w:w="5329"/>
      </w:tblGrid>
      <w:tr>
        <w:tc>
          <w:tcPr>
            <w:tcW w:type="dxa" w:w="5329"/>
          </w:tcPr>
          <w:p>
            <w:r>
              <w:t>Affections congénitales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Maladies infectieuses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Situation familiale / sociale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Appareil digestif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Appareil respiratoire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Système nerveux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Interventions chirurgicales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Accidents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  <w:tr>
        <w:tc>
          <w:tcPr>
            <w:tcW w:type="dxa" w:w="5329"/>
          </w:tcPr>
          <w:p>
            <w:r>
              <w:t>Maladies professionnelles :</w:t>
            </w:r>
          </w:p>
        </w:tc>
        <w:tc>
          <w:tcPr>
            <w:tcW w:type="dxa" w:w="5329"/>
          </w:tcPr>
          <w:p>
            <w:r>
              <w:t>__________________________________________________________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</w:rPr>
              <w:t>Autres hospitalisations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553"/>
        <w:gridCol w:w="3553"/>
        <w:gridCol w:w="3553"/>
      </w:tblGrid>
      <w:tr>
        <w:tc>
          <w:tcPr>
            <w:tcW w:type="dxa" w:w="3553"/>
          </w:tcPr>
          <w:p>
            <w:r>
              <w:rPr>
                <w:b/>
              </w:rPr>
              <w:t>Date</w:t>
            </w:r>
          </w:p>
        </w:tc>
        <w:tc>
          <w:tcPr>
            <w:tcW w:type="dxa" w:w="3553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3553"/>
          </w:tcPr>
          <w:p>
            <w:r>
              <w:rPr>
                <w:b/>
              </w:rPr>
              <w:t>Cause</w:t>
            </w:r>
          </w:p>
        </w:tc>
      </w:tr>
      <w:tr>
        <w:tc>
          <w:tcPr>
            <w:tcW w:type="dxa" w:w="3553"/>
          </w:tcPr>
          <w:p/>
        </w:tc>
        <w:tc>
          <w:tcPr>
            <w:tcW w:type="dxa" w:w="3553"/>
          </w:tcPr>
          <w:p/>
        </w:tc>
        <w:tc>
          <w:tcPr>
            <w:tcW w:type="dxa" w:w="3553"/>
          </w:tcPr>
          <w:p/>
        </w:tc>
      </w:tr>
      <w:tr>
        <w:tc>
          <w:tcPr>
            <w:tcW w:type="dxa" w:w="3553"/>
          </w:tcPr>
          <w:p/>
        </w:tc>
        <w:tc>
          <w:tcPr>
            <w:tcW w:type="dxa" w:w="3553"/>
          </w:tcPr>
          <w:p/>
        </w:tc>
        <w:tc>
          <w:tcPr>
            <w:tcW w:type="dxa" w:w="3553"/>
          </w:tcPr>
          <w:p/>
        </w:tc>
      </w:tr>
      <w:tr>
        <w:tc>
          <w:tcPr>
            <w:tcW w:type="dxa" w:w="3553"/>
          </w:tcPr>
          <w:p/>
        </w:tc>
        <w:tc>
          <w:tcPr>
            <w:tcW w:type="dxa" w:w="3553"/>
          </w:tcPr>
          <w:p/>
        </w:tc>
        <w:tc>
          <w:tcPr>
            <w:tcW w:type="dxa" w:w="3553"/>
          </w:tcPr>
          <w:p/>
        </w:tc>
      </w:tr>
      <w:tr>
        <w:tc>
          <w:tcPr>
            <w:tcW w:type="dxa" w:w="3553"/>
          </w:tcPr>
          <w:p/>
        </w:tc>
        <w:tc>
          <w:tcPr>
            <w:tcW w:type="dxa" w:w="3553"/>
          </w:tcPr>
          <w:p/>
        </w:tc>
        <w:tc>
          <w:tcPr>
            <w:tcW w:type="dxa" w:w="3553"/>
          </w:tcPr>
          <w:p/>
        </w:tc>
      </w:tr>
      <w:tr>
        <w:tc>
          <w:tcPr>
            <w:tcW w:type="dxa" w:w="3553"/>
          </w:tcPr>
          <w:p/>
        </w:tc>
        <w:tc>
          <w:tcPr>
            <w:tcW w:type="dxa" w:w="3553"/>
          </w:tcPr>
          <w:p/>
        </w:tc>
        <w:tc>
          <w:tcPr>
            <w:tcW w:type="dxa" w:w="3553"/>
          </w:tcPr>
          <w:p/>
        </w:tc>
      </w:tr>
      <w:tr>
        <w:tc>
          <w:tcPr>
            <w:tcW w:type="dxa" w:w="3553"/>
          </w:tcPr>
          <w:p/>
        </w:tc>
        <w:tc>
          <w:tcPr>
            <w:tcW w:type="dxa" w:w="3553"/>
          </w:tcPr>
          <w:p/>
        </w:tc>
        <w:tc>
          <w:tcPr>
            <w:tcW w:type="dxa" w:w="3553"/>
          </w:tcPr>
          <w:p/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553"/>
        <w:gridCol w:w="3553"/>
        <w:gridCol w:w="3553"/>
      </w:tblGrid>
      <w:tr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Médecin-chef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  <w:sz w:val="32"/>
              </w:rPr>
              <w:t>Dossier médical du patient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</w:rPr>
              <w:t>Anamnèse et examen clinique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329"/>
        <w:gridCol w:w="5329"/>
      </w:tblGrid>
      <w:tr>
        <w:tc>
          <w:tcPr>
            <w:tcW w:type="dxa" w:w="5329"/>
          </w:tcPr>
          <w:p>
            <w:r>
              <w:t>Motif / plainte principale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Histoire de la maladie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Examen clinique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Constantes :</w:t>
            </w:r>
          </w:p>
        </w:tc>
        <w:tc>
          <w:tcPr>
            <w:tcW w:type="dxa" w:w="5329"/>
          </w:tcPr>
          <w:p>
            <w:r>
              <w:t>TA ___/___  FC ___  FR ___  T° ___  SpO2 ___%  Poids ___ kg</w:t>
            </w:r>
          </w:p>
        </w:tc>
      </w:tr>
      <w:tr>
        <w:tc>
          <w:tcPr>
            <w:tcW w:type="dxa" w:w="5329"/>
          </w:tcPr>
          <w:p>
            <w:r>
              <w:t>Douleur (EVA/EN) :</w:t>
            </w:r>
          </w:p>
        </w:tc>
        <w:tc>
          <w:tcPr>
            <w:tcW w:type="dxa" w:w="5329"/>
          </w:tcPr>
          <w:p>
            <w:r>
              <w:t>____ / 10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</w:rPr>
              <w:t>Prescriptions &amp; examens demandés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76"/>
        <w:gridCol w:w="1776"/>
        <w:gridCol w:w="1776"/>
        <w:gridCol w:w="1776"/>
        <w:gridCol w:w="1776"/>
        <w:gridCol w:w="1776"/>
      </w:tblGrid>
      <w:tr>
        <w:tc>
          <w:tcPr>
            <w:tcW w:type="dxa" w:w="1776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776"/>
          </w:tcPr>
          <w:p>
            <w:r>
              <w:rPr>
                <w:b/>
              </w:rPr>
              <w:t>Prescripteur</w:t>
            </w:r>
          </w:p>
        </w:tc>
        <w:tc>
          <w:tcPr>
            <w:tcW w:type="dxa" w:w="1776"/>
          </w:tcPr>
          <w:p>
            <w:r>
              <w:rPr>
                <w:b/>
              </w:rPr>
              <w:t>Acte/Examen</w:t>
            </w:r>
          </w:p>
        </w:tc>
        <w:tc>
          <w:tcPr>
            <w:tcW w:type="dxa" w:w="1776"/>
          </w:tcPr>
          <w:p>
            <w:r>
              <w:rPr>
                <w:b/>
              </w:rPr>
              <w:t>Posologie/Détails</w:t>
            </w:r>
          </w:p>
        </w:tc>
        <w:tc>
          <w:tcPr>
            <w:tcW w:type="dxa" w:w="1776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776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  <w:tr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  <w:tc>
          <w:tcPr>
            <w:tcW w:type="dxa" w:w="177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</w:rPr>
              <w:t>Suivi quotidien — observations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23"/>
        <w:gridCol w:w="1523"/>
        <w:gridCol w:w="1523"/>
        <w:gridCol w:w="1523"/>
        <w:gridCol w:w="1523"/>
        <w:gridCol w:w="1523"/>
        <w:gridCol w:w="1523"/>
      </w:tblGrid>
      <w:tr>
        <w:tc>
          <w:tcPr>
            <w:tcW w:type="dxa" w:w="1523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523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523"/>
          </w:tcPr>
          <w:p>
            <w:r>
              <w:rPr>
                <w:b/>
              </w:rPr>
              <w:t>Paramètres vitaux</w:t>
            </w:r>
          </w:p>
        </w:tc>
        <w:tc>
          <w:tcPr>
            <w:tcW w:type="dxa" w:w="1523"/>
          </w:tcPr>
          <w:p>
            <w:r>
              <w:rPr>
                <w:b/>
              </w:rPr>
              <w:t>Douleur</w:t>
            </w:r>
          </w:p>
        </w:tc>
        <w:tc>
          <w:tcPr>
            <w:tcW w:type="dxa" w:w="1523"/>
          </w:tcPr>
          <w:p>
            <w:r>
              <w:rPr>
                <w:b/>
              </w:rPr>
              <w:t>Soins/Actes</w:t>
            </w:r>
          </w:p>
        </w:tc>
        <w:tc>
          <w:tcPr>
            <w:tcW w:type="dxa" w:w="1523"/>
          </w:tcPr>
          <w:p>
            <w:r>
              <w:rPr>
                <w:b/>
              </w:rPr>
              <w:t>Événements</w:t>
            </w:r>
          </w:p>
        </w:tc>
        <w:tc>
          <w:tcPr>
            <w:tcW w:type="dxa" w:w="1523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  <w:tr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  <w:tc>
          <w:tcPr>
            <w:tcW w:type="dxa" w:w="1523"/>
          </w:tcPr>
          <w:p/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553"/>
        <w:gridCol w:w="3553"/>
        <w:gridCol w:w="3553"/>
      </w:tblGrid>
      <w:tr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3553"/>
            <w:shd w:val="clear" w:color="auto" w:fill="D8F3DC"/>
          </w:tcPr>
          <w:p>
            <w:r>
              <w:rPr>
                <w:b/>
              </w:rPr>
              <w:t>Médecin-chef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  <w:sz w:val="32"/>
              </w:rPr>
              <w:t>Dossier médical du patient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658"/>
      </w:tblGrid>
      <w:tr>
        <w:tc>
          <w:tcPr>
            <w:tcW w:type="dxa" w:w="10658"/>
            <w:shd w:val="clear" w:color="auto" w:fill="2F855A"/>
          </w:tcPr>
          <w:p>
            <w:r>
              <w:rPr>
                <w:b/>
                <w:color w:val="FFFFFF"/>
              </w:rPr>
              <w:t>Compte rendu &amp; sortie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329"/>
        <w:gridCol w:w="5329"/>
      </w:tblGrid>
      <w:tr>
        <w:tc>
          <w:tcPr>
            <w:tcW w:type="dxa" w:w="5329"/>
          </w:tcPr>
          <w:p>
            <w:r>
              <w:t>Diagnostic principal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Diagnostics associés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Examens significatifs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Traitements administrés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Évolution / incidents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Conduite à tenir / Ordonnances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Suivi recommandé / RDV :</w:t>
            </w:r>
          </w:p>
        </w:tc>
        <w:tc>
          <w:tcPr>
            <w:tcW w:type="dxa" w:w="5329"/>
          </w:tcPr>
          <w:p>
            <w:r/>
          </w:p>
        </w:tc>
      </w:tr>
      <w:tr>
        <w:tc>
          <w:tcPr>
            <w:tcW w:type="dxa" w:w="5329"/>
          </w:tcPr>
          <w:p>
            <w:r>
              <w:t>Commentaires :</w:t>
            </w:r>
          </w:p>
        </w:tc>
        <w:tc>
          <w:tcPr>
            <w:tcW w:type="dxa" w:w="5329"/>
          </w:tcPr>
          <w:p>
            <w:r/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329"/>
        <w:gridCol w:w="5329"/>
      </w:tblGrid>
      <w:tr>
        <w:tc>
          <w:tcPr>
            <w:tcW w:type="dxa" w:w="5329"/>
          </w:tcPr>
          <w:p>
            <w:r>
              <w:t>Médecin rédacteur : ______________________   Signature : _____________</w:t>
            </w:r>
          </w:p>
        </w:tc>
        <w:tc>
          <w:tcPr>
            <w:tcW w:type="dxa" w:w="5329"/>
          </w:tcPr>
          <w:p>
            <w:r>
              <w:t>Date : ____/____/______   Heure : __:__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24" w:right="624" w:bottom="737" w:left="6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 xml:space="preserve">Dossier patient — Confidentiel  |  Page </w:t>
    </w:r>
    <w:fldSimple w:instr="PAGE"/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