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6"/>
        </w:rPr>
        <w:t>DOSSIER PATIENT — FORMULAIRE OFFICIEL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E9F7EF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COUVERTURE / IDENTIFICATION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 xml:space="preserve">Nom : 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 xml:space="preserve">Prénoms : 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Né(e) le : __/__/____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Âge : ___</w:t>
            </w:r>
          </w:p>
        </w:tc>
      </w:tr>
      <w:tr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 xml:space="preserve">Adresse : 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 xml:space="preserve">Ville/CP : 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 xml:space="preserve">Téléphone : 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 xml:space="preserve">Email : </w:t>
            </w:r>
          </w:p>
        </w:tc>
      </w:tr>
      <w:tr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 xml:space="preserve">Personne à prévenir : 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 xml:space="preserve">Lien/Tél : 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 xml:space="preserve">N° Sécu : 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N° dossier : HOSP-PT-00001</w:t>
            </w:r>
          </w:p>
        </w:tc>
      </w:tr>
      <w:tr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Service : ______________________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Chambre : ___________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Bracelet ID : Oui ☐  Non ☐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Allergies : ______________________</w:t>
            </w:r>
          </w:p>
        </w:tc>
      </w:tr>
      <w:tr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 xml:space="preserve">Code 128 : </w:t>
            </w:r>
            <w:fldSimple w:instr="DISPLAYBARCODE &quot;HOSP-PT-00001&quot; CODE128 \h 1100 \t">
              <w:r>
                <w:t>HOSP-PT-00001</w:t>
              </w:r>
            </w:fldSimple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 xml:space="preserve">DataMatrix : </w:t>
            </w:r>
            <w:fldSimple w:instr="DISPLAYBARCODE &quot;HOSP-PT-00001&quot; DATAMATRIX \h 900">
              <w:r>
                <w:t>HOSP-PT-00001</w:t>
              </w:r>
            </w:fldSimple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 xml:space="preserve">QR (intranet) : </w:t>
            </w:r>
            <w:fldSimple w:instr="DISPLAYBARCODE &quot;https://intra.hopital/patient?id=HOSP-PT-00001&quot; QR \h 900">
              <w:r>
                <w:t>https://intra.hopital/patient?id=HOSP-PT-00001</w:t>
              </w:r>
            </w:fldSimple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Étiquettes bracelets/tubes : voir feuilles</w:t>
            </w:r>
          </w:p>
        </w:tc>
      </w:tr>
      <w:tr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Groupe :  A ☐  B ☐  AB ☐  O ☐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Rhésus :  + ☐  - ☐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Taille : ____ cm    Poids : ____ kg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Identité vérifiée : Oui ☐  Non ☐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EAF4FF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ADMISSION ADMINISTRATIVE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Date/Heure d’admission :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__/__/____ __:__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Mode d’entrée :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Urgences ☐  Consult. ☐  Transfert ☐</w:t>
            </w:r>
          </w:p>
        </w:tc>
      </w:tr>
      <w:tr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Assureur/Mutuelle :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/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N° contrat :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/>
          </w:p>
        </w:tc>
      </w:tr>
      <w:tr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Adresse facturation :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/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Personne de confiance :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/>
          </w:p>
        </w:tc>
      </w:tr>
      <w:tr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Médecin traitant :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/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Tuteur/Représentant légal :</w:t>
            </w:r>
          </w:p>
        </w:tc>
        <w:tc>
          <w:tcPr>
            <w:tcW w:type="dxa" w:w="240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/>
          </w:p>
        </w:tc>
      </w:tr>
    </w:tbl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FFF7E6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ANTÉCÉDENTS ET TRAITEMENTS EN COURS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Antécédents médicaux personnels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 xml:space="preserve">     ______________________________________</w:t>
            </w:r>
          </w:p>
        </w:tc>
      </w:tr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Antécédents chirurgicaux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 xml:space="preserve">     ______________________________________</w:t>
            </w:r>
          </w:p>
        </w:tc>
      </w:tr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Antécédents familiaux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 xml:space="preserve">     ______________________________________</w:t>
            </w:r>
          </w:p>
        </w:tc>
      </w:tr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Traitements habituels (nom, dose, posologie)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 xml:space="preserve">     ______________________________________</w:t>
            </w:r>
          </w:p>
        </w:tc>
      </w:tr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Allergies / intolérances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 xml:space="preserve">     ______________________________________</w:t>
            </w:r>
          </w:p>
        </w:tc>
      </w:tr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Vaccinations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 xml:space="preserve">     ______________________________________</w:t>
            </w:r>
          </w:p>
        </w:tc>
      </w:tr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Habitus (tabac, alcool, autres)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 xml:space="preserve">     ______________________________________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E9F7EF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ANAMNÈSE ET EXAMEN CLINIQUE INITIAL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Motif / plainte principale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/>
          </w:p>
        </w:tc>
      </w:tr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Histoire de la maladie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/>
          </w:p>
        </w:tc>
      </w:tr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Examen clinique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/>
          </w:p>
        </w:tc>
      </w:tr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Constantes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TA ___/___  FC ___  FR ___  T° ___  SpO2 ___%</w:t>
            </w:r>
          </w:p>
        </w:tc>
      </w:tr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Douleur (EVA/EN)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____ / 10</w:t>
            </w:r>
          </w:p>
        </w:tc>
      </w:tr>
    </w:tbl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EAF4FF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PRESCRIPTIONS ET EXAMENS DEMANDÉS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c>
          <w:tcPr>
            <w:tcW w:type="dxa" w:w="1606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Date/Heure</w:t>
            </w:r>
          </w:p>
        </w:tc>
        <w:tc>
          <w:tcPr>
            <w:tcW w:type="dxa" w:w="1606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Prescripteur</w:t>
            </w:r>
          </w:p>
        </w:tc>
        <w:tc>
          <w:tcPr>
            <w:tcW w:type="dxa" w:w="1606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Prescription / Examen</w:t>
            </w:r>
          </w:p>
        </w:tc>
        <w:tc>
          <w:tcPr>
            <w:tcW w:type="dxa" w:w="1606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Détails / Posologie</w:t>
            </w:r>
          </w:p>
        </w:tc>
        <w:tc>
          <w:tcPr>
            <w:tcW w:type="dxa" w:w="1606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Statut</w:t>
            </w:r>
          </w:p>
        </w:tc>
        <w:tc>
          <w:tcPr>
            <w:tcW w:type="dxa" w:w="1606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Signature</w:t>
            </w:r>
          </w:p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E9F7EF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SUIVI QUOTIDIEN — OBSERVATIONS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377"/>
        <w:gridCol w:w="1377"/>
        <w:gridCol w:w="1377"/>
        <w:gridCol w:w="1377"/>
        <w:gridCol w:w="1377"/>
        <w:gridCol w:w="1377"/>
        <w:gridCol w:w="1377"/>
      </w:tblGrid>
      <w:tr>
        <w:tc>
          <w:tcPr>
            <w:tcW w:type="dxa" w:w="1377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Date</w:t>
            </w:r>
          </w:p>
        </w:tc>
        <w:tc>
          <w:tcPr>
            <w:tcW w:type="dxa" w:w="1377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Heure</w:t>
            </w:r>
          </w:p>
        </w:tc>
        <w:tc>
          <w:tcPr>
            <w:tcW w:type="dxa" w:w="1377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Paramètres vitaux</w:t>
            </w:r>
          </w:p>
        </w:tc>
        <w:tc>
          <w:tcPr>
            <w:tcW w:type="dxa" w:w="1377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Douleur</w:t>
            </w:r>
          </w:p>
        </w:tc>
        <w:tc>
          <w:tcPr>
            <w:tcW w:type="dxa" w:w="1377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Soins/Actes</w:t>
            </w:r>
          </w:p>
        </w:tc>
        <w:tc>
          <w:tcPr>
            <w:tcW w:type="dxa" w:w="1377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Événements</w:t>
            </w:r>
          </w:p>
        </w:tc>
        <w:tc>
          <w:tcPr>
            <w:tcW w:type="dxa" w:w="1377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Signature</w:t>
            </w:r>
          </w:p>
        </w:tc>
      </w:tr>
      <w:tr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377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</w:tbl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FFF7E6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ACTES ET INTERVENTIONS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c>
          <w:tcPr>
            <w:tcW w:type="dxa" w:w="1606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Date</w:t>
            </w:r>
          </w:p>
        </w:tc>
        <w:tc>
          <w:tcPr>
            <w:tcW w:type="dxa" w:w="1606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Acte / Intervention</w:t>
            </w:r>
          </w:p>
        </w:tc>
        <w:tc>
          <w:tcPr>
            <w:tcW w:type="dxa" w:w="1606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Indication</w:t>
            </w:r>
          </w:p>
        </w:tc>
        <w:tc>
          <w:tcPr>
            <w:tcW w:type="dxa" w:w="1606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Réalisation / Matériel</w:t>
            </w:r>
          </w:p>
        </w:tc>
        <w:tc>
          <w:tcPr>
            <w:tcW w:type="dxa" w:w="1606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Complications</w:t>
            </w:r>
          </w:p>
        </w:tc>
        <w:tc>
          <w:tcPr>
            <w:tcW w:type="dxa" w:w="1606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Visa</w:t>
            </w:r>
          </w:p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606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E9F7EF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CONSENTEMENTS SPÉCIFIQUES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Information délivrée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Oui ☐  Non ☐</w:t>
            </w:r>
          </w:p>
        </w:tc>
      </w:tr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Consentement recueilli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Oui ☐  Non ☐  N/A ☐</w:t>
            </w:r>
          </w:p>
        </w:tc>
      </w:tr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Nom / qualité du professionnel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/>
          </w:p>
        </w:tc>
      </w:tr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Signature patient / représentant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/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EAF4FF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COMPTE RENDU / SORTIE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Diagnostic principal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/>
          </w:p>
        </w:tc>
      </w:tr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Diagnostics associés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/>
          </w:p>
        </w:tc>
      </w:tr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Examens significatifs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/>
          </w:p>
        </w:tc>
      </w:tr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Traitements administrés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/>
          </w:p>
        </w:tc>
      </w:tr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Évolution / incidents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/>
          </w:p>
        </w:tc>
      </w:tr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Conduite à tenir / ordonnances de sortie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/>
          </w:p>
        </w:tc>
      </w:tr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Suivi recommandé / RDV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/>
          </w:p>
        </w:tc>
      </w:tr>
      <w:tr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>
              <w:t>Commentaires :</w:t>
            </w:r>
          </w:p>
        </w:tc>
        <w:tc>
          <w:tcPr>
            <w:tcW w:type="dxa" w:w="4819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>
            <w:r/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FFF7E6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TRAÇABILITÉ &amp; PIÈCES JOINTES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928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Date</w:t>
            </w:r>
          </w:p>
        </w:tc>
        <w:tc>
          <w:tcPr>
            <w:tcW w:type="dxa" w:w="1928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Type de pièce</w:t>
            </w:r>
          </w:p>
        </w:tc>
        <w:tc>
          <w:tcPr>
            <w:tcW w:type="dxa" w:w="1928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Réf / ID</w:t>
            </w:r>
          </w:p>
        </w:tc>
        <w:tc>
          <w:tcPr>
            <w:tcW w:type="dxa" w:w="1928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Localisation (SIH/DPI)</w:t>
            </w:r>
          </w:p>
        </w:tc>
        <w:tc>
          <w:tcPr>
            <w:tcW w:type="dxa" w:w="1928"/>
            <w:tcBorders>
              <w:top w:val="single" w:sz="6" w:color="A7B8C8"/>
              <w:left w:val="single" w:sz="6" w:color="A7B8C8"/>
              <w:bottom w:val="single" w:sz="6" w:color="A7B8C8"/>
              <w:right w:val="single" w:sz="6" w:color="A7B8C8"/>
            </w:tcBorders>
          </w:tcPr>
          <w:p>
            <w:r>
              <w:rPr>
                <w:b/>
              </w:rPr>
              <w:t>Visa</w:t>
            </w:r>
          </w:p>
        </w:tc>
      </w:tr>
      <w:tr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  <w:tr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  <w:tc>
          <w:tcPr>
            <w:tcW w:type="dxa" w:w="1928"/>
            <w:tcBorders>
              <w:top w:val="single" w:sz="6" w:color="B8CAD4"/>
              <w:left w:val="single" w:sz="6" w:color="B8CAD4"/>
              <w:bottom w:val="single" w:sz="6" w:color="B8CAD4"/>
              <w:right w:val="single" w:sz="6" w:color="B8CAD4"/>
            </w:tcBorders>
          </w:tcPr>
          <w:p/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 xml:space="preserve">Dossier patient — Formulaire officiel  |  Page </w:t>
    </w:r>
    <w:fldSimple w:instr="PAGE"/>
    <w:r>
      <w:rPr>
        <w:sz w:val="18"/>
      </w:rPr>
      <w:t xml:space="preserve">Dossier patient — Formulaire officiel  |  Page </w:t>
    </w:r>
    <w:fldSimple w:instr="PAGE"/>
    <w:r>
      <w:rPr>
        <w:sz w:val="18"/>
      </w:rPr>
      <w:t xml:space="preserve">Dossier patient — Formulaire officiel  |  Page </w:t>
    </w:r>
    <w:fldSimple w:instr="PAGE"/>
    <w:r>
      <w:rPr>
        <w:sz w:val="18"/>
      </w:rPr>
      <w:t xml:space="preserve">Dossier patient — Formulaire officiel  |  Page </w:t>
    </w:r>
    <w:fldSimple w:instr="PAGE"/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tblLook w:firstColumn="1" w:firstRow="1" w:lastColumn="0" w:lastRow="0" w:noHBand="0" w:noVBand="1" w:val="04A0"/>
    </w:tblPr>
    <w:tblGrid>
      <w:gridCol w:w="3213"/>
      <w:gridCol w:w="3213"/>
      <w:gridCol w:w="3213"/>
    </w:tblGrid>
    <w:tr>
      <w:tc>
        <w:tcPr>
          <w:tcW w:type="dxa" w:w="3213"/>
          <w:shd w:val="clear" w:color="auto" w:fill="EAF4FF"/>
          <w:tcBorders>
            <w:top w:val="single" w:sz="6" w:color="A7B8C8"/>
            <w:left w:val="single" w:sz="6" w:color="A7B8C8"/>
            <w:bottom w:val="single" w:sz="6" w:color="A7B8C8"/>
            <w:right w:val="single" w:sz="6" w:color="A7B8C8"/>
          </w:tcBorders>
        </w:tcPr>
        <w:p>
          <w:r>
            <w:rPr>
              <w:b/>
            </w:rPr>
            <w:t>ÉTABLISSEMENT</w:t>
          </w:r>
        </w:p>
      </w:tc>
      <w:tc>
        <w:tcPr>
          <w:tcW w:type="dxa" w:w="3213"/>
          <w:shd w:val="clear" w:color="auto" w:fill="E9F7EF"/>
          <w:tcBorders>
            <w:top w:val="single" w:sz="6" w:color="A7B8C8"/>
            <w:left w:val="single" w:sz="6" w:color="A7B8C8"/>
            <w:bottom w:val="single" w:sz="6" w:color="A7B8C8"/>
            <w:right w:val="single" w:sz="6" w:color="A7B8C8"/>
          </w:tcBorders>
        </w:tcPr>
        <w:p>
          <w:r>
            <w:rPr>
              <w:b/>
            </w:rPr>
            <w:t>Service</w:t>
          </w:r>
        </w:p>
      </w:tc>
      <w:tc>
        <w:tcPr>
          <w:tcW w:type="dxa" w:w="3213"/>
          <w:shd w:val="clear" w:color="auto" w:fill="FFF7E6"/>
          <w:tcBorders>
            <w:top w:val="single" w:sz="6" w:color="A7B8C8"/>
            <w:left w:val="single" w:sz="6" w:color="A7B8C8"/>
            <w:bottom w:val="single" w:sz="6" w:color="A7B8C8"/>
            <w:right w:val="single" w:sz="6" w:color="A7B8C8"/>
          </w:tcBorders>
        </w:tcPr>
        <w:p>
          <w:r>
            <w:rPr>
              <w:b/>
            </w:rPr>
            <w:t>Médecin-chef</w:t>
          </w:r>
        </w:p>
      </w:tc>
    </w:tr>
  </w:tbl>
  <w:tbl>
    <w:tblPr>
      <w:tblW w:type="auto" w:w="0"/>
      <w:tblLook w:firstColumn="1" w:firstRow="1" w:lastColumn="0" w:lastRow="0" w:noHBand="0" w:noVBand="1" w:val="04A0"/>
    </w:tblPr>
    <w:tblGrid>
      <w:gridCol w:w="3213"/>
      <w:gridCol w:w="3213"/>
      <w:gridCol w:w="3213"/>
    </w:tblGrid>
    <w:tr>
      <w:tc>
        <w:tcPr>
          <w:tcW w:type="dxa" w:w="3213"/>
          <w:shd w:val="clear" w:color="auto" w:fill="EAF4FF"/>
          <w:tcBorders>
            <w:top w:val="single" w:sz="6" w:color="A7B8C8"/>
            <w:left w:val="single" w:sz="6" w:color="A7B8C8"/>
            <w:bottom w:val="single" w:sz="6" w:color="A7B8C8"/>
            <w:right w:val="single" w:sz="6" w:color="A7B8C8"/>
          </w:tcBorders>
        </w:tcPr>
        <w:p>
          <w:r>
            <w:rPr>
              <w:b/>
            </w:rPr>
            <w:t>ÉTABLISSEMENT</w:t>
          </w:r>
        </w:p>
      </w:tc>
      <w:tc>
        <w:tcPr>
          <w:tcW w:type="dxa" w:w="3213"/>
          <w:shd w:val="clear" w:color="auto" w:fill="E9F7EF"/>
          <w:tcBorders>
            <w:top w:val="single" w:sz="6" w:color="A7B8C8"/>
            <w:left w:val="single" w:sz="6" w:color="A7B8C8"/>
            <w:bottom w:val="single" w:sz="6" w:color="A7B8C8"/>
            <w:right w:val="single" w:sz="6" w:color="A7B8C8"/>
          </w:tcBorders>
        </w:tcPr>
        <w:p>
          <w:r>
            <w:rPr>
              <w:b/>
            </w:rPr>
            <w:t>Service</w:t>
          </w:r>
        </w:p>
      </w:tc>
      <w:tc>
        <w:tcPr>
          <w:tcW w:type="dxa" w:w="3213"/>
          <w:shd w:val="clear" w:color="auto" w:fill="FFF7E6"/>
          <w:tcBorders>
            <w:top w:val="single" w:sz="6" w:color="A7B8C8"/>
            <w:left w:val="single" w:sz="6" w:color="A7B8C8"/>
            <w:bottom w:val="single" w:sz="6" w:color="A7B8C8"/>
            <w:right w:val="single" w:sz="6" w:color="A7B8C8"/>
          </w:tcBorders>
        </w:tcPr>
        <w:p>
          <w:r>
            <w:rPr>
              <w:b/>
            </w:rPr>
            <w:t>Médecin-chef</w:t>
          </w:r>
        </w:p>
      </w:tc>
    </w:tr>
  </w:tbl>
  <w:tbl>
    <w:tblPr>
      <w:tblW w:type="auto" w:w="0"/>
      <w:tblLook w:firstColumn="1" w:firstRow="1" w:lastColumn="0" w:lastRow="0" w:noHBand="0" w:noVBand="1" w:val="04A0"/>
    </w:tblPr>
    <w:tblGrid>
      <w:gridCol w:w="3213"/>
      <w:gridCol w:w="3213"/>
      <w:gridCol w:w="3213"/>
    </w:tblGrid>
    <w:tr>
      <w:tc>
        <w:tcPr>
          <w:tcW w:type="dxa" w:w="3213"/>
          <w:shd w:val="clear" w:color="auto" w:fill="EAF4FF"/>
          <w:tcBorders>
            <w:top w:val="single" w:sz="6" w:color="A7B8C8"/>
            <w:left w:val="single" w:sz="6" w:color="A7B8C8"/>
            <w:bottom w:val="single" w:sz="6" w:color="A7B8C8"/>
            <w:right w:val="single" w:sz="6" w:color="A7B8C8"/>
          </w:tcBorders>
        </w:tcPr>
        <w:p>
          <w:r>
            <w:rPr>
              <w:b/>
            </w:rPr>
            <w:t>ÉTABLISSEMENT</w:t>
          </w:r>
        </w:p>
      </w:tc>
      <w:tc>
        <w:tcPr>
          <w:tcW w:type="dxa" w:w="3213"/>
          <w:shd w:val="clear" w:color="auto" w:fill="E9F7EF"/>
          <w:tcBorders>
            <w:top w:val="single" w:sz="6" w:color="A7B8C8"/>
            <w:left w:val="single" w:sz="6" w:color="A7B8C8"/>
            <w:bottom w:val="single" w:sz="6" w:color="A7B8C8"/>
            <w:right w:val="single" w:sz="6" w:color="A7B8C8"/>
          </w:tcBorders>
        </w:tcPr>
        <w:p>
          <w:r>
            <w:rPr>
              <w:b/>
            </w:rPr>
            <w:t>Service</w:t>
          </w:r>
        </w:p>
      </w:tc>
      <w:tc>
        <w:tcPr>
          <w:tcW w:type="dxa" w:w="3213"/>
          <w:shd w:val="clear" w:color="auto" w:fill="FFF7E6"/>
          <w:tcBorders>
            <w:top w:val="single" w:sz="6" w:color="A7B8C8"/>
            <w:left w:val="single" w:sz="6" w:color="A7B8C8"/>
            <w:bottom w:val="single" w:sz="6" w:color="A7B8C8"/>
            <w:right w:val="single" w:sz="6" w:color="A7B8C8"/>
          </w:tcBorders>
        </w:tcPr>
        <w:p>
          <w:r>
            <w:rPr>
              <w:b/>
            </w:rPr>
            <w:t>Médecin-chef</w:t>
          </w:r>
        </w:p>
      </w:tc>
    </w:tr>
  </w:tbl>
  <w:tbl>
    <w:tblPr>
      <w:tblW w:type="auto" w:w="0"/>
      <w:tblLook w:firstColumn="1" w:firstRow="1" w:lastColumn="0" w:lastRow="0" w:noHBand="0" w:noVBand="1" w:val="04A0"/>
    </w:tblPr>
    <w:tblGrid>
      <w:gridCol w:w="3213"/>
      <w:gridCol w:w="3213"/>
      <w:gridCol w:w="3213"/>
    </w:tblGrid>
    <w:tr>
      <w:tc>
        <w:tcPr>
          <w:tcW w:type="dxa" w:w="3213"/>
          <w:shd w:val="clear" w:color="auto" w:fill="EAF4FF"/>
          <w:tcBorders>
            <w:top w:val="single" w:sz="6" w:color="A7B8C8"/>
            <w:left w:val="single" w:sz="6" w:color="A7B8C8"/>
            <w:bottom w:val="single" w:sz="6" w:color="A7B8C8"/>
            <w:right w:val="single" w:sz="6" w:color="A7B8C8"/>
          </w:tcBorders>
        </w:tcPr>
        <w:p>
          <w:r>
            <w:rPr>
              <w:b/>
            </w:rPr>
            <w:t>ÉTABLISSEMENT</w:t>
          </w:r>
        </w:p>
      </w:tc>
      <w:tc>
        <w:tcPr>
          <w:tcW w:type="dxa" w:w="3213"/>
          <w:shd w:val="clear" w:color="auto" w:fill="E9F7EF"/>
          <w:tcBorders>
            <w:top w:val="single" w:sz="6" w:color="A7B8C8"/>
            <w:left w:val="single" w:sz="6" w:color="A7B8C8"/>
            <w:bottom w:val="single" w:sz="6" w:color="A7B8C8"/>
            <w:right w:val="single" w:sz="6" w:color="A7B8C8"/>
          </w:tcBorders>
        </w:tcPr>
        <w:p>
          <w:r>
            <w:rPr>
              <w:b/>
            </w:rPr>
            <w:t>Service</w:t>
          </w:r>
        </w:p>
      </w:tc>
      <w:tc>
        <w:tcPr>
          <w:tcW w:type="dxa" w:w="3213"/>
          <w:shd w:val="clear" w:color="auto" w:fill="FFF7E6"/>
          <w:tcBorders>
            <w:top w:val="single" w:sz="6" w:color="A7B8C8"/>
            <w:left w:val="single" w:sz="6" w:color="A7B8C8"/>
            <w:bottom w:val="single" w:sz="6" w:color="A7B8C8"/>
            <w:right w:val="single" w:sz="6" w:color="A7B8C8"/>
          </w:tcBorders>
        </w:tcPr>
        <w:p>
          <w:r>
            <w:rPr>
              <w:b/>
            </w:rPr>
            <w:t>Médecin-chef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cs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