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6"/>
        </w:rPr>
        <w:t>DOSSIER PATIENT — STYLE DACTYLO (OFFICIEL)</w:t>
      </w:r>
    </w:p>
    <w:p>
      <w:pPr>
        <w:jc w:val="center"/>
      </w:pPr>
      <w:r>
        <w:t>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COUVERTURE / IDENTIFICATION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268"/>
        <w:gridCol w:w="2268"/>
        <w:gridCol w:w="2268"/>
        <w:gridCol w:w="2268"/>
      </w:tblGrid>
      <w:tr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Nom : 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Prénoms : 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Né(e) le : __/__/____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Âge : ___</w:t>
            </w:r>
          </w:p>
        </w:tc>
      </w:tr>
      <w:tr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Adresse : 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Ville/CP : 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Téléphone : 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Email : </w:t>
            </w:r>
          </w:p>
        </w:tc>
      </w:tr>
      <w:tr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Personne à prévenir : 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Lien/Tél : 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N° Sécu : 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N° dossier : HOSP-PT-00001</w:t>
            </w:r>
          </w:p>
        </w:tc>
      </w:tr>
      <w:tr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Service : ______________________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Chambre : ___________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Port bracelet : OUI ☐  NON ☐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Allergies : ______________________</w:t>
            </w:r>
          </w:p>
        </w:tc>
      </w:tr>
      <w:tr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Code 128 : </w:t>
            </w:r>
            <w:fldSimple w:instr="DISPLAYBARCODE &quot;HOSP-PT-00001&quot; CODE128 \h 1150 \t">
              <w:r>
                <w:t>HOSP-PT-00001</w:t>
              </w:r>
            </w:fldSimple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DataMatrix : </w:t>
            </w:r>
            <w:fldSimple w:instr="DISPLAYBARCODE &quot;HOSP-PT-00001&quot; DATAMATRIX \h 900">
              <w:r>
                <w:t>HOSP-PT-00001</w:t>
              </w:r>
            </w:fldSimple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QR (intranet) : </w:t>
            </w:r>
            <w:fldSimple w:instr="DISPLAYBARCODE &quot;https://intra.hopital/patient?id=HOSP-PT-00001&quot; QR \h 900">
              <w:r>
                <w:t>https://intra.hopital/patient?id=HOSP-PT-00001</w:t>
              </w:r>
            </w:fldSimple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Etiquettes bracelets/tubes : voir feuilles</w:t>
            </w:r>
          </w:p>
        </w:tc>
      </w:tr>
      <w:tr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Groupe :  A ☐  B ☐  AB ☐  O ☐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Rhésus :  + ☐  - ☐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Taille : ____ cm    Poids : ____ kg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Identité vérifiée : Oui ☐  Non ☐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ADMISSION ADMINISTRATIVE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268"/>
        <w:gridCol w:w="2268"/>
        <w:gridCol w:w="2268"/>
        <w:gridCol w:w="2268"/>
      </w:tblGrid>
      <w:tr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Date/Heure d’admission :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__/__/____ __:__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Mode d’entrée :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Urgences ☐  Consult. ☐  Transfert ☐</w:t>
            </w:r>
          </w:p>
        </w:tc>
      </w:tr>
      <w:tr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Assureur/Mutuelle :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N° contrat :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Adresse facturation :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Personne de confiance :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Médecin traitant :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Tuteur/Représentant légal :</w:t>
            </w:r>
          </w:p>
        </w:tc>
        <w:tc>
          <w:tcPr>
            <w:tcW w:type="dxa" w:w="2268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ANTÉCÉDENTS ET TRAITEMENTS EN COURS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536"/>
        <w:gridCol w:w="4536"/>
      </w:tblGrid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Antécédents médicaux personnels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Antécédents chirurgicaux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Antécédents familiaux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Traitements habituels (nom, dose, posologie)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Allergies / intolérances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Vaccinations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     ______________________________________</w:t>
            </w:r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Habitus (tabac, alcool, autres)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 xml:space="preserve">     ______________________________________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ANAMNÈSE ET EXAMEN CLINIQUE INITIAL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536"/>
        <w:gridCol w:w="4536"/>
      </w:tblGrid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Motif / plainte principale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Histoire de la maladie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Examen clinique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Constantes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TA ___/___  FC ___  FR ___  T° ___  SpO2 ___%</w:t>
            </w:r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Douleur (EVA/EN)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____ / 10</w:t>
            </w:r>
          </w:p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PRESCRIPTIONS ET EXAMENS DEMANDÉS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512"/>
        <w:gridCol w:w="1512"/>
        <w:gridCol w:w="1512"/>
        <w:gridCol w:w="1512"/>
        <w:gridCol w:w="1512"/>
        <w:gridCol w:w="1512"/>
      </w:tblGrid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Prescripteur</w:t>
            </w:r>
          </w:p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Prescription / Examen</w:t>
            </w:r>
          </w:p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Détails / Posologie</w:t>
            </w:r>
          </w:p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SUIVI QUOTIDIEN — OBSERVATIONS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96"/>
        <w:gridCol w:w="1296"/>
        <w:gridCol w:w="1296"/>
        <w:gridCol w:w="1296"/>
        <w:gridCol w:w="1296"/>
        <w:gridCol w:w="1296"/>
        <w:gridCol w:w="1296"/>
      </w:tblGrid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Heure</w:t>
            </w:r>
          </w:p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Paramètres vitaux</w:t>
            </w:r>
          </w:p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Douleur</w:t>
            </w:r>
          </w:p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Soins/Actes</w:t>
            </w:r>
          </w:p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Événements</w:t>
            </w:r>
          </w:p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296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ACTES ET INTERVENTIONS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512"/>
        <w:gridCol w:w="1512"/>
        <w:gridCol w:w="1512"/>
        <w:gridCol w:w="1512"/>
        <w:gridCol w:w="1512"/>
        <w:gridCol w:w="1512"/>
      </w:tblGrid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Acte / Intervention</w:t>
            </w:r>
          </w:p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Indication</w:t>
            </w:r>
          </w:p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Réalisation / Matériel</w:t>
            </w:r>
          </w:p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Complications</w:t>
            </w:r>
          </w:p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Visa</w:t>
            </w:r>
          </w:p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51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CONSENTEMENTS SPÉCIFIQUES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536"/>
        <w:gridCol w:w="4536"/>
      </w:tblGrid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Information délivrée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Oui ☐  Non ☐</w:t>
            </w:r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Consentement recueilli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Oui ☐  Non ☐  N/A ☐</w:t>
            </w:r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Nom / qualité du professionnel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Signature patient / représentant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</w:tbl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COMPTE RENDU / SORTIE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536"/>
        <w:gridCol w:w="4536"/>
      </w:tblGrid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Diagnostic principal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Diagnostics associés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Examens significatifs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Traitements administrés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Evolution / incidents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Conduite à tenir / ordonnances de sortie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Suivi recommandé / RDV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  <w:tr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>
              <w:t>Commentaires :</w:t>
            </w:r>
          </w:p>
        </w:tc>
        <w:tc>
          <w:tcPr>
            <w:tcW w:type="dxa" w:w="4536"/>
            <w:tcBorders>
              <w:top w:val="dashed" w:sz="10" w:color="444444"/>
              <w:left w:val="dashed" w:sz="10" w:color="444444"/>
              <w:bottom w:val="dashed" w:sz="10" w:color="444444"/>
              <w:right w:val="dashed" w:sz="10" w:color="444444"/>
            </w:tcBorders>
          </w:tcPr>
          <w:p>
            <w:r/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2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TRAÇABILITÉ &amp; PIÈCES JOINTES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814"/>
        <w:gridCol w:w="1814"/>
        <w:gridCol w:w="1814"/>
        <w:gridCol w:w="1814"/>
        <w:gridCol w:w="1814"/>
      </w:tblGrid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Type de pièce</w:t>
            </w:r>
          </w:p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Réf / ID</w:t>
            </w:r>
          </w:p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Localisation (SIH/DPI)</w:t>
            </w:r>
          </w:p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>
            <w:r>
              <w:rPr>
                <w:b/>
              </w:rPr>
              <w:t>Visa</w:t>
            </w:r>
          </w:p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  <w:tr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  <w:tc>
          <w:tcPr>
            <w:tcW w:type="dxa" w:w="1814"/>
            <w:tcBorders>
              <w:top w:val="single" w:sz="6" w:color="000000"/>
              <w:left w:val="single" w:sz="6" w:color="000000"/>
              <w:bottom w:val="single" w:sz="6" w:color="000000"/>
              <w:right w:val="single" w:sz="6" w:color="000000"/>
            </w:tcBorders>
          </w:tcPr>
          <w:p/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DOSSIER PATIENT — FORMULAIRE OFFICIEL  |  PAGE </w:t>
    </w:r>
    <w:fldSimple w:instr="PAGE"/>
    <w:r>
      <w:rPr>
        <w:sz w:val="18"/>
      </w:rPr>
      <w:t xml:space="preserve">DOSSIER PATIENT — FORMULAIRE OFFICIEL  |  PAGE </w:t>
    </w:r>
    <w:fldSimple w:instr="PAGE"/>
    <w:r>
      <w:rPr>
        <w:sz w:val="18"/>
      </w:rPr>
      <w:t xml:space="preserve">DOSSIER PATIENT — FORMULAIRE OFFICIEL  |  PAGE </w:t>
    </w:r>
    <w:fldSimple w:instr="PAGE"/>
    <w:r>
      <w:rPr>
        <w:sz w:val="18"/>
      </w:rPr>
      <w:t xml:space="preserve">DOSSIER PATIENT — FORMULAIRE OFFICIEL  |  PAGE </w:t>
    </w:r>
    <w:fldSimple w:instr="PAGE"/>
    <w:r>
      <w:rPr>
        <w:sz w:val="18"/>
      </w:rPr>
      <w:t xml:space="preserve">DOSSIER PATIENT — FORMULAIRE OFFICIEL  |  PAGE </w:t>
    </w:r>
    <w:fldSimple w:instr="PAGE"/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3024"/>
      <w:gridCol w:w="3024"/>
      <w:gridCol w:w="3024"/>
    </w:tblGrid>
    <w:tr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ETABLISSEMENT : _____________________________</w:t>
          </w:r>
        </w:p>
      </w:tc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SERVICE : __________________</w:t>
          </w:r>
        </w:p>
      </w:tc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MEDECIN-CHEF : __________________</w:t>
          </w:r>
        </w:p>
      </w:tc>
    </w:tr>
  </w:tbl>
  <w:tbl>
    <w:tblPr>
      <w:tblW w:type="auto" w:w="0"/>
      <w:tblLook w:firstColumn="1" w:firstRow="1" w:lastColumn="0" w:lastRow="0" w:noHBand="0" w:noVBand="1" w:val="04A0"/>
    </w:tblPr>
    <w:tblGrid>
      <w:gridCol w:w="3024"/>
      <w:gridCol w:w="3024"/>
      <w:gridCol w:w="3024"/>
    </w:tblGrid>
    <w:tr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ETABLISSEMENT : _____________________________</w:t>
          </w:r>
        </w:p>
      </w:tc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SERVICE : __________________</w:t>
          </w:r>
        </w:p>
      </w:tc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MEDECIN-CHEF : __________________</w:t>
          </w:r>
        </w:p>
      </w:tc>
    </w:tr>
  </w:tbl>
  <w:tbl>
    <w:tblPr>
      <w:tblW w:type="auto" w:w="0"/>
      <w:tblLook w:firstColumn="1" w:firstRow="1" w:lastColumn="0" w:lastRow="0" w:noHBand="0" w:noVBand="1" w:val="04A0"/>
    </w:tblPr>
    <w:tblGrid>
      <w:gridCol w:w="3024"/>
      <w:gridCol w:w="3024"/>
      <w:gridCol w:w="3024"/>
    </w:tblGrid>
    <w:tr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ETABLISSEMENT : _____________________________</w:t>
          </w:r>
        </w:p>
      </w:tc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SERVICE : __________________</w:t>
          </w:r>
        </w:p>
      </w:tc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MEDECIN-CHEF : __________________</w:t>
          </w:r>
        </w:p>
      </w:tc>
    </w:tr>
  </w:tbl>
  <w:tbl>
    <w:tblPr>
      <w:tblW w:type="auto" w:w="0"/>
      <w:tblLook w:firstColumn="1" w:firstRow="1" w:lastColumn="0" w:lastRow="0" w:noHBand="0" w:noVBand="1" w:val="04A0"/>
    </w:tblPr>
    <w:tblGrid>
      <w:gridCol w:w="3024"/>
      <w:gridCol w:w="3024"/>
      <w:gridCol w:w="3024"/>
    </w:tblGrid>
    <w:tr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ETABLISSEMENT : _____________________________</w:t>
          </w:r>
        </w:p>
      </w:tc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SERVICE : __________________</w:t>
          </w:r>
        </w:p>
      </w:tc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MEDECIN-CHEF : __________________</w:t>
          </w:r>
        </w:p>
      </w:tc>
    </w:tr>
  </w:tbl>
  <w:tbl>
    <w:tblPr>
      <w:tblW w:type="auto" w:w="0"/>
      <w:tblLook w:firstColumn="1" w:firstRow="1" w:lastColumn="0" w:lastRow="0" w:noHBand="0" w:noVBand="1" w:val="04A0"/>
    </w:tblPr>
    <w:tblGrid>
      <w:gridCol w:w="3024"/>
      <w:gridCol w:w="3024"/>
      <w:gridCol w:w="3024"/>
    </w:tblGrid>
    <w:tr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ETABLISSEMENT : _____________________________</w:t>
          </w:r>
        </w:p>
      </w:tc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SERVICE : __________________</w:t>
          </w:r>
        </w:p>
      </w:tc>
      <w:tc>
        <w:tcPr>
          <w:tcW w:type="dxa" w:w="3024"/>
          <w:tcBorders>
            <w:top w:val="single" w:sz="6" w:color="000000"/>
            <w:left w:val="single" w:sz="6" w:color="000000"/>
            <w:bottom w:val="single" w:sz="6" w:color="000000"/>
            <w:right w:val="single" w:sz="6" w:color="000000"/>
          </w:tcBorders>
        </w:tcPr>
        <w:p>
          <w:r>
            <w:rPr>
              <w:b/>
            </w:rPr>
            <w:t>MEDECIN-CHEF : __________________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 w:cs="Courier New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