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sz w:val="32"/>
        </w:rPr>
        <w:t>BORDEREAU D'EXPEDITION</w:t>
      </w:r>
    </w:p>
    <w:p>
      <w:pPr>
        <w:jc w:val="center"/>
      </w:pPr>
      <w:r>
        <w:rPr>
          <w:rFonts w:ascii="Arial" w:hAnsi="Arial"/>
          <w:i/>
          <w:sz w:val="20"/>
        </w:rPr>
        <w:t>Modele 3 — Export / Douane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vAlign w:val="center"/>
          </w:tcPr>
          <w:p>
            <w:pPr>
              <w:spacing w:after="0" w:before="0"/>
              <w:jc w:val="center"/>
            </w:pPr>
            <w:r>
              <w:rPr>
                <w:rFonts w:ascii="Arial" w:hAnsi="Arial"/>
                <w:b/>
              </w:rPr>
              <w:t>LOGO</w:t>
              <w:br/>
              <w:t>(placer ici)</w:t>
            </w:r>
          </w:p>
        </w:tc>
        <w:tc>
          <w:tcPr>
            <w:tcW w:type="dxa" w:w="3513"/>
            <w:vAlign w:val="center"/>
          </w:tcPr>
          <w:p>
            <w:pPr>
              <w:spacing w:after="0" w:before="0"/>
            </w:pPr>
          </w:p>
        </w:tc>
        <w:tc>
          <w:tcPr>
            <w:tcW w:type="dxa" w:w="3513"/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hAnsi="Arial"/>
                <w:sz w:val="20"/>
              </w:rPr>
              <w:t>No : __________________________</w:t>
              <w:br/>
              <w:t>Date : ____/____/______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EXPEDITEUR</w:t>
            </w:r>
          </w:p>
        </w:tc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DESTINATAIRE</w:t>
            </w:r>
          </w:p>
        </w:tc>
      </w:tr>
      <w:tr>
        <w:tc>
          <w:tcPr>
            <w:tcW w:type="dxa" w:w="5270"/>
          </w:tcPr>
          <w:p>
            <w:r>
              <w:t>Societe :  ____________________________________________________________</w:t>
            </w:r>
          </w:p>
        </w:tc>
        <w:tc>
          <w:tcPr>
            <w:tcW w:type="dxa" w:w="5270"/>
          </w:tcPr>
          <w:p>
            <w:r>
              <w:t>Societe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Adresse :  ____________________________________________________________</w:t>
            </w:r>
          </w:p>
        </w:tc>
        <w:tc>
          <w:tcPr>
            <w:tcW w:type="dxa" w:w="5270"/>
          </w:tcPr>
          <w:p>
            <w:r>
              <w:t>Adresse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Contact :  ____________________________________________________________</w:t>
            </w:r>
          </w:p>
        </w:tc>
        <w:tc>
          <w:tcPr>
            <w:tcW w:type="dxa" w:w="5270"/>
          </w:tcPr>
          <w:p>
            <w:r>
              <w:t>Contact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Tel / E-mail :  ____________________________________________________________</w:t>
            </w:r>
          </w:p>
        </w:tc>
        <w:tc>
          <w:tcPr>
            <w:tcW w:type="dxa" w:w="5270"/>
          </w:tcPr>
          <w:p>
            <w:r>
              <w:t>Tel / E-mail :  ____________________________________________________________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SIRET / TVA :  ____________________________________________________________</w:t>
            </w:r>
          </w:p>
        </w:tc>
        <w:tc>
          <w:tcPr>
            <w:tcW w:type="dxa" w:w="5270"/>
          </w:tcPr>
          <w:p>
            <w:r>
              <w:t>SIRET / TVA :  ____________________________________________________________</w:t>
            </w:r>
          </w:p>
        </w:tc>
      </w:tr>
    </w:tbl>
    <w:p/>
    <w:p>
      <w:r>
        <w:rPr>
          <w:rFonts w:ascii="Arial" w:hAnsi="Arial"/>
          <w:b/>
          <w:sz w:val="22"/>
        </w:rPr>
        <w:t>Conformite &amp; douane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Incoterm :</w:t>
            </w:r>
          </w:p>
        </w:tc>
        <w:tc>
          <w:tcPr>
            <w:tcW w:type="dxa" w:w="5270"/>
          </w:tcPr>
          <w:p>
            <w:r>
              <w:t>EXW / FCA / FOB / CIF / DAP / DDP …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Pays d'origine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Code HS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Valeur declaree :</w:t>
            </w:r>
          </w:p>
        </w:tc>
        <w:tc>
          <w:tcPr>
            <w:tcW w:type="dxa" w:w="5270"/>
          </w:tcPr>
          <w:p>
            <w:r>
              <w:t>________ EUR  (Devise : _____)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Assurance transport :</w:t>
            </w:r>
          </w:p>
        </w:tc>
        <w:tc>
          <w:tcPr>
            <w:tcW w:type="dxa" w:w="5270"/>
          </w:tcPr>
          <w:p>
            <w:r>
              <w:t>Oui / Non — Police No 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Ref. transport (AWB/BL)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Bureau / Lieu de dedouanement :</w:t>
            </w:r>
          </w:p>
        </w:tc>
        <w:tc>
          <w:tcPr>
            <w:tcW w:type="dxa" w:w="5270"/>
          </w:tcPr>
          <w:p>
            <w:r>
              <w:t>______________________________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Nombre total de colis :</w:t>
            </w:r>
          </w:p>
        </w:tc>
        <w:tc>
          <w:tcPr>
            <w:tcW w:type="dxa" w:w="5270"/>
          </w:tcPr>
          <w:p>
            <w:r>
              <w:t>________</w:t>
            </w:r>
          </w:p>
        </w:tc>
      </w:tr>
      <w:tr>
        <w:tc>
          <w:tcPr>
            <w:tcW w:type="dxa" w:w="5270"/>
          </w:tcPr>
          <w:p>
            <w:r>
              <w:rPr>
                <w:rFonts w:ascii="Arial" w:hAnsi="Arial"/>
                <w:b/>
              </w:rPr>
              <w:t>Poids brut / net :</w:t>
            </w:r>
          </w:p>
        </w:tc>
        <w:tc>
          <w:tcPr>
            <w:tcW w:type="dxa" w:w="5270"/>
          </w:tcPr>
          <w:p>
            <w:r>
              <w:t>_____ kg / _____ kg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171"/>
        <w:gridCol w:w="1171"/>
        <w:gridCol w:w="1171"/>
        <w:gridCol w:w="1171"/>
        <w:gridCol w:w="1171"/>
        <w:gridCol w:w="1171"/>
        <w:gridCol w:w="1171"/>
        <w:gridCol w:w="1171"/>
        <w:gridCol w:w="1171"/>
      </w:tblGrid>
      <w:tr>
        <w:tc>
          <w:tcPr>
            <w:tcW w:type="dxa" w:w="1171"/>
          </w:tcPr>
          <w:p>
            <w:r>
              <w:rPr>
                <w:b/>
              </w:rPr>
              <w:t>SKU / Ref.</w:t>
            </w:r>
          </w:p>
        </w:tc>
        <w:tc>
          <w:tcPr>
            <w:tcW w:type="dxa" w:w="1171"/>
          </w:tcPr>
          <w:p>
            <w:r>
              <w:rPr>
                <w:b/>
              </w:rPr>
              <w:t>Designation</w:t>
            </w:r>
          </w:p>
        </w:tc>
        <w:tc>
          <w:tcPr>
            <w:tcW w:type="dxa" w:w="1171"/>
          </w:tcPr>
          <w:p>
            <w:r>
              <w:rPr>
                <w:b/>
              </w:rPr>
              <w:t>Qte</w:t>
            </w:r>
          </w:p>
        </w:tc>
        <w:tc>
          <w:tcPr>
            <w:tcW w:type="dxa" w:w="1171"/>
          </w:tcPr>
          <w:p>
            <w:r>
              <w:rPr>
                <w:b/>
              </w:rPr>
              <w:t>Poids net (kg)</w:t>
            </w:r>
          </w:p>
        </w:tc>
        <w:tc>
          <w:tcPr>
            <w:tcW w:type="dxa" w:w="1171"/>
          </w:tcPr>
          <w:p>
            <w:r>
              <w:rPr>
                <w:b/>
              </w:rPr>
              <w:t>Poids brut (kg)</w:t>
            </w:r>
          </w:p>
        </w:tc>
        <w:tc>
          <w:tcPr>
            <w:tcW w:type="dxa" w:w="1171"/>
          </w:tcPr>
          <w:p>
            <w:r>
              <w:rPr>
                <w:b/>
              </w:rPr>
              <w:t>Valeur unitaire</w:t>
            </w:r>
          </w:p>
        </w:tc>
        <w:tc>
          <w:tcPr>
            <w:tcW w:type="dxa" w:w="1171"/>
          </w:tcPr>
          <w:p>
            <w:r>
              <w:rPr>
                <w:b/>
              </w:rPr>
              <w:t>Valeur totale</w:t>
            </w:r>
          </w:p>
        </w:tc>
        <w:tc>
          <w:tcPr>
            <w:tcW w:type="dxa" w:w="1171"/>
          </w:tcPr>
          <w:p>
            <w:r>
              <w:rPr>
                <w:b/>
              </w:rPr>
              <w:t>Origine</w:t>
            </w:r>
          </w:p>
        </w:tc>
        <w:tc>
          <w:tcPr>
            <w:tcW w:type="dxa" w:w="1171"/>
          </w:tcPr>
          <w:p>
            <w:r>
              <w:rPr>
                <w:b/>
              </w:rPr>
              <w:t>Code HS</w:t>
            </w:r>
          </w:p>
        </w:tc>
      </w:tr>
      <w:tr>
        <w:tc>
          <w:tcPr>
            <w:tcW w:type="dxa" w:w="1171"/>
          </w:tcPr>
          <w:p>
            <w:r>
              <w:t>SKU-001</w:t>
            </w:r>
          </w:p>
        </w:tc>
        <w:tc>
          <w:tcPr>
            <w:tcW w:type="dxa" w:w="1171"/>
          </w:tcPr>
          <w:p>
            <w:r>
              <w:t>Composant electronique</w:t>
            </w:r>
          </w:p>
        </w:tc>
        <w:tc>
          <w:tcPr>
            <w:tcW w:type="dxa" w:w="1171"/>
          </w:tcPr>
          <w:p>
            <w:r>
              <w:t>100</w:t>
            </w:r>
          </w:p>
        </w:tc>
        <w:tc>
          <w:tcPr>
            <w:tcW w:type="dxa" w:w="1171"/>
          </w:tcPr>
          <w:p>
            <w:r>
              <w:t>5.0</w:t>
            </w:r>
          </w:p>
        </w:tc>
        <w:tc>
          <w:tcPr>
            <w:tcW w:type="dxa" w:w="1171"/>
          </w:tcPr>
          <w:p>
            <w:r>
              <w:t>5.3</w:t>
            </w:r>
          </w:p>
        </w:tc>
        <w:tc>
          <w:tcPr>
            <w:tcW w:type="dxa" w:w="1171"/>
          </w:tcPr>
          <w:p>
            <w:r>
              <w:t>12.00</w:t>
            </w:r>
          </w:p>
        </w:tc>
        <w:tc>
          <w:tcPr>
            <w:tcW w:type="dxa" w:w="1171"/>
          </w:tcPr>
          <w:p>
            <w:r>
              <w:t>1200.00</w:t>
            </w:r>
          </w:p>
        </w:tc>
        <w:tc>
          <w:tcPr>
            <w:tcW w:type="dxa" w:w="1171"/>
          </w:tcPr>
          <w:p>
            <w:r>
              <w:t>FR</w:t>
            </w:r>
          </w:p>
        </w:tc>
        <w:tc>
          <w:tcPr>
            <w:tcW w:type="dxa" w:w="1171"/>
          </w:tcPr>
          <w:p>
            <w:r>
              <w:t>8536.50</w:t>
            </w:r>
          </w:p>
        </w:tc>
      </w:tr>
      <w:tr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</w:tr>
      <w:tr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</w:tr>
      <w:tr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</w:tr>
      <w:tr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</w:tr>
      <w:tr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</w:tr>
      <w:tr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</w:tr>
      <w:tr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</w:tr>
      <w:tr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</w:tr>
      <w:tr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</w:tr>
      <w:tr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  <w:tc>
          <w:tcPr>
            <w:tcW w:type="dxa" w:w="1171"/>
          </w:tcPr>
          <w:p>
            <w:r>
              <w:t xml:space="preserve"> 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68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>lecoursgratuit.com — Bordereau — Modele 3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