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sz w:val="32"/>
        </w:rPr>
        <w:t>BORDEREAU D'EXPEDITION</w:t>
      </w:r>
    </w:p>
    <w:p>
      <w:pPr>
        <w:jc w:val="center"/>
      </w:pPr>
      <w:r>
        <w:rPr>
          <w:rFonts w:ascii="Arial" w:hAnsi="Arial"/>
          <w:i/>
          <w:sz w:val="20"/>
        </w:rPr>
        <w:t>Modele 2 — Transport Routier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vAlign w:val="center"/>
          </w:tcPr>
          <w:p>
            <w:pPr>
              <w:spacing w:after="0" w:before="0"/>
              <w:jc w:val="center"/>
            </w:pPr>
            <w:r>
              <w:rPr>
                <w:rFonts w:ascii="Arial" w:hAnsi="Arial"/>
                <w:b/>
              </w:rPr>
              <w:t>LOGO</w:t>
              <w:br/>
              <w:t>(placer ici)</w:t>
            </w:r>
          </w:p>
        </w:tc>
        <w:tc>
          <w:tcPr>
            <w:tcW w:type="dxa" w:w="3513"/>
            <w:vAlign w:val="center"/>
          </w:tcPr>
          <w:p>
            <w:pPr>
              <w:spacing w:after="0" w:before="0"/>
            </w:pPr>
          </w:p>
        </w:tc>
        <w:tc>
          <w:tcPr>
            <w:tcW w:type="dxa" w:w="3513"/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hAnsi="Arial"/>
                <w:sz w:val="20"/>
              </w:rPr>
              <w:t>No : __________________________</w:t>
              <w:br/>
              <w:t>Date : ____/____/______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EXPEDITEUR</w:t>
            </w:r>
          </w:p>
        </w:tc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DESTINATAIRE</w:t>
            </w:r>
          </w:p>
        </w:tc>
      </w:tr>
      <w:tr>
        <w:tc>
          <w:tcPr>
            <w:tcW w:type="dxa" w:w="5270"/>
          </w:tcPr>
          <w:p>
            <w:r>
              <w:t>Societe :  ____________________________________________________________</w:t>
            </w:r>
          </w:p>
        </w:tc>
        <w:tc>
          <w:tcPr>
            <w:tcW w:type="dxa" w:w="5270"/>
          </w:tcPr>
          <w:p>
            <w:r>
              <w:t>Societe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Adresse :  ____________________________________________________________</w:t>
            </w:r>
          </w:p>
        </w:tc>
        <w:tc>
          <w:tcPr>
            <w:tcW w:type="dxa" w:w="5270"/>
          </w:tcPr>
          <w:p>
            <w:r>
              <w:t>Adresse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Contact :  ____________________________________________________________</w:t>
            </w:r>
          </w:p>
        </w:tc>
        <w:tc>
          <w:tcPr>
            <w:tcW w:type="dxa" w:w="5270"/>
          </w:tcPr>
          <w:p>
            <w:r>
              <w:t>Contact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Tel / E-mail :  ____________________________________________________________</w:t>
            </w:r>
          </w:p>
        </w:tc>
        <w:tc>
          <w:tcPr>
            <w:tcW w:type="dxa" w:w="5270"/>
          </w:tcPr>
          <w:p>
            <w:r>
              <w:t>Tel / E-mail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SIRET / TVA :  ____________________________________________________________</w:t>
            </w:r>
          </w:p>
        </w:tc>
        <w:tc>
          <w:tcPr>
            <w:tcW w:type="dxa" w:w="5270"/>
          </w:tcPr>
          <w:p>
            <w:r>
              <w:t>SIRET / TVA :  ____________________________________________________________</w:t>
            </w:r>
          </w:p>
        </w:tc>
      </w:tr>
    </w:tbl>
    <w:p/>
    <w:p>
      <w:r>
        <w:rPr>
          <w:rFonts w:ascii="Arial" w:hAnsi="Arial"/>
          <w:b/>
          <w:sz w:val="22"/>
        </w:rPr>
        <w:t>Donnees transport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Transporteur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Chauffeur / Tel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Immatriculation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Prise en charge (Date/Heure) :</w:t>
            </w:r>
          </w:p>
        </w:tc>
        <w:tc>
          <w:tcPr>
            <w:tcW w:type="dxa" w:w="5270"/>
          </w:tcPr>
          <w:p>
            <w:r>
              <w:t>____/____/______  ____:____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Livraison prevue (Date/Heure) :</w:t>
            </w:r>
          </w:p>
        </w:tc>
        <w:tc>
          <w:tcPr>
            <w:tcW w:type="dxa" w:w="5270"/>
          </w:tcPr>
          <w:p>
            <w:r>
              <w:t>____/____/______  ____:____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Lieu de chargement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Lieu de livraison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Type de palette :</w:t>
            </w:r>
          </w:p>
        </w:tc>
        <w:tc>
          <w:tcPr>
            <w:tcW w:type="dxa" w:w="5270"/>
          </w:tcPr>
          <w:p>
            <w:r>
              <w:t>EURO / VMF / Autre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No de scelle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ADR :</w:t>
            </w:r>
          </w:p>
        </w:tc>
        <w:tc>
          <w:tcPr>
            <w:tcW w:type="dxa" w:w="5270"/>
          </w:tcPr>
          <w:p>
            <w:r>
              <w:t>Oui / Non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</w:tcPr>
          <w:p>
            <w:r>
              <w:rPr>
                <w:b/>
              </w:rPr>
              <w:t>Designation</w:t>
            </w:r>
          </w:p>
        </w:tc>
        <w:tc>
          <w:tcPr>
            <w:tcW w:type="dxa" w:w="1757"/>
          </w:tcPr>
          <w:p>
            <w:r>
              <w:rPr>
                <w:b/>
              </w:rPr>
              <w:t>Nb colis</w:t>
            </w:r>
          </w:p>
        </w:tc>
        <w:tc>
          <w:tcPr>
            <w:tcW w:type="dxa" w:w="1757"/>
          </w:tcPr>
          <w:p>
            <w:r>
              <w:rPr>
                <w:b/>
              </w:rPr>
              <w:t>Poids brut (kg)</w:t>
            </w:r>
          </w:p>
        </w:tc>
        <w:tc>
          <w:tcPr>
            <w:tcW w:type="dxa" w:w="1757"/>
          </w:tcPr>
          <w:p>
            <w:r>
              <w:rPr>
                <w:b/>
              </w:rPr>
              <w:t>Poids net (kg)</w:t>
            </w:r>
          </w:p>
        </w:tc>
        <w:tc>
          <w:tcPr>
            <w:tcW w:type="dxa" w:w="1757"/>
          </w:tcPr>
          <w:p>
            <w:r>
              <w:rPr>
                <w:b/>
              </w:rPr>
              <w:t>Conditionnement</w:t>
            </w:r>
          </w:p>
        </w:tc>
        <w:tc>
          <w:tcPr>
            <w:tcW w:type="dxa" w:w="1757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757"/>
          </w:tcPr>
          <w:p>
            <w:r>
              <w:t>Pieces mecaniques A</w:t>
            </w:r>
          </w:p>
        </w:tc>
        <w:tc>
          <w:tcPr>
            <w:tcW w:type="dxa" w:w="1757"/>
          </w:tcPr>
          <w:p>
            <w:r>
              <w:t>6</w:t>
            </w:r>
          </w:p>
        </w:tc>
        <w:tc>
          <w:tcPr>
            <w:tcW w:type="dxa" w:w="1757"/>
          </w:tcPr>
          <w:p>
            <w:r>
              <w:t>120</w:t>
            </w:r>
          </w:p>
        </w:tc>
        <w:tc>
          <w:tcPr>
            <w:tcW w:type="dxa" w:w="1757"/>
          </w:tcPr>
          <w:p>
            <w:r>
              <w:t>110</w:t>
            </w:r>
          </w:p>
        </w:tc>
        <w:tc>
          <w:tcPr>
            <w:tcW w:type="dxa" w:w="1757"/>
          </w:tcPr>
          <w:p>
            <w:r>
              <w:t>Cartons sur palette</w:t>
            </w:r>
          </w:p>
        </w:tc>
        <w:tc>
          <w:tcPr>
            <w:tcW w:type="dxa" w:w="1757"/>
          </w:tcPr>
          <w:p>
            <w:r>
              <w:t>Fragile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  <w:tr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  <w:tc>
          <w:tcPr>
            <w:tcW w:type="dxa" w:w="1757"/>
          </w:tcPr>
          <w:p>
            <w: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lecoursgratuit.com — Bordereau — Modele 2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